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 التوفيق والاخلاص</w:t>
      </w:r>
    </w:p>
    <w:p>
      <w:r>
        <w:t>وصلنا معكم الى هذه الفقرة القياس الاستثنائي مع مقدمة منفصلة حقيقية</w:t>
      </w:r>
    </w:p>
    <w:p>
      <w:r>
        <w:t>معناه لا يجتمعان ولا يرتفعان</w:t>
      </w:r>
    </w:p>
    <w:p>
      <w:r>
        <w:t>قال والمنفصلة الموجبة</w:t>
      </w:r>
    </w:p>
    <w:p>
      <w:r>
        <w:t>الحقيقية</w:t>
      </w:r>
    </w:p>
    <w:p>
      <w:r>
        <w:t>تنتج باستثناء عين كل جزء او نقيضه</w:t>
      </w:r>
    </w:p>
    <w:p>
      <w:r>
        <w:t>نقيض الاخر او عينه</w:t>
      </w:r>
    </w:p>
    <w:p>
      <w:r>
        <w:t>نعم</w:t>
      </w:r>
    </w:p>
    <w:p>
      <w:r>
        <w:t>ناقض الاخر او عينه مفعول</w:t>
      </w:r>
    </w:p>
    <w:p>
      <w:r>
        <w:t>تنتج تنتج هذه القضية في القياس الاستثنائي الناقض الاخر او عينه</w:t>
      </w:r>
    </w:p>
    <w:p>
      <w:r>
        <w:t>طبعا آآ مبدأ التناقض آآ تثبت الف ترفع الثاني</w:t>
      </w:r>
    </w:p>
    <w:p>
      <w:r>
        <w:t>باء تضع باء ترفع الف لا يجتمعان ولا يرتفعان</w:t>
      </w:r>
    </w:p>
    <w:p>
      <w:r>
        <w:t>كقوننا هذا العدد اما زوج او فرد</w:t>
      </w:r>
    </w:p>
    <w:p>
      <w:r>
        <w:t>لان الفرض طبق القاعدة</w:t>
      </w:r>
    </w:p>
    <w:p>
      <w:r>
        <w:t>القاعدة ما هي? تقول شيء اما الف او باء تقول شيء ما الف او لا الف نقيض الشيء الف اما الف واما باء</w:t>
      </w:r>
    </w:p>
    <w:p>
      <w:r>
        <w:t>المعيار هذا هو الشيء اما الف او لا الف لا الف تقيسه الى باء</w:t>
      </w:r>
    </w:p>
    <w:p>
      <w:r>
        <w:t>اذا تساوى انت في قضية حقيقية</w:t>
      </w:r>
    </w:p>
    <w:p>
      <w:r>
        <w:t>فتضع الف ي تضع باء يرتفع الف</w:t>
      </w:r>
    </w:p>
    <w:p>
      <w:r>
        <w:t>نعم وهكذا</w:t>
      </w:r>
    </w:p>
    <w:p>
      <w:r>
        <w:t>القياس سهل جدا</w:t>
      </w:r>
    </w:p>
    <w:p>
      <w:r>
        <w:t>كقولنا هذا العدد اما زوج او فرد فرد هنا يساوي الزوجية قضية حقيقية</w:t>
      </w:r>
    </w:p>
    <w:p>
      <w:r>
        <w:t>لكنه زوج صار بيرتفع</w:t>
      </w:r>
    </w:p>
    <w:p>
      <w:r>
        <w:t>لي ما بدا التناقض</w:t>
      </w:r>
    </w:p>
    <w:p>
      <w:r>
        <w:t>انظر مبدأ التناقض هي ملاك عصر القياس</w:t>
      </w:r>
    </w:p>
    <w:p>
      <w:r>
        <w:t>ليس كالقياس الحملي في القياس الحملي مبدأ التناقض ملاك الكبرى</w:t>
      </w:r>
    </w:p>
    <w:p>
      <w:r>
        <w:t>متممة للكبرى</w:t>
      </w:r>
    </w:p>
    <w:p>
      <w:r>
        <w:t>هنا لا</w:t>
      </w:r>
    </w:p>
    <w:p>
      <w:r>
        <w:t>متممة لاصل القياس</w:t>
      </w:r>
    </w:p>
    <w:p>
      <w:r>
        <w:t>لكنه زوج قد يقول قائل جيد</w:t>
      </w:r>
    </w:p>
    <w:p>
      <w:r>
        <w:t>انت استثنيت زوج يعني الزوج هو في متن الواقع</w:t>
      </w:r>
    </w:p>
    <w:p>
      <w:r>
        <w:t>من قال ان الفرض يرتفع اجتماع المركزي? نعم</w:t>
      </w:r>
    </w:p>
    <w:p>
      <w:r>
        <w:t>فليس بفرض النتيجة لكنه ليس بزوج ترفع الزوجية تضع الفرضية فهو فرض</w:t>
      </w:r>
    </w:p>
    <w:p>
      <w:r>
        <w:t>وكذلك في الجزء الاخر</w:t>
      </w:r>
    </w:p>
    <w:p>
      <w:r>
        <w:t>وكثرة الاجزاء يقاس على ذلك</w:t>
      </w:r>
    </w:p>
    <w:p>
      <w:r>
        <w:t>كثرة الارزاق ترفع الجزء الاول يعني تستثني اقول تضع الجزء الاول الف ترفع الباقي في قضية منفصلة حقيقية سهلة المسألة لانها قضية منفصلة ليست معقدة منفصلة حقيقية ليست مع تدور بين النفي والاثبات</w:t>
      </w:r>
    </w:p>
    <w:p>
      <w:r>
        <w:t>اقول الشرطية التي هي جزء من القياس الاستثنائي</w:t>
      </w:r>
    </w:p>
    <w:p>
      <w:r>
        <w:t>جزء لان القياس استثنائي قلنا له ركنان تكوينيان</w:t>
      </w:r>
    </w:p>
    <w:p>
      <w:r>
        <w:t>الركن الاول شرطية</w:t>
      </w:r>
    </w:p>
    <w:p>
      <w:r>
        <w:t>الركن الثاني الاستثناء</w:t>
      </w:r>
    </w:p>
    <w:p>
      <w:r>
        <w:t>كانت منفصلة فلا يخلو اما ان تكون فلا تخلو اما ان تكون حقيقية او مانعة الخلو او مانعة الجمع تقسيم الثلاثي فان كانت حقيقية يعني دائرة بين النصف والاثبات لا يجتمع ولا يرتفعان فان كانت موجبة انتجت باستثناء عين كل جزء نقيضه</w:t>
      </w:r>
    </w:p>
    <w:p>
      <w:r>
        <w:t>الاخرة لماذا? لاستحالة الجمع بينهما</w:t>
      </w:r>
    </w:p>
    <w:p>
      <w:r>
        <w:t>انظر الملاك ما هو مبدأ التناقض</w:t>
      </w:r>
    </w:p>
    <w:p>
      <w:r>
        <w:t>مبدأ التناقض ملاك اصل القياس نعم لاستحالة الجمع بينهما هذا هو مبدأ التناقض</w:t>
      </w:r>
    </w:p>
    <w:p>
      <w:r>
        <w:t>اذا كل القواعد المنطقية هي تقييد للعوائل القواعد القواعد المعقلية المعيارية العامة</w:t>
      </w:r>
    </w:p>
    <w:p>
      <w:r>
        <w:t>مبدأ الهوية مبدأ التناقض مبدأ الثالث المرفوع مبدأ السبب الكافي</w:t>
      </w:r>
    </w:p>
    <w:p>
      <w:r>
        <w:t>مبدأ الجوهرية</w:t>
      </w:r>
    </w:p>
    <w:p>
      <w:r>
        <w:t>هي هي مرتبة في سياق خاص تشكل اه تشكلت القواعد المنطقية</w:t>
      </w:r>
    </w:p>
    <w:p>
      <w:r>
        <w:t>دراسة تلك القواعد المنطقية ما يسمى بعلم المنطق</w:t>
      </w:r>
    </w:p>
    <w:p>
      <w:r>
        <w:t>وباستثناء نقيض كل جزء منها عين الاخر لاستحاط الخلو عنهما</w:t>
      </w:r>
    </w:p>
    <w:p>
      <w:r>
        <w:t>نعم</w:t>
      </w:r>
    </w:p>
    <w:p>
      <w:r>
        <w:t>ترفع النقيض يأتي الثاني كقولنا كقولنا العدد اما زوج او فرض لكنه زوج</w:t>
      </w:r>
    </w:p>
    <w:p>
      <w:r>
        <w:t>من قال ان الفرض يرفع لاجتماع النقيضين? كقولنا العدد اما زوج او فرض لكنه زوج</w:t>
      </w:r>
    </w:p>
    <w:p>
      <w:r>
        <w:t>هذا الاستثناء</w:t>
      </w:r>
    </w:p>
    <w:p>
      <w:r>
        <w:t>يعني الزوجية هي متن الواقع</w:t>
      </w:r>
    </w:p>
    <w:p>
      <w:r>
        <w:t>ينتج انه ليس بفرض</w:t>
      </w:r>
    </w:p>
    <w:p>
      <w:r>
        <w:t>او تستثني النقيض لكنه ليس بزوج ينتج انه فرض</w:t>
      </w:r>
    </w:p>
    <w:p>
      <w:r>
        <w:t>سهلة</w:t>
      </w:r>
    </w:p>
    <w:p>
      <w:r>
        <w:t>وكذلك في الجزء الاخر</w:t>
      </w:r>
    </w:p>
    <w:p>
      <w:r>
        <w:t>يعني لو قلنا لكنه فرض تضع الفرضية ترفع انتج انه ليس بزوج ولو قلنا لك لكنه ليس بفرض انتج انه زوج</w:t>
      </w:r>
    </w:p>
    <w:p>
      <w:r>
        <w:t>الملاك كما قال لاستحالة الجمع بينهما</w:t>
      </w:r>
    </w:p>
    <w:p>
      <w:r>
        <w:t>اجتماع النقيضين</w:t>
      </w:r>
    </w:p>
    <w:p>
      <w:r>
        <w:t>هذا اذا كانت المنفصلة الحقيقية ذات جزئ ان كانت لا اجزاء متعددة شيء الف با جيم شيء اما الف باء جيم دال ان تستثني جيم تقول لكن جيم الباقي كلها ترفع</w:t>
      </w:r>
    </w:p>
    <w:p>
      <w:r>
        <w:t>في قضية منفصلة حقيقية</w:t>
      </w:r>
    </w:p>
    <w:p>
      <w:r>
        <w:t>نعم هذا اذا كانت المنفصلة الحقيقية ذات جزئين وان كانت اكثر من جزئين فانها تنتج باستثناء عين اي جزء كان نقيض الباقية</w:t>
      </w:r>
    </w:p>
    <w:p>
      <w:r>
        <w:t>كيف تكون البقية فقهية في آآ شرطية منفصلة وباستثناء ناقدي اي كانت منفصلة حقيقية من ازاء البقية كقولنا العدد اما زائد او ناقص او مساوي القدماء كان عندهم اه اه قوة في الرياضيات والهندسة والحساب</w:t>
      </w:r>
    </w:p>
    <w:p>
      <w:r>
        <w:t>الان راها في الدراسات الجامعية والحوزاوية هذه العلوم الان اختفت</w:t>
      </w:r>
    </w:p>
    <w:p>
      <w:r>
        <w:t>فالطالب يبقى دينه مترددا ما معنى الزائد والناقص والمساوي? هذه كلها استراحات في علم الحساب</w:t>
      </w:r>
    </w:p>
    <w:p>
      <w:r>
        <w:t>ثم نقول لا يهمنا ان يهم الصورة</w:t>
      </w:r>
    </w:p>
    <w:p>
      <w:r>
        <w:t>المادة ما يهمنا</w:t>
      </w:r>
    </w:p>
    <w:p>
      <w:r>
        <w:t>الصورة كأنك قلت انت الشيء اما الف او باء او جيم</w:t>
      </w:r>
    </w:p>
    <w:p>
      <w:r>
        <w:t>هذا هو الصح</w:t>
      </w:r>
    </w:p>
    <w:p>
      <w:r>
        <w:t>طبقها على الحساب على الفلسفة لا يوم</w:t>
      </w:r>
    </w:p>
    <w:p>
      <w:r>
        <w:t>ثم لكنه زائد يعني الناقص المساوي اه مرفوعان من دار الوجود</w:t>
      </w:r>
    </w:p>
    <w:p>
      <w:r>
        <w:t>ينتج انه ليس بناقص ولا مساوي</w:t>
      </w:r>
    </w:p>
    <w:p>
      <w:r>
        <w:t>وكذلك البقيع</w:t>
      </w:r>
    </w:p>
    <w:p>
      <w:r>
        <w:t>ولو قلنا لكنه ليس بزايد انتج انه اما موس او ناقص لحد? نعم</w:t>
      </w:r>
    </w:p>
    <w:p>
      <w:r>
        <w:t>القياس استثنائي من منفصلة غير حقيقية</w:t>
      </w:r>
    </w:p>
    <w:p>
      <w:r>
        <w:t>هنا شوية فقط تحتاج الى دقة</w:t>
      </w:r>
    </w:p>
    <w:p>
      <w:r>
        <w:t>آآ دقة فقط</w:t>
      </w:r>
    </w:p>
    <w:p>
      <w:r>
        <w:t>قال ومانعة الخلو من الخلو فلسفتها يجب ان يكون هناك التواجد</w:t>
      </w:r>
    </w:p>
    <w:p>
      <w:r>
        <w:t>لطرف</w:t>
      </w:r>
    </w:p>
    <w:p>
      <w:r>
        <w:t>هل الطرف الثاني يرفع قطعا? لا قد ينوجد</w:t>
      </w:r>
    </w:p>
    <w:p>
      <w:r>
        <w:t>فيجتمعان</w:t>
      </w:r>
    </w:p>
    <w:p>
      <w:r>
        <w:t>فقط فقط هي تفتي انه لا يخلو الوجود من احد احدهما فقط</w:t>
      </w:r>
    </w:p>
    <w:p>
      <w:r>
        <w:t>ومانعة الخلود تنتج باستثناء النقيض النقيض</w:t>
      </w:r>
    </w:p>
    <w:p>
      <w:r>
        <w:t>ليس للعيب</w:t>
      </w:r>
    </w:p>
    <w:p>
      <w:r>
        <w:t>دون العين</w:t>
      </w:r>
    </w:p>
    <w:p>
      <w:r>
        <w:t>لماذا? لانه يمكن ان جميعا</w:t>
      </w:r>
    </w:p>
    <w:p>
      <w:r>
        <w:t>دون النقيض ومانعة الجمع باستثناء العين</w:t>
      </w:r>
    </w:p>
    <w:p>
      <w:r>
        <w:t>لماذا? منعت الجمع فلسفتها التواجد الواحد فقط</w:t>
      </w:r>
    </w:p>
    <w:p>
      <w:r>
        <w:t>تواجد الطرف اثنان ويمكن ان يرتفع دون النقيض</w:t>
      </w:r>
    </w:p>
    <w:p>
      <w:r>
        <w:t>هذه افهمها جيدا</w:t>
      </w:r>
    </w:p>
    <w:p>
      <w:r>
        <w:t>استثناء النقيض</w:t>
      </w:r>
    </w:p>
    <w:p>
      <w:r>
        <w:t>نعم لانه يمكن ان يأتي الجمع</w:t>
      </w:r>
    </w:p>
    <w:p>
      <w:r>
        <w:t>اقول مانعة الخلو هي التي هذا محور دلالي</w:t>
      </w:r>
    </w:p>
    <w:p>
      <w:r>
        <w:t>محور الدلالي</w:t>
      </w:r>
    </w:p>
    <w:p>
      <w:r>
        <w:t>نعم</w:t>
      </w:r>
    </w:p>
    <w:p>
      <w:r>
        <w:t>يعني ما هو مدلولها</w:t>
      </w:r>
    </w:p>
    <w:p>
      <w:r>
        <w:t>التي حوكم فيها بامتناع اجتماع جزئيها على الكذب يعني لا يرتفعان هذا هو معناه الكذب يجتمعان بامتناع اجتماع جزئية عن الكذب يعني لا يرتفعان</w:t>
      </w:r>
    </w:p>
    <w:p>
      <w:r>
        <w:t>وجواز معنى الصدق يمكن ان يجتمع على الصدق على ما تقدم به النادي فاستثناؤ نقيض اي جزء</w:t>
      </w:r>
    </w:p>
    <w:p>
      <w:r>
        <w:t>هنا تلعب على النقيض</w:t>
      </w:r>
    </w:p>
    <w:p>
      <w:r>
        <w:t>لا تلعب على العين</w:t>
      </w:r>
    </w:p>
    <w:p>
      <w:r>
        <w:t>فقل موجود فالثاني لا لا ما عندك ما عندك الحق تقول هذا</w:t>
      </w:r>
    </w:p>
    <w:p>
      <w:r>
        <w:t>نعم</w:t>
      </w:r>
    </w:p>
    <w:p>
      <w:r>
        <w:t>لماذا؟ لأن الثاني ممكن ان يوجد</w:t>
      </w:r>
    </w:p>
    <w:p>
      <w:r>
        <w:t>اذا استثناء العين لا يساعد</w:t>
      </w:r>
    </w:p>
    <w:p>
      <w:r>
        <w:t>نعم</w:t>
      </w:r>
    </w:p>
    <w:p>
      <w:r>
        <w:t>تقول الشيء اما الف او باء</w:t>
      </w:r>
    </w:p>
    <w:p>
      <w:r>
        <w:t>لكنه الف ما عندك حق تقول لا باء نتيجة</w:t>
      </w:r>
    </w:p>
    <w:p>
      <w:r>
        <w:t>ان باء يمكن ان يجتمع مع الف</w:t>
      </w:r>
    </w:p>
    <w:p>
      <w:r>
        <w:t>نعم</w:t>
      </w:r>
    </w:p>
    <w:p>
      <w:r>
        <w:t>لكن اذا قلت لا الف حتما باء</w:t>
      </w:r>
    </w:p>
    <w:p>
      <w:r>
        <w:t>لماذا? لانها لا تخلو من او قلت لا بإستثناء حتما الفكم هادي هي النتيجة السر هو مبدأ التناقض دائما فاستثناء نقيض اي جزئ كان منها من هذه القضية الشرطية ينتج عين الباقي الخلو عنها خلو الوجود عنه واستثناء عين اي جزء كان لا ينتج شيئا</w:t>
      </w:r>
    </w:p>
    <w:p>
      <w:r>
        <w:t>اقول شيء اما الف او اما باء</w:t>
      </w:r>
    </w:p>
    <w:p>
      <w:r>
        <w:t>اقول لكنه الف ما عندك حق تقول لا باء</w:t>
      </w:r>
    </w:p>
    <w:p>
      <w:r>
        <w:t>لانه قد يجتمعان</w:t>
      </w:r>
    </w:p>
    <w:p>
      <w:r>
        <w:t>للجواز انظر تعليل لجواز اجتماعي مع الصدق اه في النصوص النصوص حتى النصوص الادبية صدقوني حتى النصوص الادبية هذه المحاور التي يخضع لها النص مطلقا</w:t>
      </w:r>
    </w:p>
    <w:p>
      <w:r>
        <w:t>حتى النص القرآن لماذا? لان المعايير العقلية لا يمكن ان يتجاوزها القرآن والا يمسي نصا متناقضا يتحرك في المحور الدلالي ثم المحور الدلالي يعني مبدأ الهوية يوظح لك الهوية ما هي? ثم الحكم القظايا على اساس مبدأ الجوهر جوهرية</w:t>
      </w:r>
    </w:p>
    <w:p>
      <w:r>
        <w:t>نعم</w:t>
      </w:r>
    </w:p>
    <w:p>
      <w:r>
        <w:t>ثم الاستدلال يعني المحور الدلالي الابيستيمي</w:t>
      </w:r>
    </w:p>
    <w:p>
      <w:r>
        <w:t>بعد ما تتعين القضية</w:t>
      </w:r>
    </w:p>
    <w:p>
      <w:r>
        <w:t>مبدأ السبب الكافي</w:t>
      </w:r>
    </w:p>
    <w:p>
      <w:r>
        <w:t>ثم الإشكالات النقض</w:t>
      </w:r>
    </w:p>
    <w:p>
      <w:r>
        <w:t>والتأييد والرفض</w:t>
      </w:r>
    </w:p>
    <w:p>
      <w:r>
        <w:t>هذه المحاور كل النصوص تخضع لها</w:t>
      </w:r>
    </w:p>
    <w:p>
      <w:r>
        <w:t>معايير العقل</w:t>
      </w:r>
    </w:p>
    <w:p>
      <w:r>
        <w:t>هذا الإنسان لا يفهم الا بهذه الطريقة</w:t>
      </w:r>
    </w:p>
    <w:p>
      <w:r>
        <w:t>بهذه الطريقة</w:t>
      </w:r>
    </w:p>
    <w:p>
      <w:r>
        <w:t>نعم</w:t>
      </w:r>
    </w:p>
    <w:p>
      <w:r>
        <w:t>بسم الله الرحمن الرحيم</w:t>
      </w:r>
    </w:p>
    <w:p>
      <w:r>
        <w:t>الحمد لله رب العالمين</w:t>
      </w:r>
    </w:p>
    <w:p>
      <w:r>
        <w:t>الحمد لله رب العالمين</w:t>
      </w:r>
    </w:p>
    <w:p>
      <w:r>
        <w:t>نعم</w:t>
      </w:r>
    </w:p>
    <w:p>
      <w:r>
        <w:t>الرحمن الرحيم ملك يوم الدين</w:t>
      </w:r>
    </w:p>
    <w:p>
      <w:r>
        <w:t>اياك نعبد</w:t>
      </w:r>
    </w:p>
    <w:p>
      <w:r>
        <w:t>اياك نعبد نخليها</w:t>
      </w:r>
    </w:p>
    <w:p>
      <w:r>
        <w:t>لانها قضية اه دعاء تنتمي الى صنف اخر من منطق العبارات وهي القضايا التي غير خبرية</w:t>
      </w:r>
    </w:p>
    <w:p>
      <w:r>
        <w:t>خبر انشائية بسم الله الرحمن الرحيم الحمد لله</w:t>
      </w:r>
    </w:p>
    <w:p>
      <w:r>
        <w:t>الحمد لله انا ركز على الحمد لمن؟ لله</w:t>
      </w:r>
    </w:p>
    <w:p>
      <w:r>
        <w:t>جيت</w:t>
      </w:r>
    </w:p>
    <w:p>
      <w:r>
        <w:t>يعني الحد المختص بي له</w:t>
      </w:r>
    </w:p>
    <w:p>
      <w:r>
        <w:t>الصياغة المنطقية يعني الله محمود</w:t>
      </w:r>
    </w:p>
    <w:p>
      <w:r>
        <w:t>فالحمد والله حمد مفردة</w:t>
      </w:r>
    </w:p>
    <w:p>
      <w:r>
        <w:t>انتجها مبدأ الهوية</w:t>
      </w:r>
    </w:p>
    <w:p>
      <w:r>
        <w:t>الحمد حمد</w:t>
      </w:r>
    </w:p>
    <w:p>
      <w:r>
        <w:t>الله الله الحمد مبدأ الهوية</w:t>
      </w:r>
    </w:p>
    <w:p>
      <w:r>
        <w:t>ثم جاء الربط</w:t>
      </w:r>
    </w:p>
    <w:p>
      <w:r>
        <w:t>الله محمود</w:t>
      </w:r>
    </w:p>
    <w:p>
      <w:r>
        <w:t>لخصوصية بلاغية خرجنا من هذه الصياغة المنطقية الى صياغة بلاغية</w:t>
      </w:r>
    </w:p>
    <w:p>
      <w:r>
        <w:t>الحمد لله</w:t>
      </w:r>
    </w:p>
    <w:p>
      <w:r>
        <w:t>صياغة بلاغية</w:t>
      </w:r>
    </w:p>
    <w:p>
      <w:r>
        <w:t>لا تغيروا الصيغ المنطقية</w:t>
      </w:r>
    </w:p>
    <w:p>
      <w:r>
        <w:t>الصياغة المنطقية لها علاقة بالتكوين</w:t>
      </w:r>
    </w:p>
    <w:p>
      <w:r>
        <w:t>الصياغة البلاغية اي عبارة عن تفنن</w:t>
      </w:r>
    </w:p>
    <w:p>
      <w:r>
        <w:t>في العبارات لاغراض عقلائية الغرض هنا ان الحمل المختص بالله تعالى للاختصاص</w:t>
      </w:r>
    </w:p>
    <w:p>
      <w:r>
        <w:t>جيد</w:t>
      </w:r>
    </w:p>
    <w:p>
      <w:r>
        <w:t>الله محمود</w:t>
      </w:r>
    </w:p>
    <w:p>
      <w:r>
        <w:t>عندنا مبدأ الهوية</w:t>
      </w:r>
    </w:p>
    <w:p>
      <w:r>
        <w:t>افرز الحمد</w:t>
      </w:r>
    </w:p>
    <w:p>
      <w:r>
        <w:t>الحمد</w:t>
      </w:r>
    </w:p>
    <w:p>
      <w:r>
        <w:t>وافرز الله الله</w:t>
      </w:r>
    </w:p>
    <w:p>
      <w:r>
        <w:t>جاء مبدأ الجوهري ربط بين المفردة الله محمود</w:t>
      </w:r>
    </w:p>
    <w:p>
      <w:r>
        <w:t>لماذا الله محمود? لان الله هو الجوهر</w:t>
      </w:r>
    </w:p>
    <w:p>
      <w:r>
        <w:t>هو الجوهر يعني وذت</w:t>
      </w:r>
    </w:p>
    <w:p>
      <w:r>
        <w:t>ثم التعينات تأتي بعد الذات</w:t>
      </w:r>
    </w:p>
    <w:p>
      <w:r>
        <w:t>لا تقل محمود الله</w:t>
      </w:r>
    </w:p>
    <w:p>
      <w:r>
        <w:t>لا الله محمود لانها محمود</w:t>
      </w:r>
    </w:p>
    <w:p>
      <w:r>
        <w:t>حيثية من حيثيات الذات الالهية</w:t>
      </w:r>
    </w:p>
    <w:p>
      <w:r>
        <w:t>تعين من تعينات الذات الالهية</w:t>
      </w:r>
    </w:p>
    <w:p>
      <w:r>
        <w:t>هذا هو مقتضى مبدأ الجوهرية</w:t>
      </w:r>
    </w:p>
    <w:p>
      <w:r>
        <w:t>تشكلت القضية</w:t>
      </w:r>
    </w:p>
    <w:p>
      <w:r>
        <w:t>الله محمود ثم الدليل</w:t>
      </w:r>
    </w:p>
    <w:p>
      <w:r>
        <w:t>مبدأ السبب الكافي يبحث عن ملاك المحمودية لله تعالى</w:t>
      </w:r>
    </w:p>
    <w:p>
      <w:r>
        <w:t>الحمد لله رب رب العالمين</w:t>
      </w:r>
    </w:p>
    <w:p>
      <w:r>
        <w:t>او رب العالمين حسب الصيغ اللغوية</w:t>
      </w:r>
    </w:p>
    <w:p>
      <w:r>
        <w:t>انا اقول الدليل رب العالمين لكن في القراءة لا</w:t>
      </w:r>
    </w:p>
    <w:p>
      <w:r>
        <w:t>الحمد لله رب العالمين</w:t>
      </w:r>
    </w:p>
    <w:p>
      <w:r>
        <w:t>الرحمن الرحيم</w:t>
      </w:r>
    </w:p>
    <w:p>
      <w:r>
        <w:t>مالك يوم الدين</w:t>
      </w:r>
    </w:p>
    <w:p>
      <w:r>
        <w:t>تسألني ما هو الدين? الدليل رب العالمين</w:t>
      </w:r>
    </w:p>
    <w:p>
      <w:r>
        <w:t>رب العالمين هو مبدأ السبب الكافي للمحمودية</w:t>
      </w:r>
    </w:p>
    <w:p>
      <w:r>
        <w:t>تقول هكذا الله رب العالمين وكل رب العالمين محمود الله محمود</w:t>
      </w:r>
    </w:p>
    <w:p>
      <w:r>
        <w:t>هذا الدليل الأول الدليل الثاني الرحمان الرحيم</w:t>
      </w:r>
    </w:p>
    <w:p>
      <w:r>
        <w:t>الله رحمن رحيم وكل رحمن رحيم</w:t>
      </w:r>
    </w:p>
    <w:p>
      <w:r>
        <w:t>آآ محمود الله محمود</w:t>
      </w:r>
    </w:p>
    <w:p>
      <w:r>
        <w:t>الدليل الثالث آآ الله ما لك يوم الدين</w:t>
      </w:r>
    </w:p>
    <w:p>
      <w:r>
        <w:t>وكل ما لك يوم الدين محمود الله محمود</w:t>
      </w:r>
    </w:p>
    <w:p>
      <w:r>
        <w:t>لاحظت حتى القرآن الكريم يخضع للمحور الدلالي</w:t>
      </w:r>
    </w:p>
    <w:p>
      <w:r>
        <w:t>المحور القضوي المحور القياسي واستدلالي</w:t>
      </w:r>
    </w:p>
    <w:p>
      <w:r>
        <w:t>نعم</w:t>
      </w:r>
    </w:p>
    <w:p>
      <w:r>
        <w:t>هذه ضحى في ذهنك في كل المتون الادبية الدينية</w:t>
      </w:r>
    </w:p>
    <w:p>
      <w:r>
        <w:t>نعم</w:t>
      </w:r>
    </w:p>
    <w:p>
      <w:r>
        <w:t>لجواز اجتماعهما على الصدق هذا تعليل</w:t>
      </w:r>
    </w:p>
    <w:p>
      <w:r>
        <w:t>ما بدا السبب الكافي</w:t>
      </w:r>
    </w:p>
    <w:p>
      <w:r>
        <w:t>ومانعة الجامع</w:t>
      </w:r>
    </w:p>
    <w:p>
      <w:r>
        <w:t>مانعة الجامع يعني الوجود يتسع لطرف واحد</w:t>
      </w:r>
    </w:p>
    <w:p>
      <w:r>
        <w:t>والوجود قد يخلو من الطرفين</w:t>
      </w:r>
    </w:p>
    <w:p>
      <w:r>
        <w:t>نعم</w:t>
      </w:r>
    </w:p>
    <w:p>
      <w:r>
        <w:t>هي هذا المحور الدلالي التي حوكم فيها في هذه القضية بامتناع اجتماع جزئيها</w:t>
      </w:r>
    </w:p>
    <w:p>
      <w:r>
        <w:t>الف وباء شيء اما الف وباء اما الف واما باء</w:t>
      </w:r>
    </w:p>
    <w:p>
      <w:r>
        <w:t>بامتناع اجتماع جزئيها على الصدق</w:t>
      </w:r>
    </w:p>
    <w:p>
      <w:r>
        <w:t>يعني الوجود يتسع لطرف واحد فقط</w:t>
      </w:r>
    </w:p>
    <w:p>
      <w:r>
        <w:t>وجواز اجتماعه على الكذب يعني ممكن يخلو الوجود من الطرفين</w:t>
      </w:r>
    </w:p>
    <w:p>
      <w:r>
        <w:t>فاستثناء عين اي جزء كان منهما ينتج نقيض الاخر طبعا</w:t>
      </w:r>
    </w:p>
    <w:p>
      <w:r>
        <w:t>لان الوجود يتحمل واحد فقط</w:t>
      </w:r>
    </w:p>
    <w:p>
      <w:r>
        <w:t>فاذا كان الف بيت بخار</w:t>
      </w:r>
    </w:p>
    <w:p>
      <w:r>
        <w:t>فاذا كان باء الف يتبخر</w:t>
      </w:r>
    </w:p>
    <w:p>
      <w:r>
        <w:t>نعم لان مانعة الجامع فاستثناء عين اي جزء كان منهما ينتج نقيض الاخر</w:t>
      </w:r>
    </w:p>
    <w:p>
      <w:r>
        <w:t>نعم</w:t>
      </w:r>
    </w:p>
    <w:p>
      <w:r>
        <w:t>تقول شيء اما الف وباء الف دخل الوجود باء يدخل لبي نعم يرفع لا يرفع فتقول لا باء يعني لا باء ما معنى? يعني باء غير موجود في الوجود</w:t>
      </w:r>
    </w:p>
    <w:p>
      <w:r>
        <w:t>فاستثناء عين اي جزء كان ينتج نقيض الاخر</w:t>
      </w:r>
    </w:p>
    <w:p>
      <w:r>
        <w:t>والا كأنه قياس الخلف</w:t>
      </w:r>
    </w:p>
    <w:p>
      <w:r>
        <w:t>والا لجاز الجمع بينهما</w:t>
      </w:r>
    </w:p>
    <w:p>
      <w:r>
        <w:t>يعني اذا ما يرفع باء يعني لا بلاء يصدق يصدق باء</w:t>
      </w:r>
    </w:p>
    <w:p>
      <w:r>
        <w:t>الف يكون مع باء</w:t>
      </w:r>
    </w:p>
    <w:p>
      <w:r>
        <w:t>فتنقلب مانعة الخلو</w:t>
      </w:r>
    </w:p>
    <w:p>
      <w:r>
        <w:t>فما ثبت انه مانعة الجمع ليست بمانعة الجمع اجتماع نقي</w:t>
      </w:r>
    </w:p>
    <w:p>
      <w:r>
        <w:t>نعم</w:t>
      </w:r>
    </w:p>
    <w:p>
      <w:r>
        <w:t>والا لا جاز الجمع بينهما واستثناء ونقيض اي جزء كان منهما لا ينتج عن لا يعطيك باء</w:t>
      </w:r>
    </w:p>
    <w:p>
      <w:r>
        <w:t>لماذا? لانها باء كذلك يمكن ان يرفع لانهما لانهما يرتفعان</w:t>
      </w:r>
    </w:p>
    <w:p>
      <w:r>
        <w:t>يجوز الارتفاع</w:t>
      </w:r>
    </w:p>
    <w:p>
      <w:r>
        <w:t>اذا قلت لا الف يعني الف غير موجود في دار الوجود</w:t>
      </w:r>
    </w:p>
    <w:p>
      <w:r>
        <w:t>عندك حق حق تقول با موجود</w:t>
      </w:r>
    </w:p>
    <w:p>
      <w:r>
        <w:t>لماذا؟ لان الوجود يخلو منهما</w:t>
      </w:r>
    </w:p>
    <w:p>
      <w:r>
        <w:t>يمكن ان يخلو منهما</w:t>
      </w:r>
    </w:p>
    <w:p>
      <w:r>
        <w:t>لا الف موجود ولا بام موجود</w:t>
      </w:r>
    </w:p>
    <w:p>
      <w:r>
        <w:t>اذا اذا قلت لا الف تسكن سكوت</w:t>
      </w:r>
    </w:p>
    <w:p>
      <w:r>
        <w:t>ولهذا يقول واستثناؤ نقيض اي جزء الان يعني تقول لا الف او لا باء</w:t>
      </w:r>
    </w:p>
    <w:p>
      <w:r>
        <w:t>اي جزء كان منهما لا ينتج عن الاخر والا انقلبت حقيقية</w:t>
      </w:r>
    </w:p>
    <w:p>
      <w:r>
        <w:t>نعم حقيقية بمعنى يعني لا يجتمعان ولا يرتفعان لا وهذه يرتفعان</w:t>
      </w:r>
    </w:p>
    <w:p>
      <w:r>
        <w:t>ولا نقيضه لجواز الجن بينهما في الكذب</w:t>
      </w:r>
    </w:p>
    <w:p>
      <w:r>
        <w:t>نعم</w:t>
      </w:r>
    </w:p>
    <w:p>
      <w:r>
        <w:t>ولا ناقضه</w:t>
      </w:r>
    </w:p>
    <w:p>
      <w:r>
        <w:t>نعم</w:t>
      </w:r>
    </w:p>
    <w:p>
      <w:r>
        <w:t>تقول لا الف نعم</w:t>
      </w:r>
    </w:p>
    <w:p>
      <w:r>
        <w:t>ما عندك حق تقول باء</w:t>
      </w:r>
    </w:p>
    <w:p>
      <w:r>
        <w:t>لا باء</w:t>
      </w:r>
    </w:p>
    <w:p>
      <w:r>
        <w:t>لا الف</w:t>
      </w:r>
    </w:p>
    <w:p>
      <w:r>
        <w:t>لان هذه مناعة الجمع</w:t>
      </w:r>
    </w:p>
    <w:p>
      <w:r>
        <w:t>لا الف والنقيض</w:t>
      </w:r>
    </w:p>
    <w:p>
      <w:r>
        <w:t>تقول باء ما تقدر لان باء ممكن ان يرفع</w:t>
      </w:r>
    </w:p>
    <w:p>
      <w:r>
        <w:t>نعم</w:t>
      </w:r>
    </w:p>
    <w:p>
      <w:r>
        <w:t>واستثناء نقيض اي جزء كان منهما لا ينتج عين الا والا انقلبت حقيقية</w:t>
      </w:r>
    </w:p>
    <w:p>
      <w:r>
        <w:t>ولا نقظه ولا نقيظه</w:t>
      </w:r>
    </w:p>
    <w:p>
      <w:r>
        <w:t>تقول لا الف يعني يلزم آآ لا لا باء</w:t>
      </w:r>
    </w:p>
    <w:p>
      <w:r>
        <w:t>نعم</w:t>
      </w:r>
    </w:p>
    <w:p>
      <w:r>
        <w:t>لجواز الجمع بينهم في الكذب</w:t>
      </w:r>
    </w:p>
    <w:p>
      <w:r>
        <w:t>لجواز الجمع بينهم يعني يمكن ان يرتفي القياس المركب قال القياسات المركبة هي قياسات هي قياسات محور دلالي</w:t>
      </w:r>
    </w:p>
    <w:p>
      <w:r>
        <w:t>يعني تقول انت ما معنى آآ القياس المركبات? قياس الدلال المحور الدلالي بالنسبة الى الفلسفة التحليلية المعاصر</w:t>
      </w:r>
    </w:p>
    <w:p>
      <w:r>
        <w:t>اذا ادخلنا التعريفات في في المعرفة نقول محور معرفي</w:t>
      </w:r>
    </w:p>
    <w:p>
      <w:r>
        <w:t>هو عادة المحور المعرفي في الاستدلالات</w:t>
      </w:r>
    </w:p>
    <w:p>
      <w:r>
        <w:t>نعم</w:t>
      </w:r>
    </w:p>
    <w:p>
      <w:r>
        <w:t>هي قياسات جعلت نتائج بعضها مقدمات لبعض وهي اما مفصولة محذوفة النتائج الى الاخرة</w:t>
      </w:r>
    </w:p>
    <w:p>
      <w:r>
        <w:t>كقولنا كل انسان حيوان</w:t>
      </w:r>
    </w:p>
    <w:p>
      <w:r>
        <w:t>وكل حيوان نام</w:t>
      </w:r>
    </w:p>
    <w:p>
      <w:r>
        <w:t>وكلنا مجلس فكل انسان جسم</w:t>
      </w:r>
    </w:p>
    <w:p>
      <w:r>
        <w:t>نعم</w:t>
      </w:r>
    </w:p>
    <w:p>
      <w:r>
        <w:t>يعني الحيوان يجر النمو النمو يجر الجسمية الجسمية</w:t>
      </w:r>
    </w:p>
    <w:p>
      <w:r>
        <w:t>تثبت للانسان</w:t>
      </w:r>
    </w:p>
    <w:p>
      <w:r>
        <w:t>نعم</w:t>
      </w:r>
    </w:p>
    <w:p>
      <w:r>
        <w:t>فانت تحذف الاوسط تحذف حتى تصل الى النتيجة النهائية سهلة جدا</w:t>
      </w:r>
    </w:p>
    <w:p>
      <w:r>
        <w:t>او موصولة وهي مورد هي موردة النتائج والمقدمات بتمامها</w:t>
      </w:r>
    </w:p>
    <w:p>
      <w:r>
        <w:t>سهلة المسألة</w:t>
      </w:r>
    </w:p>
    <w:p>
      <w:r>
        <w:t>قياس المركب سهل جدا</w:t>
      </w:r>
    </w:p>
    <w:p>
      <w:r>
        <w:t>اه تقول قل هكذا كل الف باء وكل باء جيم وكل جيم دال وكل دال ميم وكل ميم راء في النهاية كأنك قلت كل الف</w:t>
      </w:r>
    </w:p>
    <w:p>
      <w:r>
        <w:t>سهلة جدا</w:t>
      </w:r>
    </w:p>
    <w:p>
      <w:r>
        <w:t>اقول لما فرخ فرغ من القياس البسيط شرع في بيان القياس المركب وهو الذي هذا هو المحور الدلالي</w:t>
      </w:r>
    </w:p>
    <w:p>
      <w:r>
        <w:t>الذي يلزم منه المطلوب باعتبار قياس او ازيد</w:t>
      </w:r>
    </w:p>
    <w:p>
      <w:r>
        <w:t>وهو قسمان مفصول وموصول</w:t>
      </w:r>
    </w:p>
    <w:p>
      <w:r>
        <w:t>مفصول وموصول موصول يعني السياق واحد بالحد الاوسط مفصول لا قد يكون الحد الاوسط غير مذكور ما لا يهم</w:t>
      </w:r>
    </w:p>
    <w:p>
      <w:r>
        <w:t>فالاول ان تتركب المقدمات وتحذف النتائج الا المطلوب</w:t>
      </w:r>
    </w:p>
    <w:p>
      <w:r>
        <w:t>كما لو كان المطلوب ان كل انسان يعني تريد تبت انت هذه القضية كل انسان واستدللنا عليه بان كل انسان حيوان وكل حيوان يحذف الحد الاوسط تقول كل انسان وكل نام جسم احدث في الحد الاوسط يعطيك كل انسان جسم</w:t>
      </w:r>
    </w:p>
    <w:p>
      <w:r>
        <w:t>والث ان تذكر النتيجة مرتين</w:t>
      </w:r>
    </w:p>
    <w:p>
      <w:r>
        <w:t>احداهما ان تكون نتيجة والثاني ان تكون جزء من القياس</w:t>
      </w:r>
    </w:p>
    <w:p>
      <w:r>
        <w:t>كما تقول انسان كل انسان حيوان</w:t>
      </w:r>
    </w:p>
    <w:p>
      <w:r>
        <w:t>وكل حيوان هنا ثم تروح وكل ينتج كل الانسان اولا ما تقول كل انسان تقول كلنا آآ جسم مباشرة ينتج كل انسان لان الحيوان حد اوسط يختفي</w:t>
      </w:r>
    </w:p>
    <w:p>
      <w:r>
        <w:t>فنجعله صغرى ونقول كل انسان نام وكلنا جسم ينتج كل انسان جسم</w:t>
      </w:r>
    </w:p>
    <w:p>
      <w:r>
        <w:t>سهلة المسألة</w:t>
      </w:r>
    </w:p>
    <w:p>
      <w:r>
        <w:t>القياسات المركبة من اسهل اقيسه</w:t>
      </w:r>
    </w:p>
    <w:p>
      <w:r>
        <w:t>لواحق القياس عنوان جديد يذكر فيه اه آآ بعض سيالة في حياتنا آآ العلمية ومهمة جدا حقيقة مهمة جدا ان شاء الله فيها الاستقرار فيها التمثيل فيها قياس المقاومة قياس العكس</w:t>
      </w:r>
    </w:p>
    <w:p>
      <w:r>
        <w:t>اقيس ضرورية جدا قبل الدخول في الفصل الخامس وهو اساس المنطق آآ كله وهو البرهان والحاد</w:t>
      </w:r>
    </w:p>
    <w:p>
      <w:r>
        <w:t>نعم فلسفة الحدود تعريفات والبرهان يعني القياس بيقيني</w:t>
      </w:r>
    </w:p>
    <w:p>
      <w:r>
        <w:t>نعم</w:t>
      </w:r>
    </w:p>
    <w:p>
      <w:r>
        <w:t>ندخل في لواحق القياس لا تستهزأ بها مهمة جدا ورائعة</w:t>
      </w:r>
    </w:p>
    <w:p>
      <w:r>
        <w:t>نقرأ فقط المتن ثم في الحصة الآتية ندخل في اصل للموضوع</w:t>
      </w:r>
    </w:p>
    <w:p>
      <w:r>
        <w:t>ولواحق القياس كل قياس ينتج نتيجة بالذات فقد ينتج لازمها</w:t>
      </w:r>
    </w:p>
    <w:p>
      <w:r>
        <w:t>وعكسها وجزئيات تحتها وجز اياك معها بالعرظ</w:t>
      </w:r>
    </w:p>
    <w:p>
      <w:r>
        <w:t>شيل في غاية الجمال</w:t>
      </w:r>
    </w:p>
    <w:p>
      <w:r>
        <w:t>نعم</w:t>
      </w:r>
    </w:p>
    <w:p>
      <w:r>
        <w:t>انت الان عندك قياس مهما كان هذا القياس</w:t>
      </w:r>
    </w:p>
    <w:p>
      <w:r>
        <w:t>انت جا سين نتيجة</w:t>
      </w:r>
    </w:p>
    <w:p>
      <w:r>
        <w:t>الطبائع عادة او الحيث ليس فقط الطبائح</w:t>
      </w:r>
    </w:p>
    <w:p>
      <w:r>
        <w:t>طبائع والحيثيات</w:t>
      </w:r>
    </w:p>
    <w:p>
      <w:r>
        <w:t>الطبائع لا تنوجد في عالم الخلق او في عالم الوجود حتى الذات الالهية</w:t>
      </w:r>
    </w:p>
    <w:p>
      <w:r>
        <w:t>لا لا تكون في الوجود لوحدها هكذا خالية عريانة لا</w:t>
      </w:r>
    </w:p>
    <w:p>
      <w:r>
        <w:t>مكونات اذا كانت من المخلوقات المركبة وعندها ما يلازمها يصاحبها لا ينفك عنها نعم النتيجة اذا تمت السير تأتي بجميع من معها</w:t>
      </w:r>
    </w:p>
    <w:p>
      <w:r>
        <w:t>باللازم تأتي بعكسها لان الاصل اذا صدق يصدق العكس كما مر علينا سين اصل عكسها عكس سين صادقة عكسها صادق</w:t>
      </w:r>
    </w:p>
    <w:p>
      <w:r>
        <w:t>فانت انتجت هنا انتجت السن الصادقة وانتجت عكسها الصادق</w:t>
      </w:r>
    </w:p>
    <w:p>
      <w:r>
        <w:t>انتجت سين صادقة لازمها معه</w:t>
      </w:r>
    </w:p>
    <w:p>
      <w:r>
        <w:t>واذا كانت تسري في مصاديق فانت اثبت كل المصادق</w:t>
      </w:r>
    </w:p>
    <w:p>
      <w:r>
        <w:t>اثبت سين سين يصرف في مصادق مليار فهذه النتيجة كانك اثبتت جميع اه الجزئيات التي تحتها</w:t>
      </w:r>
    </w:p>
    <w:p>
      <w:r>
        <w:t>الملاك ما هو? مبدأ التناقض</w:t>
      </w:r>
    </w:p>
    <w:p>
      <w:r>
        <w:t>الملاك مبنى التناقض</w:t>
      </w:r>
    </w:p>
    <w:p>
      <w:r>
        <w:t>يعني مبدأ السبب الكافي يفتي</w:t>
      </w:r>
    </w:p>
    <w:p>
      <w:r>
        <w:t>يعني ع يخضع اه يخضعك يقول خرج اللازم</w:t>
      </w:r>
    </w:p>
    <w:p>
      <w:r>
        <w:t>انت مثلا تسأل تقول لماذا اخرج اللازم? يقول اذا ما تخرج اللازم يلزم التناقض</w:t>
      </w:r>
    </w:p>
    <w:p>
      <w:r>
        <w:t>سين وليس سين</w:t>
      </w:r>
    </w:p>
    <w:p>
      <w:r>
        <w:t>سين بدون لازم يعني سين لا يساوي سين سين بدون مصداق يعني حضور في المصداق وعدم الحضور اجتماع النقضين</w:t>
      </w:r>
    </w:p>
    <w:p>
      <w:r>
        <w:t>سين صادقة عكسها ليس بصادق يعني سين ليس بصادق</w:t>
      </w:r>
    </w:p>
    <w:p>
      <w:r>
        <w:t>لاحظت مبدأ التناقض هو الذي يخرج جميع هذه آآ هذه الامور</w:t>
      </w:r>
    </w:p>
    <w:p>
      <w:r>
        <w:t>اذا انتجنا سين كل التوابع توابع تأتي</w:t>
      </w:r>
    </w:p>
    <w:p>
      <w:r>
        <w:t>توابع تأتي</w:t>
      </w:r>
    </w:p>
    <w:p>
      <w:r>
        <w:t>من يخرجها مبدأ السبب الكافي</w:t>
      </w:r>
    </w:p>
    <w:p>
      <w:r>
        <w:t>ملاكه في الإستخراج هو مبدأ التناقض</w:t>
      </w:r>
    </w:p>
    <w:p>
      <w:r>
        <w:t>تخيل مثلا انت مثال</w:t>
      </w:r>
    </w:p>
    <w:p>
      <w:r>
        <w:t>مثال ساذج بسيط انتشت اربعة</w:t>
      </w:r>
    </w:p>
    <w:p>
      <w:r>
        <w:t>اربع قبيلة الانقسام على متسويين</w:t>
      </w:r>
    </w:p>
    <w:p>
      <w:r>
        <w:t>تأتي بالضرورة</w:t>
      </w:r>
    </w:p>
    <w:p>
      <w:r>
        <w:t>بالظرورة تأتي</w:t>
      </w:r>
    </w:p>
    <w:p>
      <w:r>
        <w:t>ماذا السبب الكافي? اذا لم تكن غير منقسمة الى متساوين وليست باربع اربعة وليست باربعة</w:t>
      </w:r>
    </w:p>
    <w:p>
      <w:r>
        <w:t>اربعة اجتماع اذا هذه المعايير العقلية حاكمة على عقلك</w:t>
      </w:r>
    </w:p>
    <w:p>
      <w:r>
        <w:t>هي التي تملي عليك المعايير العقلية</w:t>
      </w:r>
    </w:p>
    <w:p>
      <w:r>
        <w:t>اما النشاط الفكري هو عليك</w:t>
      </w:r>
    </w:p>
    <w:p>
      <w:r>
        <w:t>النشاط الفكري قد يكون على غير المعايير وتخطئ اما من المعطى الخارجي واما من الحركة لا تراعي القواعد المنطقية</w:t>
      </w:r>
    </w:p>
    <w:p>
      <w:r>
        <w:t>اما اذا كان المعطى صحيحا ومراعاة هذه المعايير يعني فكرك يكون معياريا حتما تصل الى الحقيقة</w:t>
      </w:r>
    </w:p>
    <w:p>
      <w:r>
        <w:t>يقول كل قياس ينتج نتيجة بالذات فقد ينتج لازمها</w:t>
      </w:r>
    </w:p>
    <w:p>
      <w:r>
        <w:t>ولا يلزم اجتماع النقيضين</w:t>
      </w:r>
    </w:p>
    <w:p>
      <w:r>
        <w:t>وعكسها لان اذا صدق الاصل صدق العكس</w:t>
      </w:r>
    </w:p>
    <w:p>
      <w:r>
        <w:t>اذا صدق الاصل ولم يصدق العكس اجتماع نقضي</w:t>
      </w:r>
    </w:p>
    <w:p>
      <w:r>
        <w:t>وجزئية تحتها لان الطبيعي موجود في الجزئيات</w:t>
      </w:r>
    </w:p>
    <w:p>
      <w:r>
        <w:t>اذا هذه الجزئيات لم تكن تابعة للنتيجة</w:t>
      </w:r>
    </w:p>
    <w:p>
      <w:r>
        <w:t>يلزم تكون الطبيعة موجودة في الجزئيات وليست بموجودة</w:t>
      </w:r>
    </w:p>
    <w:p>
      <w:r>
        <w:t>وجزئيات معها بالعراظ وتأتي امور معها بالاعراض</w:t>
      </w:r>
    </w:p>
    <w:p>
      <w:r>
        <w:t>خلو ان شاء الله في الحصة الآثمة اعتيار ندخل في التطبيق</w:t>
      </w:r>
    </w:p>
    <w:p>
      <w:r>
        <w:t>نعم واللهم صلي على محمد وآل محمد</w:t>
      </w:r>
    </w:p>
    <w:p>
      <w:r>
        <w:t>اللهم صلي على محمد وال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