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والحمد لله</w:t>
      </w:r>
    </w:p>
    <w:p>
      <w:r>
        <w:t>والله اكبر</w:t>
      </w:r>
    </w:p>
    <w:p>
      <w:r>
        <w:t>اعوذ بالله من الشيطان الرجيم</w:t>
      </w:r>
    </w:p>
    <w:p>
      <w:r>
        <w:t>بسم الله الرحمن الرحيم</w:t>
      </w:r>
    </w:p>
    <w:p>
      <w:r>
        <w:t>وبه تعالى استعين والصلاة والسلام على محمد واله الطيبين الطاهرين</w:t>
      </w:r>
    </w:p>
    <w:p>
      <w:r>
        <w:t>اللهم صل على محمد وال محمد</w:t>
      </w:r>
    </w:p>
    <w:p>
      <w:r>
        <w:t>اللهم ارزقنا التوفيق والاخلاص</w:t>
      </w:r>
    </w:p>
    <w:p>
      <w:r>
        <w:t>وصلنا معكم الى هذا المقطع اللواحق والقياس قال كل قياس ينتج نتيجة بالذات ليس بالعرب قياس يولد حقيقة النتيجة النتيجة التابعة للمقدمتين بالذات</w:t>
      </w:r>
    </w:p>
    <w:p>
      <w:r>
        <w:t>فقد ينتج لازمة لان اللازم لا ينفك عن الملزوم</w:t>
      </w:r>
    </w:p>
    <w:p>
      <w:r>
        <w:t>وعكسها لانه اذا صدق الاصل صدق العكس فاذا تعين سين يتعين عكسه وجزئيات تحت هذه السين هذه النتيجة وجزئيات معها بالعرض نعم اقول لما فرغ بينا هذا المقطع نأتي الى شرح العلامة قال لما فرغ من القياس شرع في توابعه ونواحقه وهي انواع احدها استقراء النتائج وهو ما يلزم من القياس تبعا للمطلوب</w:t>
      </w:r>
    </w:p>
    <w:p>
      <w:r>
        <w:t>استقراء النتائج هنا ليس الاستقراء الاصطلاحي</w:t>
      </w:r>
    </w:p>
    <w:p>
      <w:r>
        <w:t>القياس الاستقراء لا استقرار يتتبع</w:t>
      </w:r>
    </w:p>
    <w:p>
      <w:r>
        <w:t>ما يتبع النتيجة</w:t>
      </w:r>
    </w:p>
    <w:p>
      <w:r>
        <w:t>هذا هو</w:t>
      </w:r>
    </w:p>
    <w:p>
      <w:r>
        <w:t>استقراء النتائج يعني عندنا نتيجة نتتبع ما يتبع هذه النتيجة</w:t>
      </w:r>
    </w:p>
    <w:p>
      <w:r>
        <w:t>باللازمين من عكس من مصادق</w:t>
      </w:r>
    </w:p>
    <w:p>
      <w:r>
        <w:t>وهو ما يلزم فسره هذا محور دلالي</w:t>
      </w:r>
    </w:p>
    <w:p>
      <w:r>
        <w:t>وهو ما يلزم من القياس تبعا للمطلوب يعني تابعا للنتيجة</w:t>
      </w:r>
    </w:p>
    <w:p>
      <w:r>
        <w:t>لان المطلوب قبل القياس هو النتيجة بعد القياس</w:t>
      </w:r>
    </w:p>
    <w:p>
      <w:r>
        <w:t>فنقول كل قياس كليا قانون انتج انتج نتيجة سين مثلا فانه مساعد على لازمها يعني ينتج لازم النتيجة لان النتيجة ملزوم فيأتي اللازم لا ينفكان وآآ عكسها لان اذا النتيجة كانت الاصل وهي صادقة عكسها صادق</w:t>
      </w:r>
    </w:p>
    <w:p>
      <w:r>
        <w:t>آآ وعكس نقيضها كذلك ان كان لها عكس طبعا وعكس نقيض</w:t>
      </w:r>
    </w:p>
    <w:p>
      <w:r>
        <w:t>ان كان وعكس النقيض هذا الشرط وعلى كذب نقيضها على ما الحل يوسع اكثر انت انتجت سين لا سين يكون باطنا لمبدأ التناقض وعلى كذب ناقضها وعلى جزئيات تحتها للسريان الصدقي يكتب وعلى جزئيات تحتها للسنة يعني الصدق</w:t>
      </w:r>
    </w:p>
    <w:p>
      <w:r>
        <w:t>يعني انتجنا الحيوان له حكم</w:t>
      </w:r>
    </w:p>
    <w:p>
      <w:r>
        <w:t>فكل انواع الحيوان لهذا الحكم</w:t>
      </w:r>
    </w:p>
    <w:p>
      <w:r>
        <w:t>الانسان الاسد البقر ان كانت كلية طبعا وان كانت كلية من الجزئي لا كاسب ولا مكتسب لا لا يسري في مصاديقي وعلى جزئيات معها جزئيات تصاحب لكن النتيجة الاولى بالذات والبواقي الاعراض</w:t>
      </w:r>
    </w:p>
    <w:p>
      <w:r>
        <w:t>يعني القياس يقصد سين لا يقصد هذه الامور وان كانت صحيحة اذا صحت</w:t>
      </w:r>
    </w:p>
    <w:p>
      <w:r>
        <w:t>مثلا اذا صدق كل انسان حيوان وكل حيوان جسم انتج بالذات كل انسان جسم</w:t>
      </w:r>
    </w:p>
    <w:p>
      <w:r>
        <w:t>لأن الحيوان حد اوسط يختفي فنقول كل انسان دسم</w:t>
      </w:r>
    </w:p>
    <w:p>
      <w:r>
        <w:t>وبالعرض يعني بالعرض هنا بالتابع</w:t>
      </w:r>
    </w:p>
    <w:p>
      <w:r>
        <w:t>ليس هو المقص المقصود بالذات</w:t>
      </w:r>
    </w:p>
    <w:p>
      <w:r>
        <w:t>المقصود بالذات هو جسمية الإنسان</w:t>
      </w:r>
    </w:p>
    <w:p>
      <w:r>
        <w:t>ثم تأتي النتائج التابعة بالقاطعة يقينيا</w:t>
      </w:r>
    </w:p>
    <w:p>
      <w:r>
        <w:t>يقينيا</w:t>
      </w:r>
    </w:p>
    <w:p>
      <w:r>
        <w:t>وبالعرض بالعرض يعني لا يعني انها ليست يقينية وليست موجودة</w:t>
      </w:r>
    </w:p>
    <w:p>
      <w:r>
        <w:t>لا لا لا بالعرض يعني ليست مقصودة بالقسم الاولي</w:t>
      </w:r>
    </w:p>
    <w:p>
      <w:r>
        <w:t>لا شيء من انسان غير جسم</w:t>
      </w:r>
    </w:p>
    <w:p>
      <w:r>
        <w:t>لا شيء من الانسان غير جسم</w:t>
      </w:r>
    </w:p>
    <w:p>
      <w:r>
        <w:t>الذي هو لازم النتيجة</w:t>
      </w:r>
    </w:p>
    <w:p>
      <w:r>
        <w:t>يعني لا شيء من انسان غير جسم</w:t>
      </w:r>
    </w:p>
    <w:p>
      <w:r>
        <w:t>يعني تنسي من جميع المصادق الانسانية غير الجسمية</w:t>
      </w:r>
    </w:p>
    <w:p>
      <w:r>
        <w:t>تنفي عنهم غير الجسمية يعني اللا جسمية</w:t>
      </w:r>
    </w:p>
    <w:p>
      <w:r>
        <w:t>فتثبت الجسمية</w:t>
      </w:r>
    </w:p>
    <w:p>
      <w:r>
        <w:t>نعم</w:t>
      </w:r>
    </w:p>
    <w:p>
      <w:r>
        <w:t>انت بالذات? كل نعم</w:t>
      </w:r>
    </w:p>
    <w:p>
      <w:r>
        <w:t>وبالعرض لا شيء من انسان</w:t>
      </w:r>
    </w:p>
    <w:p>
      <w:r>
        <w:t>غير الجسم الذي هو لازم نتيجة</w:t>
      </w:r>
    </w:p>
    <w:p>
      <w:r>
        <w:t>وبعض الجسم انسان عكس</w:t>
      </w:r>
    </w:p>
    <w:p>
      <w:r>
        <w:t>هذا عكس عكس المستوي</w:t>
      </w:r>
    </w:p>
    <w:p>
      <w:r>
        <w:t>كل انسان جسم</w:t>
      </w:r>
    </w:p>
    <w:p>
      <w:r>
        <w:t>بعض الجسم يسعى</w:t>
      </w:r>
    </w:p>
    <w:p>
      <w:r>
        <w:t>بعض الجسم انسان</w:t>
      </w:r>
    </w:p>
    <w:p>
      <w:r>
        <w:t>عكس مستوي</w:t>
      </w:r>
    </w:p>
    <w:p>
      <w:r>
        <w:t>الذي هو عكسها كتاب عكس المستوى</w:t>
      </w:r>
    </w:p>
    <w:p>
      <w:r>
        <w:t>وكل ما ليس بجسم ليس بانسان عكس النقيض</w:t>
      </w:r>
    </w:p>
    <w:p>
      <w:r>
        <w:t>الذي هو عكس نقيضها</w:t>
      </w:r>
    </w:p>
    <w:p>
      <w:r>
        <w:t>كذلك صادقة</w:t>
      </w:r>
    </w:p>
    <w:p>
      <w:r>
        <w:t>ارفع الجسمية يرتفع الانسان</w:t>
      </w:r>
    </w:p>
    <w:p>
      <w:r>
        <w:t>لان الجسمية مكون من مكونة من مكونات الانسان</w:t>
      </w:r>
    </w:p>
    <w:p>
      <w:r>
        <w:t>بعض الإنسان جسم الذي هو جزء تحتها بعض الإنسان جسم يعني انت لإثبات جسمية زيد او ليلى ما تحتاج تروح لكل المصادق</w:t>
      </w:r>
    </w:p>
    <w:p>
      <w:r>
        <w:t>فقط تحرز ان زيدان انسان خاص</w:t>
      </w:r>
    </w:p>
    <w:p>
      <w:r>
        <w:t>فهو جسم</w:t>
      </w:r>
    </w:p>
    <w:p>
      <w:r>
        <w:t>ان ليلى انسان فهي جسم</w:t>
      </w:r>
    </w:p>
    <w:p>
      <w:r>
        <w:t>خلاص</w:t>
      </w:r>
    </w:p>
    <w:p>
      <w:r>
        <w:t>وبعض الانسان جسم</w:t>
      </w:r>
    </w:p>
    <w:p>
      <w:r>
        <w:t>الذي هو جزئي تحتها</w:t>
      </w:r>
    </w:p>
    <w:p>
      <w:r>
        <w:t>لان السريان الصدقي للانسان في زيد وليلة</w:t>
      </w:r>
    </w:p>
    <w:p>
      <w:r>
        <w:t>يجر معه الجسمية</w:t>
      </w:r>
    </w:p>
    <w:p>
      <w:r>
        <w:t>وكل ناطق جسم الذي هو جزئي معها لتساويهما من ناطق من مكونات الانسان</w:t>
      </w:r>
    </w:p>
    <w:p>
      <w:r>
        <w:t>كل ناطق باسم هذه يعني مع مسامحة</w:t>
      </w:r>
    </w:p>
    <w:p>
      <w:r>
        <w:t>الناطق هو ادراك الكليات الا اذا قلت ادراك الكليات مختصة بالانسان</w:t>
      </w:r>
    </w:p>
    <w:p>
      <w:r>
        <w:t>هذا مبدأ السبب الكافي</w:t>
      </w:r>
    </w:p>
    <w:p>
      <w:r>
        <w:t>لاحظت المعايير العقلية كيف اه هي العقل الانساني هي العقل الانساني السرمدي</w:t>
      </w:r>
    </w:p>
    <w:p>
      <w:r>
        <w:t>صريح ولا تكون العصمة</w:t>
      </w:r>
    </w:p>
    <w:p>
      <w:r>
        <w:t>في هذا البعد اما اخذ المعطيات من الخارج وتفعيل هذه المعطيات في تلك المعايير</w:t>
      </w:r>
    </w:p>
    <w:p>
      <w:r>
        <w:t>هذا عقل بشري</w:t>
      </w:r>
    </w:p>
    <w:p>
      <w:r>
        <w:t>قد يخطئ وقد لا يخطئ</w:t>
      </w:r>
    </w:p>
    <w:p>
      <w:r>
        <w:t>لان هذا هو مبدا السبب الكافي لأن الصدق الملزوم</w:t>
      </w:r>
    </w:p>
    <w:p>
      <w:r>
        <w:t>صدق النتيجة</w:t>
      </w:r>
    </w:p>
    <w:p>
      <w:r>
        <w:t>يستلزم صدق اللازم</w:t>
      </w:r>
    </w:p>
    <w:p>
      <w:r>
        <w:t>وهذه كلها لوازم يعني تابعة القطع واليقين</w:t>
      </w:r>
    </w:p>
    <w:p>
      <w:r>
        <w:t>نعم</w:t>
      </w:r>
    </w:p>
    <w:p>
      <w:r>
        <w:t>ان كانوا صدق النتيجة معك كذب المقدمات</w:t>
      </w:r>
    </w:p>
    <w:p>
      <w:r>
        <w:t>نعم</w:t>
      </w:r>
    </w:p>
    <w:p>
      <w:r>
        <w:t>المهم فقط صدق المقدم لا تعطي الكذب</w:t>
      </w:r>
    </w:p>
    <w:p>
      <w:r>
        <w:t>ما في سنخية بين الصدق والكذب</w:t>
      </w:r>
    </w:p>
    <w:p>
      <w:r>
        <w:t>اما المقدمات قد تكون كاذبة والنتيجة صادقة</w:t>
      </w:r>
    </w:p>
    <w:p>
      <w:r>
        <w:t>تقول لماذا? الملاك هو الاستلزام</w:t>
      </w:r>
    </w:p>
    <w:p>
      <w:r>
        <w:t>وليس اه المقدمتين</w:t>
      </w:r>
    </w:p>
    <w:p>
      <w:r>
        <w:t>لو وكان فيهما الهة الا الله لفسدتا</w:t>
      </w:r>
    </w:p>
    <w:p>
      <w:r>
        <w:t>الهة لو كانا فيهما الهة يعني الهة كائن كائنون في السماوات والارض</w:t>
      </w:r>
    </w:p>
    <w:p>
      <w:r>
        <w:t>باطلا لفسدتا فسدت يعني فسدت السماوات باطلة</w:t>
      </w:r>
    </w:p>
    <w:p>
      <w:r>
        <w:t>معنى الاستلزام صحيح</w:t>
      </w:r>
    </w:p>
    <w:p>
      <w:r>
        <w:t>برهان التمانع</w:t>
      </w:r>
    </w:p>
    <w:p>
      <w:r>
        <w:t>برهان على التوحيد الربوبية</w:t>
      </w:r>
    </w:p>
    <w:p>
      <w:r>
        <w:t>نعم</w:t>
      </w:r>
    </w:p>
    <w:p>
      <w:r>
        <w:t>قال والمقدمات الكاذبة قد تنتج قد</w:t>
      </w:r>
    </w:p>
    <w:p>
      <w:r>
        <w:t>تنتج صادقة</w:t>
      </w:r>
    </w:p>
    <w:p>
      <w:r>
        <w:t>كقولنا كل انسان حجر كذب</w:t>
      </w:r>
    </w:p>
    <w:p>
      <w:r>
        <w:t>لماذا? مبدأ الهوية</w:t>
      </w:r>
    </w:p>
    <w:p>
      <w:r>
        <w:t>مبدأ الهوية يكفيك</w:t>
      </w:r>
    </w:p>
    <w:p>
      <w:r>
        <w:t>الهوية الانسانية غير الهوية الحجرية</w:t>
      </w:r>
    </w:p>
    <w:p>
      <w:r>
        <w:t>وكل حجر حيوان كاذبة</w:t>
      </w:r>
    </w:p>
    <w:p>
      <w:r>
        <w:t>الا ان تكون الكبرى كاذبة</w:t>
      </w:r>
    </w:p>
    <w:p>
      <w:r>
        <w:t>بالكل</w:t>
      </w:r>
    </w:p>
    <w:p>
      <w:r>
        <w:t>وحد في الشكل الأول في ظربيه الأولين</w:t>
      </w:r>
    </w:p>
    <w:p>
      <w:r>
        <w:t>نعم</w:t>
      </w:r>
    </w:p>
    <w:p>
      <w:r>
        <w:t>هذه النتيجة فقط الشكل الأول يقول الا ان تكون الكبرى كاذبة</w:t>
      </w:r>
    </w:p>
    <w:p>
      <w:r>
        <w:t>بالكل يعني كبرى في جميع المصادق كاذبة</w:t>
      </w:r>
    </w:p>
    <w:p>
      <w:r>
        <w:t>في الشكل الأول في ضربه الأولين</w:t>
      </w:r>
    </w:p>
    <w:p>
      <w:r>
        <w:t>يعني ضرب الأول والضرب الثاني</w:t>
      </w:r>
    </w:p>
    <w:p>
      <w:r>
        <w:t>نعم هذا يأتي الاستثناء</w:t>
      </w:r>
    </w:p>
    <w:p>
      <w:r>
        <w:t>اقول النتيجة لازمة للمقدمة</w:t>
      </w:r>
    </w:p>
    <w:p>
      <w:r>
        <w:t>قانون الاستلزاء</w:t>
      </w:r>
    </w:p>
    <w:p>
      <w:r>
        <w:t>ما عنده علاقة بعلم اه قدمته</w:t>
      </w:r>
    </w:p>
    <w:p>
      <w:r>
        <w:t>لازموا جاز ان يكون صادقا مع كذب ملزومه</w:t>
      </w:r>
    </w:p>
    <w:p>
      <w:r>
        <w:t>نعم</w:t>
      </w:r>
    </w:p>
    <w:p>
      <w:r>
        <w:t>هذه قانون الاستلزام</w:t>
      </w:r>
    </w:p>
    <w:p>
      <w:r>
        <w:t>ولا يجوز ان يكون كاذبا مع صدق ملزوم</w:t>
      </w:r>
    </w:p>
    <w:p>
      <w:r>
        <w:t>لا يمكن لان المل اذا كان صادقا لا يولد الكذب</w:t>
      </w:r>
    </w:p>
    <w:p>
      <w:r>
        <w:t>مبنى السبب الكافي يقول مستحيل</w:t>
      </w:r>
    </w:p>
    <w:p>
      <w:r>
        <w:t>لان الصادق ليس جمع الكذب</w:t>
      </w:r>
    </w:p>
    <w:p>
      <w:r>
        <w:t>فحينا اذ كل قياس كل قياس صادق المقدمات فان نتيجته صادقة قطعا تحقيقا للزوء</w:t>
      </w:r>
    </w:p>
    <w:p>
      <w:r>
        <w:t>اذا كان الصادق يولد الكذب يعني وليس بصادق</w:t>
      </w:r>
    </w:p>
    <w:p>
      <w:r>
        <w:t>مبدأ التناقض على مستوى علم الزوم</w:t>
      </w:r>
    </w:p>
    <w:p>
      <w:r>
        <w:t>وان كانت المقدمات كاذبة</w:t>
      </w:r>
    </w:p>
    <w:p>
      <w:r>
        <w:t>جاز جاز في المتن قد</w:t>
      </w:r>
    </w:p>
    <w:p>
      <w:r>
        <w:t>جاز يعني قد قد للتقليد</w:t>
      </w:r>
    </w:p>
    <w:p>
      <w:r>
        <w:t>جازت تنتج صادق تقليد</w:t>
      </w:r>
    </w:p>
    <w:p>
      <w:r>
        <w:t>جاز</w:t>
      </w:r>
    </w:p>
    <w:p>
      <w:r>
        <w:t>ان تكون النتيجة صادقة</w:t>
      </w:r>
    </w:p>
    <w:p>
      <w:r>
        <w:t>وان تكون كاذبة</w:t>
      </w:r>
    </w:p>
    <w:p>
      <w:r>
        <w:t>تصحيحا للعموم</w:t>
      </w:r>
    </w:p>
    <w:p>
      <w:r>
        <w:t>نعم</w:t>
      </w:r>
    </w:p>
    <w:p>
      <w:r>
        <w:t>تصحيح للعموم</w:t>
      </w:r>
    </w:p>
    <w:p>
      <w:r>
        <w:t>اكتب تحتها هذا هو مبدأ بسبب سبب سبب الكافي</w:t>
      </w:r>
    </w:p>
    <w:p>
      <w:r>
        <w:t>يعني قد يكون نكون آآ الاكبر في النتيجة عن من آآ من الاصغر في الصغرى والاكبر في اه الكبرى</w:t>
      </w:r>
    </w:p>
    <w:p>
      <w:r>
        <w:t>اقول ان كما تقول كل انسان حجر وكل حجر حيوان</w:t>
      </w:r>
    </w:p>
    <w:p>
      <w:r>
        <w:t>كل انسان حجر كاذبة وكل حجر حيوان كذب</w:t>
      </w:r>
    </w:p>
    <w:p>
      <w:r>
        <w:t>ينتج كل انسان هنا الحيوان اعم من الانسان</w:t>
      </w:r>
    </w:p>
    <w:p>
      <w:r>
        <w:t>اعم من الاصغر</w:t>
      </w:r>
    </w:p>
    <w:p>
      <w:r>
        <w:t>يعني اكبر نتيجة اعم من اصغر الصغرى</w:t>
      </w:r>
    </w:p>
    <w:p>
      <w:r>
        <w:t>حتما صادقة</w:t>
      </w:r>
    </w:p>
    <w:p>
      <w:r>
        <w:t>نعم</w:t>
      </w:r>
    </w:p>
    <w:p>
      <w:r>
        <w:t>فالمقدمتان كلمتان</w:t>
      </w:r>
    </w:p>
    <w:p>
      <w:r>
        <w:t>انسان حجر كاذبة وكل حجر حيوان كاذبة</w:t>
      </w:r>
    </w:p>
    <w:p>
      <w:r>
        <w:t>من اين عرفنا الكذب? مبدأ الهوية يكفيك</w:t>
      </w:r>
    </w:p>
    <w:p>
      <w:r>
        <w:t>الانسان غير حجر</w:t>
      </w:r>
    </w:p>
    <w:p>
      <w:r>
        <w:t>نعم</w:t>
      </w:r>
    </w:p>
    <w:p>
      <w:r>
        <w:t>والنتيجة صادقة</w:t>
      </w:r>
    </w:p>
    <w:p>
      <w:r>
        <w:t>كل انسان حيوان صادقة</w:t>
      </w:r>
    </w:p>
    <w:p>
      <w:r>
        <w:t>فلا يجب يعني ليس فلا يجب</w:t>
      </w:r>
    </w:p>
    <w:p>
      <w:r>
        <w:t>من كذب مقدمة كذب النتيجة الا في سورة واحدة</w:t>
      </w:r>
    </w:p>
    <w:p>
      <w:r>
        <w:t>وهو ان تكون الكبرى كاذبة بالكل</w:t>
      </w:r>
    </w:p>
    <w:p>
      <w:r>
        <w:t>اي يكذب نسبة المحمول الى كل فرد فرد من افراد الموضوع</w:t>
      </w:r>
    </w:p>
    <w:p>
      <w:r>
        <w:t>وحدة تكون الكبرى كاذبة في جميع المصاديق</w:t>
      </w:r>
    </w:p>
    <w:p>
      <w:r>
        <w:t>السريان الصدقي كاذبة</w:t>
      </w:r>
    </w:p>
    <w:p>
      <w:r>
        <w:t>اي يكذب نسبة المحمول الى كل فرد فرد من افراد الموضوع وحده</w:t>
      </w:r>
    </w:p>
    <w:p>
      <w:r>
        <w:t>في الشكل الاول الشكل الاول الشكل الاول من الأشكال الأربعة الشكل الأول والثاني والثالث والرابع على الإستئناف في الشكل الأول</w:t>
      </w:r>
    </w:p>
    <w:p>
      <w:r>
        <w:t>في الضربين الأولين منه فإنا إذا فرضنا كل جيم باء صادقا بالكل</w:t>
      </w:r>
    </w:p>
    <w:p>
      <w:r>
        <w:t>صادقا بالكل</w:t>
      </w:r>
    </w:p>
    <w:p>
      <w:r>
        <w:t>او بالبعض بان يصدق حمل با على بعضهم دون بعض</w:t>
      </w:r>
    </w:p>
    <w:p>
      <w:r>
        <w:t>وفرضنا كل باء الف</w:t>
      </w:r>
    </w:p>
    <w:p>
      <w:r>
        <w:t>هذه كل باء الف كاذبة بالكل</w:t>
      </w:r>
    </w:p>
    <w:p>
      <w:r>
        <w:t>نعم</w:t>
      </w:r>
    </w:p>
    <w:p>
      <w:r>
        <w:t>يعني كل كل مصداق للباء اذا صدق علي الف كن كاذبا</w:t>
      </w:r>
    </w:p>
    <w:p>
      <w:r>
        <w:t>يعني ليس في آآ كلمة يعني زائفة</w:t>
      </w:r>
    </w:p>
    <w:p>
      <w:r>
        <w:t>نعم</w:t>
      </w:r>
    </w:p>
    <w:p>
      <w:r>
        <w:t>تورث التناقض</w:t>
      </w:r>
    </w:p>
    <w:p>
      <w:r>
        <w:t>هذه هي الكذبة</w:t>
      </w:r>
    </w:p>
    <w:p>
      <w:r>
        <w:t>الكذبة ليس العدم</w:t>
      </w:r>
    </w:p>
    <w:p>
      <w:r>
        <w:t>لا</w:t>
      </w:r>
    </w:p>
    <w:p>
      <w:r>
        <w:t>الزيف يعني ليست قضية في الحقيقة</w:t>
      </w:r>
    </w:p>
    <w:p>
      <w:r>
        <w:t>تنطوي التناقض</w:t>
      </w:r>
    </w:p>
    <w:p>
      <w:r>
        <w:t>هذه الكذبة بينت هذه كثيرا شريك الباري موجود زيف كذبا</w:t>
      </w:r>
    </w:p>
    <w:p>
      <w:r>
        <w:t>شريك البني معدوم صادقة</w:t>
      </w:r>
    </w:p>
    <w:p>
      <w:r>
        <w:t>دائرة الأعداد دائرة من نفس الأمر</w:t>
      </w:r>
    </w:p>
    <w:p>
      <w:r>
        <w:t>فرق بين شريك البري موجود معدوم شريك بني معدوم قضية صادقة</w:t>
      </w:r>
    </w:p>
    <w:p>
      <w:r>
        <w:t>شريك الباري موجود يعني كأنك قلت معدوم موجود</w:t>
      </w:r>
    </w:p>
    <w:p>
      <w:r>
        <w:t>مفارقة</w:t>
      </w:r>
    </w:p>
    <w:p>
      <w:r>
        <w:t>اجتماع النقيض</w:t>
      </w:r>
    </w:p>
    <w:p>
      <w:r>
        <w:t>قضية زائفة</w:t>
      </w:r>
    </w:p>
    <w:p>
      <w:r>
        <w:t>اذا القضايا الكاذبة قضايا الزائفة ليست قضايا حقيقية</w:t>
      </w:r>
    </w:p>
    <w:p>
      <w:r>
        <w:t>يعني لا يمكن لمبدأ الجوهرية ان يفرزها في افق الدين اذا افرزا فقط في اللفظ</w:t>
      </w:r>
    </w:p>
    <w:p>
      <w:r>
        <w:t>نعم في اللفظ فقط</w:t>
      </w:r>
    </w:p>
    <w:p>
      <w:r>
        <w:t>وفرظنا كل بالف يعني كل مصداق من مصاديق باء</w:t>
      </w:r>
    </w:p>
    <w:p>
      <w:r>
        <w:t>يتعانون بالف يولدوا قضية زائفة</w:t>
      </w:r>
    </w:p>
    <w:p>
      <w:r>
        <w:t>ان النتيجة وهو جيم الف جيم الف لان باء حد اوسط كاذبة قطعان</w:t>
      </w:r>
    </w:p>
    <w:p>
      <w:r>
        <w:t>نعم تكون القضية الزائفة</w:t>
      </w:r>
    </w:p>
    <w:p>
      <w:r>
        <w:t>لانه لو كانت صادقة لزم اجتماع النقيضين</w:t>
      </w:r>
    </w:p>
    <w:p>
      <w:r>
        <w:t>والتالي باطل يعني الجيم ينتمي الى باء الصادقة وينتمي الى الف الكاذبة</w:t>
      </w:r>
    </w:p>
    <w:p>
      <w:r>
        <w:t>فيكون في الصدق والزيف واجتماع البقية</w:t>
      </w:r>
    </w:p>
    <w:p>
      <w:r>
        <w:t>لاحظت اجتماع النقيض القضية بالله عليك قضية ادراكية علمية بلاك القضايا</w:t>
      </w:r>
    </w:p>
    <w:p>
      <w:r>
        <w:t>ملاك القضايا انظر هم ملتفتين الى هذه المسألة</w:t>
      </w:r>
    </w:p>
    <w:p>
      <w:r>
        <w:t>ولم ارى واحدا عالجها كقضية خارج خارج القضايا الإدراكية وقال قضية معيارها سرمدية تحكم الفكر البشري نعم لانها لو كانت صادقة لزم اجتماع النقيضين والتالي باطل</w:t>
      </w:r>
    </w:p>
    <w:p>
      <w:r>
        <w:t>يعني جيم من مصادق بس صادقة</w:t>
      </w:r>
    </w:p>
    <w:p>
      <w:r>
        <w:t>وجيم من مصاديق الف الكاذبة</w:t>
      </w:r>
    </w:p>
    <w:p>
      <w:r>
        <w:t>يعني تجيم صادقة وكاذبة اجتماع المرء</w:t>
      </w:r>
    </w:p>
    <w:p>
      <w:r>
        <w:t>بيان الشر انا ناخذ ظد الكبرى عندنا كل جيم باء وآآ الكبرى آآ كل باء الف</w:t>
      </w:r>
    </w:p>
    <w:p>
      <w:r>
        <w:t>ناخذ ضد الكبرى وهو لا شيء من باء الف كل باء الف ضدها لا شيء من باء الف مربع تذكر مربع عندنا هذا الركن كلية مجبة الذي يقابله فوق سالبة كلية التضاد</w:t>
      </w:r>
    </w:p>
    <w:p>
      <w:r>
        <w:t>نعم</w:t>
      </w:r>
    </w:p>
    <w:p>
      <w:r>
        <w:t>هذا الركن كل الف باء يناقضه تحت الفوقانية التي تضاد آآ بعض الف ليس ليس باء</w:t>
      </w:r>
    </w:p>
    <w:p>
      <w:r>
        <w:t>والمتداخلتان تحت التضاد المتداخلتان</w:t>
      </w:r>
    </w:p>
    <w:p>
      <w:r>
        <w:t>بيناها</w:t>
      </w:r>
    </w:p>
    <w:p>
      <w:r>
        <w:t>اذا هنا الضد ما هو بيان الشرطية</w:t>
      </w:r>
    </w:p>
    <w:p>
      <w:r>
        <w:t>بيان الشرطية</w:t>
      </w:r>
    </w:p>
    <w:p>
      <w:r>
        <w:t>في اركان القياس الاستثنائي تتذكر آآ بيان الشرطية هنا نعم انه قال لانه لو كانت في الاستدلال لو كانت صادقة لزم اجتماع النقيب</w:t>
      </w:r>
    </w:p>
    <w:p>
      <w:r>
        <w:t>لازم اجتماع النقيب</w:t>
      </w:r>
    </w:p>
    <w:p>
      <w:r>
        <w:t>هذه لانه لو كانت صادقة لازم اجتماع النقيضين ليست قضية شرطية</w:t>
      </w:r>
    </w:p>
    <w:p>
      <w:r>
        <w:t>تسامحا هو سماها شرطيا</w:t>
      </w:r>
    </w:p>
    <w:p>
      <w:r>
        <w:t>لان مبدأ التناقض لا تكون في اي صيغة من صيغ الاقيسا لا في الشرطية ولا في الاستثناء ولا في الحملية</w:t>
      </w:r>
    </w:p>
    <w:p>
      <w:r>
        <w:t>قياس الاقتران الحملي او الشرطي ابدا</w:t>
      </w:r>
    </w:p>
    <w:p>
      <w:r>
        <w:t>نعم</w:t>
      </w:r>
    </w:p>
    <w:p>
      <w:r>
        <w:t>بيان الشرطية هي لو لو كانت صادقة صادقة من? جيم الف النتيجة</w:t>
      </w:r>
    </w:p>
    <w:p>
      <w:r>
        <w:t>اجتماع ضدي</w:t>
      </w:r>
    </w:p>
    <w:p>
      <w:r>
        <w:t>والتالي باطلا</w:t>
      </w:r>
    </w:p>
    <w:p>
      <w:r>
        <w:t>بيان الشرطية يعني لماذا اذا صدقت الجيم الف نتيجة في قولنا كل جيمبا وكل بأليف بات ترتفع كحد اوسط</w:t>
      </w:r>
    </w:p>
    <w:p>
      <w:r>
        <w:t>النتيجة جيم الف جزئية او كلية لهم</w:t>
      </w:r>
    </w:p>
    <w:p>
      <w:r>
        <w:t>لانها لو كانت صادقة جيم الف لزما الناقضة</w:t>
      </w:r>
    </w:p>
    <w:p>
      <w:r>
        <w:t>يعني تجي مندرجة تحت بال صادق</w:t>
      </w:r>
    </w:p>
    <w:p>
      <w:r>
        <w:t>ومندرجة تحت الف الكذب</w:t>
      </w:r>
    </w:p>
    <w:p>
      <w:r>
        <w:t>الجيم صادقة وليست صادقة</w:t>
      </w:r>
    </w:p>
    <w:p>
      <w:r>
        <w:t>صادقة وليست صادقة</w:t>
      </w:r>
    </w:p>
    <w:p>
      <w:r>
        <w:t>الف صادقة وليست صادقة</w:t>
      </w:r>
    </w:p>
    <w:p>
      <w:r>
        <w:t>يعني اجتماع النقيضين في جميع الجهات</w:t>
      </w:r>
    </w:p>
    <w:p>
      <w:r>
        <w:t>بيان الشرطية اكتب بيان الشرطية لهذه لهذا القياس</w:t>
      </w:r>
    </w:p>
    <w:p>
      <w:r>
        <w:t>لو كانت الجيم الف صادقة لازمة اجتماع النقض</w:t>
      </w:r>
    </w:p>
    <w:p>
      <w:r>
        <w:t>بيان الشرطية ان خذ ظد الكبرى وهو لا شيء من باء الف</w:t>
      </w:r>
    </w:p>
    <w:p>
      <w:r>
        <w:t>لا شيء من باء الف واضحة جدا</w:t>
      </w:r>
    </w:p>
    <w:p>
      <w:r>
        <w:t>يعني كل مصاديق باء تتنفر من الف</w:t>
      </w:r>
    </w:p>
    <w:p>
      <w:r>
        <w:t>ينفصل عنها الف</w:t>
      </w:r>
    </w:p>
    <w:p>
      <w:r>
        <w:t>فانه يكون صادقا قطعا</w:t>
      </w:r>
    </w:p>
    <w:p>
      <w:r>
        <w:t>نعم</w:t>
      </w:r>
    </w:p>
    <w:p>
      <w:r>
        <w:t>لا شيء من باليف كل ما الف ضده لا شيء من الف نعم</w:t>
      </w:r>
    </w:p>
    <w:p>
      <w:r>
        <w:t>صادقة قطعا ونظمه الى الصادقة الصغرى الصادقة ما هي? الصورة الصادقة اه الصادقة كل جنبا نعم تقول هكذا لا شيء من باء اليس وكل جيم باء</w:t>
      </w:r>
    </w:p>
    <w:p>
      <w:r>
        <w:t>نعم كل جيم باء</w:t>
      </w:r>
    </w:p>
    <w:p>
      <w:r>
        <w:t>كل جيم باء يعني هذا آآ يأتي آآ الشكل الرابع</w:t>
      </w:r>
    </w:p>
    <w:p>
      <w:r>
        <w:t>يمكن ان تعكس كل يعني يأتي بعض باء جيم فالنتيجة تكون اا ليست جيم الف هذا التناقض نعم ونظمه الى الصغرى الصادقة ومتى صدقت المقدمتان صدقت النتيجة فيلسم يلزم صدق لا شيء من جيم الف</w:t>
      </w:r>
    </w:p>
    <w:p>
      <w:r>
        <w:t>اذا كانت صغرى صادقة بالكل وليس بعض جيم الف ان كانت صادقة بالبعض فيصدق ظدان والناقضان هذا يقول فلا يمكن صدق النتيجة في هذين الظربين ولا الظرب الاول والثالث الرابع اذا كانت صغرى كاذبة بالكل وانما لم يذكرهما المصنف لانهما بالقلب يرجعان الى هذا الظربين يعني الى الضرب الاول والثاني من الشكل الاول</w:t>
      </w:r>
    </w:p>
    <w:p>
      <w:r>
        <w:t>اذا نعيد لان شوية غامضة انظر عندنا كل جيم صادق</w:t>
      </w:r>
    </w:p>
    <w:p>
      <w:r>
        <w:t>ما معنى كل من تعن ونبي جيم يتعنون ببا</w:t>
      </w:r>
    </w:p>
    <w:p>
      <w:r>
        <w:t>بعبارة اخرى كل مصديق جيم هي مصاديق به</w:t>
      </w:r>
    </w:p>
    <w:p>
      <w:r>
        <w:t>هذا هو المدلول كله جيم باء</w:t>
      </w:r>
    </w:p>
    <w:p>
      <w:r>
        <w:t>نعم</w:t>
      </w:r>
    </w:p>
    <w:p>
      <w:r>
        <w:t>صدر متألين في من عبقريته المنطقية يقول اذا كنا في دائرة دائرة اليقينيات الطبيعة تكفي السور بعدما عنده قيمة ما عندي علاقة بالسريان الصدقي</w:t>
      </w:r>
    </w:p>
    <w:p>
      <w:r>
        <w:t>هذا ما عنده قيمة لان السريان صدقي يوصلني الى الواقع اذا اردت ان تتعامل مع الواقع</w:t>
      </w:r>
    </w:p>
    <w:p>
      <w:r>
        <w:t>اما في دائرة الفكر ما عندي الصور</w:t>
      </w:r>
    </w:p>
    <w:p>
      <w:r>
        <w:t>ما عندي صور ما نحتاجه</w:t>
      </w:r>
    </w:p>
    <w:p>
      <w:r>
        <w:t>يعني الدجين ما يكفي</w:t>
      </w:r>
    </w:p>
    <w:p>
      <w:r>
        <w:t>نعم</w:t>
      </w:r>
    </w:p>
    <w:p>
      <w:r>
        <w:t>الجن ما يكفي</w:t>
      </w:r>
    </w:p>
    <w:p>
      <w:r>
        <w:t>كل ما عندي علاقة في المصادق فالسور يختفي من من المنطق</w:t>
      </w:r>
    </w:p>
    <w:p>
      <w:r>
        <w:t>نعم</w:t>
      </w:r>
    </w:p>
    <w:p>
      <w:r>
        <w:t>كل جيم بقى ما دليلها على المبنى القديم كل مصاديق جيم هي مصاديق باء فبات كن اوسع</w:t>
      </w:r>
    </w:p>
    <w:p>
      <w:r>
        <w:t>جيد</w:t>
      </w:r>
    </w:p>
    <w:p>
      <w:r>
        <w:t>صادقا بالكل</w:t>
      </w:r>
    </w:p>
    <w:p>
      <w:r>
        <w:t>او بالبعض لا يعني بعض مصاديق جيم هي مصاديق باء</w:t>
      </w:r>
    </w:p>
    <w:p>
      <w:r>
        <w:t>بان يصدق حمل بيم على بعضه جيم دون بعض</w:t>
      </w:r>
    </w:p>
    <w:p>
      <w:r>
        <w:t>هذه هي الصدق الجزئي</w:t>
      </w:r>
    </w:p>
    <w:p>
      <w:r>
        <w:t>وفرظنا كل بالف كاذبة بالكل</w:t>
      </w:r>
    </w:p>
    <w:p>
      <w:r>
        <w:t>كذبة يعني الزيف</w:t>
      </w:r>
    </w:p>
    <w:p>
      <w:r>
        <w:t>زيف مصادق باء ليست هي مصادق الف</w:t>
      </w:r>
    </w:p>
    <w:p>
      <w:r>
        <w:t>اذا كانت مصادق الف كذب هذا</w:t>
      </w:r>
    </w:p>
    <w:p>
      <w:r>
        <w:t>نعم</w:t>
      </w:r>
    </w:p>
    <w:p>
      <w:r>
        <w:t>بالكل فان النتيجة وهو جيم الف اما بنحو الكل او بنحو البعض لا يهم</w:t>
      </w:r>
    </w:p>
    <w:p>
      <w:r>
        <w:t>كاذبة قطعا</w:t>
      </w:r>
    </w:p>
    <w:p>
      <w:r>
        <w:t>نعم لان باء الحد الاوسط يجر الجيم بالكل او بالبعض الى الف</w:t>
      </w:r>
    </w:p>
    <w:p>
      <w:r>
        <w:t>والالف زيف يعني هذا اللقاء زيف فتكون النتيجة كاذبة</w:t>
      </w:r>
    </w:p>
    <w:p>
      <w:r>
        <w:t>وهو جيم الف كاذبة قطعا لانها لو كانت صادقة لازم اش نقيضين وبالتالي باطل</w:t>
      </w:r>
    </w:p>
    <w:p>
      <w:r>
        <w:t>يعني جيم ينسجم مع باء في كل مصادقها في بعض مصادقها</w:t>
      </w:r>
    </w:p>
    <w:p>
      <w:r>
        <w:t>وباء لا تنسجم مع الف زيف اذا انسجمت معارف</w:t>
      </w:r>
    </w:p>
    <w:p>
      <w:r>
        <w:t>لا تنسجم مع الف بالكل</w:t>
      </w:r>
    </w:p>
    <w:p>
      <w:r>
        <w:t>يعني اينما تكون ما لا يكون الف</w:t>
      </w:r>
    </w:p>
    <w:p>
      <w:r>
        <w:t>اذا قلنا آآ في اي انسجام هذا الزيف خرطي</w:t>
      </w:r>
    </w:p>
    <w:p>
      <w:r>
        <w:t>طبعا من درجة تحت باب الكل او بالجزء</w:t>
      </w:r>
    </w:p>
    <w:p>
      <w:r>
        <w:t>كذلك لا ينسجم مع الف واضحة جدا</w:t>
      </w:r>
    </w:p>
    <w:p>
      <w:r>
        <w:t>ما تحتاج حتى الى الرد الى هذا بيان الشرطية</w:t>
      </w:r>
    </w:p>
    <w:p>
      <w:r>
        <w:t>لانه لو كانت صادقة يعني لو كانت الجيم الف صادقة لزم اجتماع النقيضين</w:t>
      </w:r>
    </w:p>
    <w:p>
      <w:r>
        <w:t>كيف? تقول جيم اليست هي من مصاديق باء الصادقة? نعم</w:t>
      </w:r>
    </w:p>
    <w:p>
      <w:r>
        <w:t>وهي في النتيجة من من من مصاديق الف للكذبة نعم</w:t>
      </w:r>
    </w:p>
    <w:p>
      <w:r>
        <w:t>فجيم تنتمي الى الصدق والى الكذب</w:t>
      </w:r>
    </w:p>
    <w:p>
      <w:r>
        <w:t>تناقض</w:t>
      </w:r>
    </w:p>
    <w:p>
      <w:r>
        <w:t>تناقض صارخ صارخ</w:t>
      </w:r>
    </w:p>
    <w:p>
      <w:r>
        <w:t>هو يريد يفننها معرفيا</w:t>
      </w:r>
    </w:p>
    <w:p>
      <w:r>
        <w:t>بيان الشرطية لمن? في قوله لو كانت الجيم الف لزم اجتماع ضدي</w:t>
      </w:r>
    </w:p>
    <w:p>
      <w:r>
        <w:t>بيان الشرطية ان نأخذ ضد الكبرى</w:t>
      </w:r>
    </w:p>
    <w:p>
      <w:r>
        <w:t>الكبرى ما هي? الزائفة كل باء الف</w:t>
      </w:r>
    </w:p>
    <w:p>
      <w:r>
        <w:t>ضدها ما هو في مربع ابيلي الظد يأتي في المقابل</w:t>
      </w:r>
    </w:p>
    <w:p>
      <w:r>
        <w:t>لا شيء مما الف</w:t>
      </w:r>
    </w:p>
    <w:p>
      <w:r>
        <w:t>هذا هو الصدق</w:t>
      </w:r>
    </w:p>
    <w:p>
      <w:r>
        <w:t>قضية صادقة هادي</w:t>
      </w:r>
    </w:p>
    <w:p>
      <w:r>
        <w:t>لأن كل بالف كذبة</w:t>
      </w:r>
    </w:p>
    <w:p>
      <w:r>
        <w:t>فتكون هذه صادقة او قد تكون صادقة وقد تكون كلمة</w:t>
      </w:r>
    </w:p>
    <w:p>
      <w:r>
        <w:t>لان لان الظدين لا يجتمعان</w:t>
      </w:r>
    </w:p>
    <w:p>
      <w:r>
        <w:t>ويمكن ان يرتفع</w:t>
      </w:r>
    </w:p>
    <w:p>
      <w:r>
        <w:t>نعم</w:t>
      </w:r>
    </w:p>
    <w:p>
      <w:r>
        <w:t>وهو لا شيء مما الف</w:t>
      </w:r>
    </w:p>
    <w:p>
      <w:r>
        <w:t>الاولى باء الف زيف هنا انتفاء</w:t>
      </w:r>
    </w:p>
    <w:p>
      <w:r>
        <w:t>فانه يكون صادقا قطعا</w:t>
      </w:r>
    </w:p>
    <w:p>
      <w:r>
        <w:t>لان قل له بقى لي في زايف ما معنى؟ يعني انت اذا حملت الف على باء وقعت في القظايا الزائفة</w:t>
      </w:r>
    </w:p>
    <w:p>
      <w:r>
        <w:t>مفارقة اجتماع النقيظين</w:t>
      </w:r>
    </w:p>
    <w:p>
      <w:r>
        <w:t>اذا يجب ان تفصل الف عن باء</w:t>
      </w:r>
    </w:p>
    <w:p>
      <w:r>
        <w:t>لا شيء من بالي الف</w:t>
      </w:r>
    </w:p>
    <w:p>
      <w:r>
        <w:t>هذا هو صدق</w:t>
      </w:r>
    </w:p>
    <w:p>
      <w:r>
        <w:t>لا شيء الف هذا هو الصحيح</w:t>
      </w:r>
    </w:p>
    <w:p>
      <w:r>
        <w:t>نعم</w:t>
      </w:r>
    </w:p>
    <w:p>
      <w:r>
        <w:t>ولهذا يقول اه فان وهو لا شيء من بعد الف فانه يكون صادقا قطعا</w:t>
      </w:r>
    </w:p>
    <w:p>
      <w:r>
        <w:t>خرجنا من الزيف يعني خرجنا الى الى الصدق</w:t>
      </w:r>
    </w:p>
    <w:p>
      <w:r>
        <w:t>ونظمه الى الصغرى الصادقة</w:t>
      </w:r>
    </w:p>
    <w:p>
      <w:r>
        <w:t>الصغرى الصادقة يعني كل فعندنا قياس</w:t>
      </w:r>
    </w:p>
    <w:p>
      <w:r>
        <w:t>جيم باء ولا شيء من باء اليف</w:t>
      </w:r>
    </w:p>
    <w:p>
      <w:r>
        <w:t>جيم ده عندنا اي جيم باء</w:t>
      </w:r>
    </w:p>
    <w:p>
      <w:r>
        <w:t>جيم باء ولا شيء من باء الف</w:t>
      </w:r>
    </w:p>
    <w:p>
      <w:r>
        <w:t>حتى شكل شكل اول</w:t>
      </w:r>
    </w:p>
    <w:p>
      <w:r>
        <w:t>حتى ليس الرابع ما نحتاج الى العكس</w:t>
      </w:r>
    </w:p>
    <w:p>
      <w:r>
        <w:t>كل جنب ولا شيء منبأ اليف</w:t>
      </w:r>
    </w:p>
    <w:p>
      <w:r>
        <w:t>كل جيم باء او بعض جيم باء لا فرق</w:t>
      </w:r>
    </w:p>
    <w:p>
      <w:r>
        <w:t>فيه اندراج لجيم في او البعض</w:t>
      </w:r>
    </w:p>
    <w:p>
      <w:r>
        <w:t>وفي انفصال كلي بين باء والف</w:t>
      </w:r>
    </w:p>
    <w:p>
      <w:r>
        <w:t>ماذا ينتج? الانفصال الكلي بين جيم الف او الانفصال الجزئي بين جيم والف</w:t>
      </w:r>
    </w:p>
    <w:p>
      <w:r>
        <w:t>نعم</w:t>
      </w:r>
    </w:p>
    <w:p>
      <w:r>
        <w:t>ونظمه الى الصغرى الصادقة</w:t>
      </w:r>
    </w:p>
    <w:p>
      <w:r>
        <w:t>اكتب تحتها جيم باء بالكل كله جيم باء او بعض جيم باء</w:t>
      </w:r>
    </w:p>
    <w:p>
      <w:r>
        <w:t>ومتى صدقت المقدمتان? صدقت النتيجة</w:t>
      </w:r>
    </w:p>
    <w:p>
      <w:r>
        <w:t>فيلزم صدق لا شيء من جيم الف هذه هي النتيجة</w:t>
      </w:r>
    </w:p>
    <w:p>
      <w:r>
        <w:t>ان كانت صغرى صادقة بالكل</w:t>
      </w:r>
    </w:p>
    <w:p>
      <w:r>
        <w:t>وليس بعض جيم الف ان كان بالبعض يعني اما جزئية او كلية</w:t>
      </w:r>
    </w:p>
    <w:p>
      <w:r>
        <w:t>فيصدق ظدان لا شيء من جيم الف وكل جيم الف</w:t>
      </w:r>
    </w:p>
    <w:p>
      <w:r>
        <w:t>نعم التي انتجناها في الاول</w:t>
      </w:r>
    </w:p>
    <w:p>
      <w:r>
        <w:t>فيصدق الظدان</w:t>
      </w:r>
    </w:p>
    <w:p>
      <w:r>
        <w:t>ما هو ما الظدان? لا شيء لان الجيم الف والنتيجة جيم الف</w:t>
      </w:r>
    </w:p>
    <w:p>
      <w:r>
        <w:t>مع الضدان والناقضان وهذا خلف</w:t>
      </w:r>
    </w:p>
    <w:p>
      <w:r>
        <w:t>فلا يمكن صدق النتيجة في هذين الضربين ولا في الضرب الاول ولا الثالث في الشكل الرابع</w:t>
      </w:r>
    </w:p>
    <w:p>
      <w:r>
        <w:t>لماذا? اذا كانت صغرى كاذبة بالكل</w:t>
      </w:r>
    </w:p>
    <w:p>
      <w:r>
        <w:t>انا اطبق انت صورة كاذبة بالكل و الكبرى قد تكون صادقة</w:t>
      </w:r>
    </w:p>
    <w:p>
      <w:r>
        <w:t>وانما لم يذكرهما المصنف تقول ما موجود هذا الامر في المتن? يجيبك وانما لم يذكرهما المصنف لانه بالقلب بقلب المقدمتين واحدة تجعلها الكبرى تجعل صغرى وصغرى تجعلها كبر وتنتج النتيجة ثم النتيجة آآ تعكسها يرجعان الى هذين الضربين</w:t>
      </w:r>
    </w:p>
    <w:p>
      <w:r>
        <w:t>نعم الى هذين الضربين يعني الضرب الاول والثانية من شكل من الشكل الاول</w:t>
      </w:r>
    </w:p>
    <w:p>
      <w:r>
        <w:t>كيفية اكتساب مقدمات القياس في البرهان يأتي ان شاء الله</w:t>
      </w:r>
    </w:p>
    <w:p>
      <w:r>
        <w:t>واللهم صل على محمد وال محمد</w:t>
      </w:r>
    </w:p>
    <w:p>
      <w:r>
        <w:t>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