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 وبه نستعين والصلاة والسلام على محمد واله الطيبين الطاهرين</w:t>
      </w:r>
    </w:p>
    <w:p>
      <w:r>
        <w:t>اللهم صلي على محمد وال محمد</w:t>
      </w:r>
    </w:p>
    <w:p>
      <w:r>
        <w:t>اللهم ارزقنا التوفيق والاخلاص</w:t>
      </w:r>
    </w:p>
    <w:p>
      <w:r>
        <w:t>وصلنا معكم الى هذه الفقرة كيفية اكتساب مقدمات القياس في البرهان</w:t>
      </w:r>
    </w:p>
    <w:p>
      <w:r>
        <w:t>فلسفة القياس صوريا</w:t>
      </w:r>
    </w:p>
    <w:p>
      <w:r>
        <w:t>قال ومقدمات القياس يكتسب بتحليل حدي المطلوب حدي المطلوب يعني الموظوء والمحمول للمطلوب الذي يصير بعد دليل بعد الحجة بعد القياس نتيجة</w:t>
      </w:r>
    </w:p>
    <w:p>
      <w:r>
        <w:t>الى ذاتيها ذاتيتها يعني جنس فصل اذا كانت من المركبات وعرضياتها وعرضياتهم ذاتيتهما هذه الحلول الموضوع المحمول ومعروضاتهما اللازمة التي لا تنفك حيث تكون الذات تكون هذه اللوازم المفارقة لا تستخدم في البرهان لانها ليست ذاتية</w:t>
      </w:r>
    </w:p>
    <w:p>
      <w:r>
        <w:t>ليست ذاتية بمعنى الذات العربي</w:t>
      </w:r>
    </w:p>
    <w:p>
      <w:r>
        <w:t>اللازم الذي لا ينفك</w:t>
      </w:r>
    </w:p>
    <w:p>
      <w:r>
        <w:t>جيد</w:t>
      </w:r>
    </w:p>
    <w:p>
      <w:r>
        <w:t>نحلل المطلوب الى ذاتيته ذاتيته عنده موضوع ومحمول ما هي المكونات للموضوع والمحمول? وما هي اللوازم التي تكون معه? وما هي المفارقات</w:t>
      </w:r>
    </w:p>
    <w:p>
      <w:r>
        <w:t>ثم بتحليل ثم بمحاولة وسط نبحث عن الحد الاوسط</w:t>
      </w:r>
    </w:p>
    <w:p>
      <w:r>
        <w:t>ثم بمحاولة يعني ثم محاولة وسط يقتضي تأليفا بينهما</w:t>
      </w:r>
    </w:p>
    <w:p>
      <w:r>
        <w:t>بين موضوع ومحمول المطلوب</w:t>
      </w:r>
    </w:p>
    <w:p>
      <w:r>
        <w:t>يريد من هذه العبارة الصورية هذا المطلب</w:t>
      </w:r>
    </w:p>
    <w:p>
      <w:r>
        <w:t>اركز على موضوع المطلوب</w:t>
      </w:r>
    </w:p>
    <w:p>
      <w:r>
        <w:t>النبي معصوم</w:t>
      </w:r>
    </w:p>
    <w:p>
      <w:r>
        <w:t>نريد ان ادلل على النبي معصوم</w:t>
      </w:r>
    </w:p>
    <w:p>
      <w:r>
        <w:t>عندنا النبوة وعندنا العصمة</w:t>
      </w:r>
    </w:p>
    <w:p>
      <w:r>
        <w:t>نعزل النبوة اعرفها</w:t>
      </w:r>
    </w:p>
    <w:p>
      <w:r>
        <w:t>لها مكونات في التعريف</w:t>
      </w:r>
    </w:p>
    <w:p>
      <w:r>
        <w:t>ثم لها لوازم</w:t>
      </w:r>
    </w:p>
    <w:p>
      <w:r>
        <w:t>لها مفارقات</w:t>
      </w:r>
    </w:p>
    <w:p>
      <w:r>
        <w:t>وكذلك نعزل العصم نعرفها ولها لوازم</w:t>
      </w:r>
    </w:p>
    <w:p>
      <w:r>
        <w:t>ثم اجد رابطا يسمى الحد الاوسط</w:t>
      </w:r>
    </w:p>
    <w:p>
      <w:r>
        <w:t>بين الموضوع المحمول حينها اثبت العصمة لمن? للنبوة</w:t>
      </w:r>
    </w:p>
    <w:p>
      <w:r>
        <w:t>واسطة متواجدة على مستوى موضوع النبوة ومتواجدة على مستوى المحمول وهي العصمة</w:t>
      </w:r>
    </w:p>
    <w:p>
      <w:r>
        <w:t>هذه الواسطة هي تكون علة لربط العصمة بالنبي</w:t>
      </w:r>
    </w:p>
    <w:p>
      <w:r>
        <w:t>هذا هو البرهان وهذا هو الدليل</w:t>
      </w:r>
    </w:p>
    <w:p>
      <w:r>
        <w:t>ثم بتحليل وسط او بمحاولة وسط بمحاولة ايجاد وسط يقتضي هذا الوسط تأليفا بينهما بين الموضوع والمحمول يعني بين النبوة والعصمة من له منتجا للمطلوب</w:t>
      </w:r>
    </w:p>
    <w:p>
      <w:r>
        <w:t>النبي معصوم</w:t>
      </w:r>
    </w:p>
    <w:p>
      <w:r>
        <w:t>ايجابا او سلبا</w:t>
      </w:r>
    </w:p>
    <w:p>
      <w:r>
        <w:t>النبي معصوم ايجاب النبي لا يغش الامانة</w:t>
      </w:r>
    </w:p>
    <w:p>
      <w:r>
        <w:t>سلب</w:t>
      </w:r>
    </w:p>
    <w:p>
      <w:r>
        <w:t>سهلة</w:t>
      </w:r>
    </w:p>
    <w:p>
      <w:r>
        <w:t>بيان لي صورنة الدليل</w:t>
      </w:r>
    </w:p>
    <w:p>
      <w:r>
        <w:t>بغض الطرف عن الحمل الشائع في الفلسفة علم الكلام في علم الاصول في الهندسة في الفلك</w:t>
      </w:r>
    </w:p>
    <w:p>
      <w:r>
        <w:t>اقول اكتساب مقدمتي البرهان يحصل هذا الاكتساب بان يضع حدي المطلوب اعني الاصغر والاكبر يعني موضوع النتيجة ومحمول النتيجة ثم يطلب كل ما يمكن على كل واحد منهما</w:t>
      </w:r>
    </w:p>
    <w:p>
      <w:r>
        <w:t>كل ما يمكن حمله هو الحد الاوسط</w:t>
      </w:r>
    </w:p>
    <w:p>
      <w:r>
        <w:t>يعني هو له وجاهة عند الموضوع وله وجاهة عند المحمول ويربط بينهما</w:t>
      </w:r>
    </w:p>
    <w:p>
      <w:r>
        <w:t>وكل ما يمكن حمل كل واحد منهم عليه باحدى الوجوه الخمسة</w:t>
      </w:r>
    </w:p>
    <w:p>
      <w:r>
        <w:t>هذا هو وكل يعني عبارة اخرى عن الحد الاوسط</w:t>
      </w:r>
    </w:p>
    <w:p>
      <w:r>
        <w:t>احدى الوجوه الخمسة</w:t>
      </w:r>
    </w:p>
    <w:p>
      <w:r>
        <w:t>اعني الجنس والنوع والفصل</w:t>
      </w:r>
    </w:p>
    <w:p>
      <w:r>
        <w:t>هذه هي الذاتيات</w:t>
      </w:r>
    </w:p>
    <w:p>
      <w:r>
        <w:t>والخاصة وانعرض نعم</w:t>
      </w:r>
    </w:p>
    <w:p>
      <w:r>
        <w:t>نعم</w:t>
      </w:r>
    </w:p>
    <w:p>
      <w:r>
        <w:t>هذا على مبنى المشاة بعد في الفلسفة الاسلامية</w:t>
      </w:r>
    </w:p>
    <w:p>
      <w:r>
        <w:t>هذا العربي الخاص</w:t>
      </w:r>
    </w:p>
    <w:p>
      <w:r>
        <w:t>هذا العرضي والخاص وحتى العرضي العام</w:t>
      </w:r>
    </w:p>
    <w:p>
      <w:r>
        <w:t>هنا في المشاء لكليات خمس تفهم فقط في المأقولات</w:t>
      </w:r>
    </w:p>
    <w:p>
      <w:r>
        <w:t>بعد جاءت الفلسفة واكتشفت ما يسمى المعقول الثاني المعقول الثاني الفلسفي المعقول الثاني الهندسي المعقول الثاني الفلكي المعقول الثاني الكيميائي المعقول الثاني الأخلاقي المعقول الثاني الأصولي وهكذا</w:t>
      </w:r>
    </w:p>
    <w:p>
      <w:r>
        <w:t>ويطلب ايضا كل ما يمكن سلبه عن كل واحد منهما في الايجاب والسلب عاملين الادلة ليست دائما ايجابية</w:t>
      </w:r>
    </w:p>
    <w:p>
      <w:r>
        <w:t>نقول الله ليس بجسم ونكتشف الحد الاوسط الذي ينفي الجسم عن الذات الالهية</w:t>
      </w:r>
    </w:p>
    <w:p>
      <w:r>
        <w:t>نقول الله ليس متحيز وكل جسم متحيز الله ليس بجسم</w:t>
      </w:r>
    </w:p>
    <w:p>
      <w:r>
        <w:t>نعم</w:t>
      </w:r>
    </w:p>
    <w:p>
      <w:r>
        <w:t>ويطلب ايضا كل ما يمكن سلبه عن كل واحد منهما</w:t>
      </w:r>
    </w:p>
    <w:p>
      <w:r>
        <w:t>وما يمكن سلب كل واحد منهما</w:t>
      </w:r>
    </w:p>
    <w:p>
      <w:r>
        <w:t>نعم</w:t>
      </w:r>
    </w:p>
    <w:p>
      <w:r>
        <w:t>يعني الواسطة التي تبعد الموضوع عن محمود تكن النتيجة سالبة</w:t>
      </w:r>
    </w:p>
    <w:p>
      <w:r>
        <w:t>فاذا حصلت هذه المحمولات الايجابية والسلبية نظرنا فيها</w:t>
      </w:r>
    </w:p>
    <w:p>
      <w:r>
        <w:t>فان وجدنا في محمولاته الاصغر بالايجام ما يكون موضوعا للاكبر</w:t>
      </w:r>
    </w:p>
    <w:p>
      <w:r>
        <w:t>وضع الكليا ايجابيا او سلبا لان البرهان لا يتعامل مع الجزئيات كليا</w:t>
      </w:r>
    </w:p>
    <w:p>
      <w:r>
        <w:t>يعني القضية يجب ان تكون كلية</w:t>
      </w:r>
    </w:p>
    <w:p>
      <w:r>
        <w:t>يعني في الحملية كلية الصدق</w:t>
      </w:r>
    </w:p>
    <w:p>
      <w:r>
        <w:t>وفي الشرطية اذا كانت هناك شرطية كلية الاحوال</w:t>
      </w:r>
    </w:p>
    <w:p>
      <w:r>
        <w:t>ايجابا او سلبا</w:t>
      </w:r>
    </w:p>
    <w:p>
      <w:r>
        <w:t>نعم</w:t>
      </w:r>
    </w:p>
    <w:p>
      <w:r>
        <w:t>مرة ندلل على الايجاب</w:t>
      </w:r>
    </w:p>
    <w:p>
      <w:r>
        <w:t>مرة ندلل على السلب</w:t>
      </w:r>
    </w:p>
    <w:p>
      <w:r>
        <w:t>حصل لنا قياس من الاول بشكل اول</w:t>
      </w:r>
    </w:p>
    <w:p>
      <w:r>
        <w:t>منتج وان وجدنا في تلك المحمولات ما يحمل على احد الطرفين ايجابا</w:t>
      </w:r>
    </w:p>
    <w:p>
      <w:r>
        <w:t>ويسلب على الاخر هذا الشكل الثاني</w:t>
      </w:r>
    </w:p>
    <w:p>
      <w:r>
        <w:t>ثم القياس من الثاني يعني الشكل الثاني</w:t>
      </w:r>
    </w:p>
    <w:p>
      <w:r>
        <w:t>وان وجدنا فيهما ما يكون موضوعا من الطرف ثم القياس من الثالث يعني الشكل الثالث</w:t>
      </w:r>
    </w:p>
    <w:p>
      <w:r>
        <w:t>وان وجدنا موضوعات الاصغر ما يكون محمولا على الاكبر ثم القياس من الرهبة</w:t>
      </w:r>
    </w:p>
    <w:p>
      <w:r>
        <w:t>نعم</w:t>
      </w:r>
    </w:p>
    <w:p>
      <w:r>
        <w:t>ثم او تم عندي انا اراها ثمة تامة</w:t>
      </w:r>
    </w:p>
    <w:p>
      <w:r>
        <w:t>نعم</w:t>
      </w:r>
    </w:p>
    <w:p>
      <w:r>
        <w:t>تم تم يعني حصر ان وجدنا في تلك المحمولات ما يحمل على احد الطرفين ايجابا وسلبا على الاخر</w:t>
      </w:r>
    </w:p>
    <w:p>
      <w:r>
        <w:t>تم القياس من الثاني يعني من الشكل الثاني</w:t>
      </w:r>
    </w:p>
    <w:p>
      <w:r>
        <w:t>وان وجدنا فيها فيها ما يكون موضوعا من الطرفين تم القياس من الثالث</w:t>
      </w:r>
    </w:p>
    <w:p>
      <w:r>
        <w:t>الشكل الثالث لان الحد الاوسط موضوع في المقدمة</w:t>
      </w:r>
    </w:p>
    <w:p>
      <w:r>
        <w:t>وان وجدنا في موضوعات الاصغر ما يكون محمولا على الاكبر تم القياس من الرابع</w:t>
      </w:r>
    </w:p>
    <w:p>
      <w:r>
        <w:t>وذلك كله بعد مراعاة ما يجب من الشرائط في كل شكل بحسب الكم والكيف والجهة وشرائط البرهان اذا كنا في البرهان</w:t>
      </w:r>
    </w:p>
    <w:p>
      <w:r>
        <w:t>شرائط البرهان هي اساسية اربعة ان يكونوا ان يكون المحمول المحمول ان يكون المحمول المحمول عرضيا ذاتيا يعني الموضوع قضية تكون صادقة ليست كاذبة</w:t>
      </w:r>
    </w:p>
    <w:p>
      <w:r>
        <w:t>يعني تحكي الواقع</w:t>
      </w:r>
    </w:p>
    <w:p>
      <w:r>
        <w:t>حقيقية</w:t>
      </w:r>
    </w:p>
    <w:p>
      <w:r>
        <w:t>وآآ كلية جزئية لا تنفع في وتكون الجهة اه عرفية عامة معني المحمول دائم ببركة الوصف</w:t>
      </w:r>
    </w:p>
    <w:p>
      <w:r>
        <w:t>هذا سيأتي تفصيله</w:t>
      </w:r>
    </w:p>
    <w:p>
      <w:r>
        <w:t>كيفية اكتساب مقدمات القياس المركبة? هذا القياس البسيط لان الى المركب قال وتحليل القياسات المركبة يتأتى بترخيص المقدمات والحدود عن الزوائد والنظر في اشتراك بعض المقدمات مع بعض ومع المطلوب ليطلع على كيفية لي او ليطلع على كيفية تأليف كل قياس منها</w:t>
      </w:r>
    </w:p>
    <w:p>
      <w:r>
        <w:t>القياس المركب هو حكم القياس البسيط فقط يتكرر</w:t>
      </w:r>
    </w:p>
    <w:p>
      <w:r>
        <w:t>نعم</w:t>
      </w:r>
    </w:p>
    <w:p>
      <w:r>
        <w:t>قياس يتكرر</w:t>
      </w:r>
    </w:p>
    <w:p>
      <w:r>
        <w:t>ما في شيء جديد</w:t>
      </w:r>
    </w:p>
    <w:p>
      <w:r>
        <w:t>ولهذا يقول اه مم بتلخيص المقدمات والحلول عن الزوائد فقط</w:t>
      </w:r>
    </w:p>
    <w:p>
      <w:r>
        <w:t>اقول انه قد يحصل في بعض الاقايس تغيير في الترتيب وانحراف عن التأليف الطبيعي او اظمار بعض مقدماته او زيادة مقدمته</w:t>
      </w:r>
    </w:p>
    <w:p>
      <w:r>
        <w:t>مقدمة فيه وذلك في البسيط والمركب من القياس</w:t>
      </w:r>
    </w:p>
    <w:p>
      <w:r>
        <w:t>فاذا اردنا تلخيص المقدمات وترتيب الحدود ووضع القياس على هيئته الطبيعية وتميز المنتج من غيره وضعنا المطلوب والقول المنتج له</w:t>
      </w:r>
    </w:p>
    <w:p>
      <w:r>
        <w:t>يعني يجب ان نحدد المطلوب الذي هو نتيجة في نهاية المطاف</w:t>
      </w:r>
    </w:p>
    <w:p>
      <w:r>
        <w:t>فان لم نجد في ذلك القول مقدمة تشارك المطلوب في شيء البت</w:t>
      </w:r>
    </w:p>
    <w:p>
      <w:r>
        <w:t>يعني ما في حد اوسط مطلقا</w:t>
      </w:r>
    </w:p>
    <w:p>
      <w:r>
        <w:t>لم يكن ذلك القول منتجا له</w:t>
      </w:r>
    </w:p>
    <w:p>
      <w:r>
        <w:t>طبعا ما في حد اوسط</w:t>
      </w:r>
    </w:p>
    <w:p>
      <w:r>
        <w:t>نعم الحد الاوسط يجب ان يتكرر في المقاد</w:t>
      </w:r>
    </w:p>
    <w:p>
      <w:r>
        <w:t>هو البيزنس وان وجدنا في مقدمة تشارك المطلوب فان كان في كلا حديه هذي المشاركة لان من شروط البرهان تكرر الحد الاوسط فان كان في كلا حديه يعني يكون مر في موضوع المقدمة صورة وآآ محمول في كبرى نرى العكس</w:t>
      </w:r>
    </w:p>
    <w:p>
      <w:r>
        <w:t>المهم يكون في كلا حديه فالقياس استثنائي</w:t>
      </w:r>
    </w:p>
    <w:p>
      <w:r>
        <w:t>نعم</w:t>
      </w:r>
    </w:p>
    <w:p>
      <w:r>
        <w:t>وان كان في احديه فان كان هو الاصغر في المقدمة صغرى</w:t>
      </w:r>
    </w:p>
    <w:p>
      <w:r>
        <w:t>والا فكبرى وان كان هو الاكبر</w:t>
      </w:r>
    </w:p>
    <w:p>
      <w:r>
        <w:t>هذه فقط تقسيمات لاقيسها قياس وقياس استثنائي</w:t>
      </w:r>
    </w:p>
    <w:p>
      <w:r>
        <w:t>اعيد المطلب</w:t>
      </w:r>
    </w:p>
    <w:p>
      <w:r>
        <w:t>نعم</w:t>
      </w:r>
    </w:p>
    <w:p>
      <w:r>
        <w:t>اذا لم يكن حد اوسط اصلا ما في انتاج</w:t>
      </w:r>
    </w:p>
    <w:p>
      <w:r>
        <w:t>هذا الشرط الاساسي ان الذي يحقق الاندراج</w:t>
      </w:r>
    </w:p>
    <w:p>
      <w:r>
        <w:t>وان وجدنا فيه مقدمة تشارك المطلوب يعني عندنا حد اوسط</w:t>
      </w:r>
    </w:p>
    <w:p>
      <w:r>
        <w:t>فان كان في كلا حديه في كلا حديه الحد الاوسط كان في في كلا حديه</w:t>
      </w:r>
    </w:p>
    <w:p>
      <w:r>
        <w:t>اكتب هنا كان في كلا حده بالفعل</w:t>
      </w:r>
    </w:p>
    <w:p>
      <w:r>
        <w:t>ليس لان حتى في الحمل قياس الاقتران الحملي او لقياس الاقتران مطلقا</w:t>
      </w:r>
    </w:p>
    <w:p>
      <w:r>
        <w:t>غير الاستثنائي النتيجة بالقوة</w:t>
      </w:r>
    </w:p>
    <w:p>
      <w:r>
        <w:t>فالقياس الاستثنائي</w:t>
      </w:r>
    </w:p>
    <w:p>
      <w:r>
        <w:t>وان كان في احديه فان كان في حد حده فان كان هو الاصغر فالمقدمة الصغرى</w:t>
      </w:r>
    </w:p>
    <w:p>
      <w:r>
        <w:t>والا فكبرى اذا لم يكن في صغرى فكبرى</w:t>
      </w:r>
    </w:p>
    <w:p>
      <w:r>
        <w:t>ان كان هو الاكبر يعني اذا كان الحد الاوسط الاكبر ثم ما كملنا بعد ثم يضم الجزء الاخر من المطلوب الى الجزء الاخر من المقدمة على هيئة احد الاشكال</w:t>
      </w:r>
    </w:p>
    <w:p>
      <w:r>
        <w:t>شكل اول والثاني والثالث والرابع او القياس الاستثنائي فإن تألف فالجزء وسط</w:t>
      </w:r>
    </w:p>
    <w:p>
      <w:r>
        <w:t>وحينئذ تميزت المقدمات وحصل شكل معين</w:t>
      </w:r>
    </w:p>
    <w:p>
      <w:r>
        <w:t>الجزء وسط يعني الحد الأوسط يكون جزءا في اه المقدمة الصغرى في المقدمة الكبرى فهاد الصفحة حصل شكل معين اذن هذه كلها من بداية العنوان الى هنا صورنا فقط صورنا مهمة جدا منطق صوري هذا هو المنطق نعم وان لم يتألف فالقياس مركب فليعمل ذلك العمل في قياس في قياس قياس بسيط منه الى ان يحصل المطلوب فالاخير هو المنتج بالذات له</w:t>
      </w:r>
    </w:p>
    <w:p>
      <w:r>
        <w:t>نعم</w:t>
      </w:r>
    </w:p>
    <w:p>
      <w:r>
        <w:t>لا فرق بين المركب والبسيط في الانتاج يجب ان يكون الحد الاوسط متكرر</w:t>
      </w:r>
    </w:p>
    <w:p>
      <w:r>
        <w:t>يتشكل من اقيس متعددة بسيطة</w:t>
      </w:r>
    </w:p>
    <w:p>
      <w:r>
        <w:t>المهم ان النتيجة هي الاصغر في المقدمة الاولى</w:t>
      </w:r>
    </w:p>
    <w:p>
      <w:r>
        <w:t>والاكبر في الاخيرة</w:t>
      </w:r>
    </w:p>
    <w:p>
      <w:r>
        <w:t>بعد كل الحدود الوسطى تختفي</w:t>
      </w:r>
    </w:p>
    <w:p>
      <w:r>
        <w:t>وتتحقق النتيجة</w:t>
      </w:r>
    </w:p>
    <w:p>
      <w:r>
        <w:t>سهلة هذه مسألة ومرت علينا نعم تقول كل الف باء وكل باء جيم وكل جيم دال وكل دال هاء وكلها ميم المهم الف يتلبس بها لان هذه كلها الحدود الوسطى هذا هو القياس المركب</w:t>
      </w:r>
    </w:p>
    <w:p>
      <w:r>
        <w:t>في الحمل طبعا</w:t>
      </w:r>
    </w:p>
    <w:p>
      <w:r>
        <w:t>نعم</w:t>
      </w:r>
    </w:p>
    <w:p>
      <w:r>
        <w:t>هذه الأمور اذا هذه الأمور صورية</w:t>
      </w:r>
    </w:p>
    <w:p>
      <w:r>
        <w:t>وهذه هي الأساس لأن المنطق المنطق صوري</w:t>
      </w:r>
    </w:p>
    <w:p>
      <w:r>
        <w:t>اذا عندنا مطلوب هذا المطلوب نريد ان يصير نتيجة</w:t>
      </w:r>
    </w:p>
    <w:p>
      <w:r>
        <w:t>ماذا نفعل حتى نجعله نتيجة? النبوة معصومة</w:t>
      </w:r>
    </w:p>
    <w:p>
      <w:r>
        <w:t>او النبي معصوم</w:t>
      </w:r>
    </w:p>
    <w:p>
      <w:r>
        <w:t>هي النبوة في الحقيقة</w:t>
      </w:r>
    </w:p>
    <w:p>
      <w:r>
        <w:t>لان النبي مصداق</w:t>
      </w:r>
    </w:p>
    <w:p>
      <w:r>
        <w:t>النبي معصوم</w:t>
      </w:r>
    </w:p>
    <w:p>
      <w:r>
        <w:t>نأتي وابحث عنه خصوصيات هذا النبي</w:t>
      </w:r>
    </w:p>
    <w:p>
      <w:r>
        <w:t>وخصوصيات هذه العصمة</w:t>
      </w:r>
    </w:p>
    <w:p>
      <w:r>
        <w:t>فأجد مشتركا يسمى في منطق الحد الأوسط</w:t>
      </w:r>
    </w:p>
    <w:p>
      <w:r>
        <w:t>فيساعدني على ماذا? على وضع هذا المشترك</w:t>
      </w:r>
    </w:p>
    <w:p>
      <w:r>
        <w:t>في شكل من الأشكال الحملية</w:t>
      </w:r>
    </w:p>
    <w:p>
      <w:r>
        <w:t>او القياس الاستثنائي</w:t>
      </w:r>
    </w:p>
    <w:p>
      <w:r>
        <w:t>نعم</w:t>
      </w:r>
    </w:p>
    <w:p>
      <w:r>
        <w:t>فقل لو لم يكن النبي معصوما لا ما وثق به الناس</w:t>
      </w:r>
    </w:p>
    <w:p>
      <w:r>
        <w:t>نعم</w:t>
      </w:r>
    </w:p>
    <w:p>
      <w:r>
        <w:t>واذا لم يثق فيه الناس فما تحققت الهداية النتيجة لو لم يكن النبي معصوما لما تحققت الهداية</w:t>
      </w:r>
    </w:p>
    <w:p>
      <w:r>
        <w:t>تحققت الهداية في مصاديق متعددة في قرون</w:t>
      </w:r>
    </w:p>
    <w:p>
      <w:r>
        <w:t>اذا النبي ليس بمعصوم النبي معصوم</w:t>
      </w:r>
    </w:p>
    <w:p>
      <w:r>
        <w:t>هذا قياس اقتراني تشكل من شرطية اولى الشرطية الثانية النتيجة الشرطية</w:t>
      </w:r>
    </w:p>
    <w:p>
      <w:r>
        <w:t>نعم</w:t>
      </w:r>
    </w:p>
    <w:p>
      <w:r>
        <w:t>هذه هي العصمة العامة</w:t>
      </w:r>
    </w:p>
    <w:p>
      <w:r>
        <w:t>ثم العصمة الخاصة عصمة الاكرم صلى الله عليه واله او النبي عيسى عليه السلام ابراهيم عليه السلام لا يمكن اثباتها بالبرهان</w:t>
      </w:r>
    </w:p>
    <w:p>
      <w:r>
        <w:t>مستحيل ان تثبت النبوء نبوته يعني تثبت انه مصداق من مصادق النبوة</w:t>
      </w:r>
    </w:p>
    <w:p>
      <w:r>
        <w:t>ثم اذا اثبتنا انه من مصادق النبوة من خلال معجزة والنبوة من خصوصية العصمة تصل العصمة اليه</w:t>
      </w:r>
    </w:p>
    <w:p>
      <w:r>
        <w:t>تطبيق مصداقي فقط هذا هو اما تأتي توبة عصمة عصمة النبي الخاص كالنبي بالايات والقرآن هادي خرافة كبيرة لأنه آآ القرآن فرع نبوته وفرع عصمته</w:t>
      </w:r>
    </w:p>
    <w:p>
      <w:r>
        <w:t>نعم</w:t>
      </w:r>
    </w:p>
    <w:p>
      <w:r>
        <w:t>اذا المسألة صورية ليست آآ فيها آآ ليست فيها تطبيقات ميس ذاقية يريد يبين هيئة القياس المهم هو الحد الاوسط</w:t>
      </w:r>
    </w:p>
    <w:p>
      <w:r>
        <w:t>الحد الاوسط يجمع بين الاصغر والاكبر الاصغر يعني موضوع النتيجة وهو موضوع المطلوب والاكبر هو محمول المطلوب ومحمول النتيجة</w:t>
      </w:r>
    </w:p>
    <w:p>
      <w:r>
        <w:t>لان المطلوب والنتيجة حقيقة واحدة اختلاف في الرتبة</w:t>
      </w:r>
    </w:p>
    <w:p>
      <w:r>
        <w:t>المطلوب قبل الاستدلال والنتيجة بعد الاستدلال</w:t>
      </w:r>
    </w:p>
    <w:p>
      <w:r>
        <w:t>نعم</w:t>
      </w:r>
    </w:p>
    <w:p>
      <w:r>
        <w:t>قياس الدور هذا من لواحق القياس نعم</w:t>
      </w:r>
    </w:p>
    <w:p>
      <w:r>
        <w:t>هذا المطلب موجود في قياس شفاء كتاب الشفا للشيخ الرئيس</w:t>
      </w:r>
    </w:p>
    <w:p>
      <w:r>
        <w:t>صفحة خمسمية وستة كما اشار بيدار</w:t>
      </w:r>
    </w:p>
    <w:p>
      <w:r>
        <w:t>رحمة الله عليه في العرش</w:t>
      </w:r>
    </w:p>
    <w:p>
      <w:r>
        <w:t>وان لا الفت النتيجة وان ان الفت التي جت مع عكس احدى مقدماتها او مع عينها وانتجت المقدمة الاخرى صار القياس دائرا</w:t>
      </w:r>
    </w:p>
    <w:p>
      <w:r>
        <w:t>اذا انت في الجدل وتأتي بنتيجة نتيجة القياس</w:t>
      </w:r>
    </w:p>
    <w:p>
      <w:r>
        <w:t>هذا النتيجة</w:t>
      </w:r>
    </w:p>
    <w:p>
      <w:r>
        <w:t>هذه تضعها صورة او كبرى لها وتأتي بمقدمة من المقدمة آآ تأتي بعكسها</w:t>
      </w:r>
    </w:p>
    <w:p>
      <w:r>
        <w:t>نعم عكس المستوي او عكس النقيض لا يهم ينتج المقدمة الثانية</w:t>
      </w:r>
    </w:p>
    <w:p>
      <w:r>
        <w:t>نعم</w:t>
      </w:r>
    </w:p>
    <w:p>
      <w:r>
        <w:t>هذا هو قياس الدور</w:t>
      </w:r>
    </w:p>
    <w:p>
      <w:r>
        <w:t>وان الفت ان الفت النتيجة ما عكس احدى مقدماتها</w:t>
      </w:r>
    </w:p>
    <w:p>
      <w:r>
        <w:t>مقدمات يعني مقدمات النتيجة صغرى او كبرى</w:t>
      </w:r>
    </w:p>
    <w:p>
      <w:r>
        <w:t>او عينها ليس العكس مع العين ما هي هي وانتجت المقدمة الاخرى صار القياس دائرا</w:t>
      </w:r>
    </w:p>
    <w:p>
      <w:r>
        <w:t>لماذا? لان المقدمة تنتج نتيجة ونتيجة تنتج البو</w:t>
      </w:r>
    </w:p>
    <w:p>
      <w:r>
        <w:t>قديمتين</w:t>
      </w:r>
    </w:p>
    <w:p>
      <w:r>
        <w:t>وهذه هي المسانخة</w:t>
      </w:r>
    </w:p>
    <w:p>
      <w:r>
        <w:t>هذه هي المصارخ بالظبط</w:t>
      </w:r>
    </w:p>
    <w:p>
      <w:r>
        <w:t>اقول هذا احد انواع لواحق القياس</w:t>
      </w:r>
    </w:p>
    <w:p>
      <w:r>
        <w:t>وهو وهو المسمى بقياس الدور</w:t>
      </w:r>
    </w:p>
    <w:p>
      <w:r>
        <w:t>وهو عبارة عن ظم النتيجة الى عكس احدى مقدمات القياس المنتج لها</w:t>
      </w:r>
    </w:p>
    <w:p>
      <w:r>
        <w:t>المنتج لها</w:t>
      </w:r>
    </w:p>
    <w:p>
      <w:r>
        <w:t>ولهذا هو سر الدور</w:t>
      </w:r>
    </w:p>
    <w:p>
      <w:r>
        <w:t>اوعيني احداهما يعني اما الصغرى بعينها او الكبرى بعينها</w:t>
      </w:r>
    </w:p>
    <w:p>
      <w:r>
        <w:t>لينتج لم لام تعليلية لاجل لاجل ان ينتج المقدمة الاخرى</w:t>
      </w:r>
    </w:p>
    <w:p>
      <w:r>
        <w:t>وانما يستعمل في الجدل والمغالطة</w:t>
      </w:r>
    </w:p>
    <w:p>
      <w:r>
        <w:t>هذا يستخدم فيه الجدل والمغالطة</w:t>
      </w:r>
    </w:p>
    <w:p>
      <w:r>
        <w:t>نعم</w:t>
      </w:r>
    </w:p>
    <w:p>
      <w:r>
        <w:t>مثاله اذا قلنا كل انسان ناطق نعم</w:t>
      </w:r>
    </w:p>
    <w:p>
      <w:r>
        <w:t>ناطق ضحك</w:t>
      </w:r>
    </w:p>
    <w:p>
      <w:r>
        <w:t>والناطق حد اوسط تحذفه النتيجة كل انسان ضاحك</w:t>
      </w:r>
    </w:p>
    <w:p>
      <w:r>
        <w:t>فاذا طلب الدليل على الصورة يعني كل انسان ناطق</w:t>
      </w:r>
    </w:p>
    <w:p>
      <w:r>
        <w:t>قيل لان كل انسان ظاحك نعم وكل ظاحك للناطق لان كل انسان ظاحك فاذا طلب الدليل على الصغرى الصغرى ما هي كل انسان ناطق</w:t>
      </w:r>
    </w:p>
    <w:p>
      <w:r>
        <w:t>فاذا طلب الدليل على الصورة قيل لان كل انسان ظاحك طبعا ظحك بالقوة وليس بالفعل</w:t>
      </w:r>
    </w:p>
    <w:p>
      <w:r>
        <w:t>هذا لا يهم</w:t>
      </w:r>
    </w:p>
    <w:p>
      <w:r>
        <w:t>وكل ظاحك ناطق لان ملاك الظحك هو التعجب والتعجب ملاكه هو الادراك</w:t>
      </w:r>
    </w:p>
    <w:p>
      <w:r>
        <w:t>نعم يعني النطق وكل ظاحك ناطق</w:t>
      </w:r>
    </w:p>
    <w:p>
      <w:r>
        <w:t>جيد هنا الحد الاوسط ما هو? ظاحك احذفه يعطيك فكل انسان ناطق</w:t>
      </w:r>
    </w:p>
    <w:p>
      <w:r>
        <w:t>فقد اخذ عكس الكبرى كبرى ما هو? كل ناطق ضاحك آآ جعله كل ضحك ناطق</w:t>
      </w:r>
    </w:p>
    <w:p>
      <w:r>
        <w:t>فقد اخذ عكس الكبرى كليا وقرن بالنتيجة الصغرى</w:t>
      </w:r>
    </w:p>
    <w:p>
      <w:r>
        <w:t>المغالطة اين? اذا كانت هناك مغالطة ممكن هذا الدليل ليس فيه مغالطة في عكس الكبرى الكبرى تنعكس دائما</w:t>
      </w:r>
    </w:p>
    <w:p>
      <w:r>
        <w:t>الكبرى الموجبة تنعكس جزئية</w:t>
      </w:r>
    </w:p>
    <w:p>
      <w:r>
        <w:t>كل ناطق ضحك الظاحك ناطق</w:t>
      </w:r>
    </w:p>
    <w:p>
      <w:r>
        <w:t>هنا في المعنى في الصور لا</w:t>
      </w:r>
    </w:p>
    <w:p>
      <w:r>
        <w:t>في الثورنة لا في الصورنة الانعكاس دائما جزئي</w:t>
      </w:r>
    </w:p>
    <w:p>
      <w:r>
        <w:t>في المعنى هنا</w:t>
      </w:r>
    </w:p>
    <w:p>
      <w:r>
        <w:t>المعنى ساعدنا على الانعكاس الكلي</w:t>
      </w:r>
    </w:p>
    <w:p>
      <w:r>
        <w:t>اما الصورانة لا</w:t>
      </w:r>
    </w:p>
    <w:p>
      <w:r>
        <w:t>نعم وهو انما يكون في الحدود المتعاكسة المتساوية ليتم العكس كليا</w:t>
      </w:r>
    </w:p>
    <w:p>
      <w:r>
        <w:t>العكس كليا في الحدود</w:t>
      </w:r>
    </w:p>
    <w:p>
      <w:r>
        <w:t>يعني هذا هذه العملية استدلالية تكون في دائرة الذات</w:t>
      </w:r>
    </w:p>
    <w:p>
      <w:r>
        <w:t>في مبدأ الهوية</w:t>
      </w:r>
    </w:p>
    <w:p>
      <w:r>
        <w:t>نعم</w:t>
      </w:r>
    </w:p>
    <w:p>
      <w:r>
        <w:t>الاصغر والاكبر دائما في مبدأ الهوية</w:t>
      </w:r>
    </w:p>
    <w:p>
      <w:r>
        <w:t>حتى الانعكاس يكون كليا</w:t>
      </w:r>
    </w:p>
    <w:p>
      <w:r>
        <w:t>نعم</w:t>
      </w:r>
    </w:p>
    <w:p>
      <w:r>
        <w:t>جيت خارج مبدأ الهوية الانعكاس لا يكون كليا</w:t>
      </w:r>
    </w:p>
    <w:p>
      <w:r>
        <w:t>نعم</w:t>
      </w:r>
    </w:p>
    <w:p>
      <w:r>
        <w:t>لماذا? لان المحمول قد يكون آآ عام</w:t>
      </w:r>
    </w:p>
    <w:p>
      <w:r>
        <w:t>نعم</w:t>
      </w:r>
    </w:p>
    <w:p>
      <w:r>
        <w:t>قد يكون اهم</w:t>
      </w:r>
    </w:p>
    <w:p>
      <w:r>
        <w:t>وانما كان هذا دائرا يبين لماذا هو دائري لان النتيجة فرع المقام ادي ما كاين</w:t>
      </w:r>
    </w:p>
    <w:p>
      <w:r>
        <w:t>وهنا وجدنا مقدمة فرعا النتيجة</w:t>
      </w:r>
    </w:p>
    <w:p>
      <w:r>
        <w:t>فرع الفرع فرع الفرع</w:t>
      </w:r>
    </w:p>
    <w:p>
      <w:r>
        <w:t>وانما كان هذا دائريا لتوقف توقف لتوقف العلم بان كل انسان ضحك على العلم به</w:t>
      </w:r>
    </w:p>
    <w:p>
      <w:r>
        <w:t>نعم</w:t>
      </w:r>
    </w:p>
    <w:p>
      <w:r>
        <w:t>على العلم به</w:t>
      </w:r>
    </w:p>
    <w:p>
      <w:r>
        <w:t>بالضمائر في المتن القديمة متعبة كضمائر الكفاية</w:t>
      </w:r>
    </w:p>
    <w:p>
      <w:r>
        <w:t>نعم</w:t>
      </w:r>
    </w:p>
    <w:p>
      <w:r>
        <w:t>وانما كان دائرا يعني كان هذا القياس دائرة لتوقف العلم بان كل انسان ضاحك على العلم به</w:t>
      </w:r>
    </w:p>
    <w:p>
      <w:r>
        <w:t>يعني على العلم بالانسان ضحك فقط بالعكس</w:t>
      </w:r>
    </w:p>
    <w:p>
      <w:r>
        <w:t>لان اخذناه مقدمة في بيان ما ينتجه فكان دورا ظاهرا ارجع الى القياس كل انسان ناطق</w:t>
      </w:r>
    </w:p>
    <w:p>
      <w:r>
        <w:t>وكل ناطق ضاحك النتيجة ما هي? كل انسان ضاحك</w:t>
      </w:r>
    </w:p>
    <w:p>
      <w:r>
        <w:t>اذا اردنا ان ندلل على كل انسان ناطق نقول لان كل انسان ضاحك</w:t>
      </w:r>
    </w:p>
    <w:p>
      <w:r>
        <w:t>نعم وكل ضاحك لاطق انظر فقد عكسنا فكل انسان ناطق يعني دللنا على الشيء بنفسه بحيل ما ولهذا جدلية لا تفيد علما جديدا هذا اذا الفت النتيجة مع عكس احدى المقدمات</w:t>
      </w:r>
    </w:p>
    <w:p>
      <w:r>
        <w:t>واما تأليف النتيجة مع عين احدى المقدمة لانتاج الاخرى</w:t>
      </w:r>
    </w:p>
    <w:p>
      <w:r>
        <w:t>فانما يتم في السالبة هذا القيد اكتبه في السالبة</w:t>
      </w:r>
    </w:p>
    <w:p>
      <w:r>
        <w:t>في السالبة</w:t>
      </w:r>
    </w:p>
    <w:p>
      <w:r>
        <w:t>مثاله نقول كل ممكن محدث يعني كل مخلوق لم يكن في رتبة وجودية ثم دخل الوجود هذا هو المحدث</w:t>
      </w:r>
    </w:p>
    <w:p>
      <w:r>
        <w:t>ما لم يكن ثم كان</w:t>
      </w:r>
    </w:p>
    <w:p>
      <w:r>
        <w:t>نعم</w:t>
      </w:r>
    </w:p>
    <w:p>
      <w:r>
        <w:t>ولا شيء هي سالبة كلية ولا شيء من من القديم بمحدث يعني كل من تعنون بعنوان القدم ينتفع عنه الحدوث بمحدث نعم الحد الاوسط وهو محدث كل ممكن محدث ولا شيء من القديم</w:t>
      </w:r>
    </w:p>
    <w:p>
      <w:r>
        <w:t>محدث الشكل الثاني ينتج لا شيء من الممكن بقديم</w:t>
      </w:r>
    </w:p>
    <w:p>
      <w:r>
        <w:t>طبعا آآ هنا على مبنى المتكلمين الزماني على مبنى الفلاسفة القديم الذاتي</w:t>
      </w:r>
    </w:p>
    <w:p>
      <w:r>
        <w:t>لأن القديم الذاتي مصداقه الله تعالى واجب الوجود</w:t>
      </w:r>
    </w:p>
    <w:p>
      <w:r>
        <w:t>اما الفلاسفة القديم الزماني لا</w:t>
      </w:r>
    </w:p>
    <w:p>
      <w:r>
        <w:t>قد ينسجم مع الممكن</w:t>
      </w:r>
    </w:p>
    <w:p>
      <w:r>
        <w:t>هذه بحوث عقدية</w:t>
      </w:r>
    </w:p>
    <w:p>
      <w:r>
        <w:t>ما عندي علاقة بها الآن</w:t>
      </w:r>
    </w:p>
    <w:p>
      <w:r>
        <w:t>نعم</w:t>
      </w:r>
    </w:p>
    <w:p>
      <w:r>
        <w:t>ويلزمه لا شيء من الممكن بقديم يلزمه كل ممكن فليس بقديم</w:t>
      </w:r>
    </w:p>
    <w:p>
      <w:r>
        <w:t>لا شيء من الممكن بقديم يلزمه كل ممكن فليس بقديم</w:t>
      </w:r>
    </w:p>
    <w:p>
      <w:r>
        <w:t>نعم</w:t>
      </w:r>
    </w:p>
    <w:p>
      <w:r>
        <w:t>كل ممكن ليس بقضيب</w:t>
      </w:r>
    </w:p>
    <w:p>
      <w:r>
        <w:t>يعني اذا جعلت الاجابة على مستوى الموضوع يجب ان تجعل السلب على مستوى المحمول</w:t>
      </w:r>
    </w:p>
    <w:p>
      <w:r>
        <w:t>واضحة جدا</w:t>
      </w:r>
    </w:p>
    <w:p>
      <w:r>
        <w:t>كل ممكن فليس بقدير</w:t>
      </w:r>
    </w:p>
    <w:p>
      <w:r>
        <w:t>اذا اذا انتفى القدم مطلقا على مصاديق الممكنة</w:t>
      </w:r>
    </w:p>
    <w:p>
      <w:r>
        <w:t>فالممكنات كذلك ينت عنها القدم</w:t>
      </w:r>
    </w:p>
    <w:p>
      <w:r>
        <w:t>هذا هو المقصود لا شيء من الممكن بقديم ما هو مدلولها? كل مصداق تعنون بعنوان ممكن</w:t>
      </w:r>
    </w:p>
    <w:p>
      <w:r>
        <w:t>يعني مخلوق ليس بقديم عند الفيلسوف ليس بقديم بالقدم الذاتي عند المتكلم ليس بقديم بالقدم الزمان ويلزمه كل ممكن يعني كل من تعنون بعنوان المخلوقية ممكن يعني المخلوق</w:t>
      </w:r>
    </w:p>
    <w:p>
      <w:r>
        <w:t>مخلوقية ليس بقديم</w:t>
      </w:r>
    </w:p>
    <w:p>
      <w:r>
        <w:t>ليس بقديم الذاتي عند الفيلسوف ليس بقديم زماني عند المتكلم</w:t>
      </w:r>
    </w:p>
    <w:p>
      <w:r>
        <w:t>والكبرى يلزمها كل ما ليس بقديم محدث</w:t>
      </w:r>
    </w:p>
    <w:p>
      <w:r>
        <w:t>كل ما ليس بقديم محدث يعني كل من لا يتلبس بالقدم يعني مخلوق محدث طبعا ينتج كل ممكن محدث</w:t>
      </w:r>
    </w:p>
    <w:p>
      <w:r>
        <w:t>نعم</w:t>
      </w:r>
    </w:p>
    <w:p>
      <w:r>
        <w:t>هذا قياس الدور ويستخدم في الجدل والمغالطة</w:t>
      </w:r>
    </w:p>
    <w:p>
      <w:r>
        <w:t>قياس العكس يأتي ان شاء الله</w:t>
      </w:r>
    </w:p>
    <w:p>
      <w:r>
        <w:t>اللهم صل على محمد وال محمد</w:t>
      </w:r>
    </w:p>
    <w:p>
      <w:r>
        <w:t>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