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 والصلاة والسلام على محمد واله الطيبين الطاهرين</w:t>
      </w:r>
    </w:p>
    <w:p>
      <w:r>
        <w:t>اللهم صل على محمد وال محمد</w:t>
      </w:r>
    </w:p>
    <w:p>
      <w:r>
        <w:t>اللهم صل على محمد وال محمد</w:t>
      </w:r>
    </w:p>
    <w:p>
      <w:r>
        <w:t>وصلنا معكم الى هذه الفقرة قياس العكس</w:t>
      </w:r>
    </w:p>
    <w:p>
      <w:r>
        <w:t>قال وان تالفت ما يقابلها مع مقدمة لينتج ما يقابل الاخرى صار معكوسا</w:t>
      </w:r>
    </w:p>
    <w:p>
      <w:r>
        <w:t>وان تألفت حسب ما سبق النتيجة</w:t>
      </w:r>
    </w:p>
    <w:p>
      <w:r>
        <w:t>وان تألفت النتيجة النتيجة مع ما يقابلها</w:t>
      </w:r>
    </w:p>
    <w:p>
      <w:r>
        <w:t>نعم مع ما يقابلها مع مقدمة وان تألفت ما يقابلها</w:t>
      </w:r>
    </w:p>
    <w:p>
      <w:r>
        <w:t>وان تألفت ما يقابلها ما يقابل النتيجة</w:t>
      </w:r>
    </w:p>
    <w:p>
      <w:r>
        <w:t>مع مقدمة من المقدمتين مقدمة القياس لينتج ما يقابل الاخرى</w:t>
      </w:r>
    </w:p>
    <w:p>
      <w:r>
        <w:t>نعم</w:t>
      </w:r>
    </w:p>
    <w:p>
      <w:r>
        <w:t>يقابل الاخرى مع مقدمة ينتج المقدمتان لينتج ما يقابل الاخرى ما يقابل المقدمة الاخرى</w:t>
      </w:r>
    </w:p>
    <w:p>
      <w:r>
        <w:t>جئنا بمقدم من المقدمتين نريد انتاج ما يقابلها</w:t>
      </w:r>
    </w:p>
    <w:p>
      <w:r>
        <w:t>ما يقابل الاخرى صار معكوسا</w:t>
      </w:r>
    </w:p>
    <w:p>
      <w:r>
        <w:t>صار هذا هو القياس</w:t>
      </w:r>
    </w:p>
    <w:p>
      <w:r>
        <w:t>قياس العكس</w:t>
      </w:r>
    </w:p>
    <w:p>
      <w:r>
        <w:t>اقول هذا احد انواع لواحق القياس المسمى بقياس العكس</w:t>
      </w:r>
    </w:p>
    <w:p>
      <w:r>
        <w:t>وهو عبارة هذا هو المحور الدلالي محور الدلالي كتب هنا محور الدلالي يعني يعرف قياس العكس</w:t>
      </w:r>
    </w:p>
    <w:p>
      <w:r>
        <w:t>وهو عبارة عن ابطال احدى مقدمات قياس مستدل</w:t>
      </w:r>
    </w:p>
    <w:p>
      <w:r>
        <w:t>بقياس مركب من نقيض النتيجة هذا هو ما يقابل وان تألف اتم يقابلها ما يقابل النتيجة نقيض النتيجة</w:t>
      </w:r>
    </w:p>
    <w:p>
      <w:r>
        <w:t>ما يقابلها يعني هو يستكثر ان يكتب هكذا وان تالفت مع ما يناقضها</w:t>
      </w:r>
    </w:p>
    <w:p>
      <w:r>
        <w:t>يناقضها افضل نعم وهو عبارة وهو عبارة عن ابطال احدى مقدمات قياس مستدر بقياس ملغم من نقيض النتيجة او ضد النتيجة مع المقدمة الاخرى نعم فهو قياس جدلي وقياس في المحاورات</w:t>
      </w:r>
    </w:p>
    <w:p>
      <w:r>
        <w:t>نعم</w:t>
      </w:r>
    </w:p>
    <w:p>
      <w:r>
        <w:t>مثال اذا كان قياس مستدل كل جيم باء وكل باء الف</w:t>
      </w:r>
    </w:p>
    <w:p>
      <w:r>
        <w:t>بطبيعة الحال النتيجة هي كل جيم الف لغياب الحد الاوسط واضحة جدا</w:t>
      </w:r>
    </w:p>
    <w:p>
      <w:r>
        <w:t>جيم مندرج كلية تحت باء وباء مندرج</w:t>
      </w:r>
    </w:p>
    <w:p>
      <w:r>
        <w:t>كلية يعني بتمامه تحت الف جيم حتما</w:t>
      </w:r>
    </w:p>
    <w:p>
      <w:r>
        <w:t>يندرج تحت الف بتمامه والا يلزم اجتماع النقض</w:t>
      </w:r>
    </w:p>
    <w:p>
      <w:r>
        <w:t>جيم وليس بجيم</w:t>
      </w:r>
    </w:p>
    <w:p>
      <w:r>
        <w:t>قالوا فيقول العاكس في تكذيب الصغرى تكذيب الصغرى كله يعني كله جنبا باطلا</w:t>
      </w:r>
    </w:p>
    <w:p>
      <w:r>
        <w:t>نعم ما معنى? يعني ليس كل جيم الف يعني بعض جيم ليس باء</w:t>
      </w:r>
    </w:p>
    <w:p>
      <w:r>
        <w:t>انه يصدق ليس كل جيم الف عكس نقيض النتيجة</w:t>
      </w:r>
    </w:p>
    <w:p>
      <w:r>
        <w:t>النتيجة كل جيم الف</w:t>
      </w:r>
    </w:p>
    <w:p>
      <w:r>
        <w:t>كلية</w:t>
      </w:r>
    </w:p>
    <w:p>
      <w:r>
        <w:t>ناقضها كلية موجبة</w:t>
      </w:r>
    </w:p>
    <w:p>
      <w:r>
        <w:t>في مربع ابيلي</w:t>
      </w:r>
    </w:p>
    <w:p>
      <w:r>
        <w:t>ناقصها جزئية راه الكل ليس كل يعني بعض جيم ليس الف هذا هو ليس كل جيم باء يعني بعض جيم ليس الف</w:t>
      </w:r>
    </w:p>
    <w:p>
      <w:r>
        <w:t>وكل باء الف كل باء الف هي الكبرى ينتج ليس كل ليس كل جيم</w:t>
      </w:r>
    </w:p>
    <w:p>
      <w:r>
        <w:t>وهو يقابل آآ يقابل الصغرى تقابل النقيض</w:t>
      </w:r>
    </w:p>
    <w:p>
      <w:r>
        <w:t>ليس كل يعني بعض جيم ليس باء</w:t>
      </w:r>
    </w:p>
    <w:p>
      <w:r>
        <w:t>والصغرى كل جيم ولو قلنا انه يصدق لا شيء من جيم الف انه يصدق لا شيء من جيم الف يعني النتيجة تكون آآ ضد يعني بنينا على الظد وظد النتيجة</w:t>
      </w:r>
    </w:p>
    <w:p>
      <w:r>
        <w:t>مرة نبني على النقيظ لان في كلام العلامة الحلي في المحور الدلالي ماذا قال? قال وهو عبارة عن ابطال احدى مقدمات القياس</w:t>
      </w:r>
    </w:p>
    <w:p>
      <w:r>
        <w:t>يعني اما الصغرى او المستدل المستدل قياس المستدل يعني من يحاورنا بقياس مركب من نقيض النتيجة هذا الذي بيناه او من ضدها مع المقدمة الاخرى نعم مع اخرى</w:t>
      </w:r>
    </w:p>
    <w:p>
      <w:r>
        <w:t>اي مقدمة لا شئت</w:t>
      </w:r>
    </w:p>
    <w:p>
      <w:r>
        <w:t>يعني تريد تبطل الصغرى تشتغل على الكبرى</w:t>
      </w:r>
    </w:p>
    <w:p>
      <w:r>
        <w:t>تريد البطلة الكبرى تشتغل على الصورة</w:t>
      </w:r>
    </w:p>
    <w:p>
      <w:r>
        <w:t>نعم</w:t>
      </w:r>
    </w:p>
    <w:p>
      <w:r>
        <w:t>فبين الظد لان يأتي الى النقيض</w:t>
      </w:r>
    </w:p>
    <w:p>
      <w:r>
        <w:t>ولو قلنا لو قلنا انه يصدق لا شيء من جيم الف</w:t>
      </w:r>
    </w:p>
    <w:p>
      <w:r>
        <w:t>النتيجة ماذا كانت? كانت كل جيم الف</w:t>
      </w:r>
    </w:p>
    <w:p>
      <w:r>
        <w:t>كل جيم الف في مربع ابيلي</w:t>
      </w:r>
    </w:p>
    <w:p>
      <w:r>
        <w:t>موجبة الكبر ان موجبة او نعم الكلية الموجبة والكبار الكلية الموجبة هنا آآ الكلية السالبة وضدان ضدا ليس من نقيضين</w:t>
      </w:r>
    </w:p>
    <w:p>
      <w:r>
        <w:t>ولهذا من نقيض النتيجة او من ضدها مع المقدمة الاخرى</w:t>
      </w:r>
    </w:p>
    <w:p>
      <w:r>
        <w:t>ولو قلنا انه يصدق لا شيء من جيم الف ماذا تمثل? هذه ضد النتيجة وليس نقيض النتيجة</w:t>
      </w:r>
    </w:p>
    <w:p>
      <w:r>
        <w:t>وظمنا ظممنا الى الكبرى</w:t>
      </w:r>
    </w:p>
    <w:p>
      <w:r>
        <w:t>ما هي الكبرى? كل باء الف لا شيء من جيم الف واه اه الكبرى وكل باء الف هذا القياس من الشكل الثاني الحد الأوسط هو الف يختفي</w:t>
      </w:r>
    </w:p>
    <w:p>
      <w:r>
        <w:t>تأتي لا شيء من جيم وهو يقابلها تقابل الضد</w:t>
      </w:r>
    </w:p>
    <w:p>
      <w:r>
        <w:t>لا شيء من جيم وعندنا الصورة ما هي? كل جيم باء</w:t>
      </w:r>
    </w:p>
    <w:p>
      <w:r>
        <w:t>تقبل تقبل الضدين في مربع ابيلي</w:t>
      </w:r>
    </w:p>
    <w:p>
      <w:r>
        <w:t>هذا المربع يجب ان تحفظه جيدا</w:t>
      </w:r>
    </w:p>
    <w:p>
      <w:r>
        <w:t>تحفظه بوعي</w:t>
      </w:r>
    </w:p>
    <w:p>
      <w:r>
        <w:t>ستاشر حكم بيناها فيما سبق</w:t>
      </w:r>
    </w:p>
    <w:p>
      <w:r>
        <w:t>نعم نعيد المثال حتى يرسخ جيدا في الدين</w:t>
      </w:r>
    </w:p>
    <w:p>
      <w:r>
        <w:t>مثاله اذا كان قياس المستدل مستدل يعني الذي يحاورنا في سجل معرفي كل ما معنى يعني جيم كعنوان يسري في مصاديقه فا له علاقة بباء علاقة اندراجية</w:t>
      </w:r>
    </w:p>
    <w:p>
      <w:r>
        <w:t>فكل المصادق تندرج تحت باء</w:t>
      </w:r>
    </w:p>
    <w:p>
      <w:r>
        <w:t>هذا هو</w:t>
      </w:r>
    </w:p>
    <w:p>
      <w:r>
        <w:t>يعني كل مصداق تعنون بجيم يتعنون بذا</w:t>
      </w:r>
    </w:p>
    <w:p>
      <w:r>
        <w:t>نعم</w:t>
      </w:r>
    </w:p>
    <w:p>
      <w:r>
        <w:t>وكل باء الف باء عنوان يسري في م منها جيم جيم ملموم يضمه آآ كل مصاديق باء التي منها جيم يتعنون بالف النتيجة حتما جيم لأنه من مصاديق باء يختفي اوسط تجيب يدخل في تمام الف</w:t>
      </w:r>
    </w:p>
    <w:p>
      <w:r>
        <w:t>يدخل في تمامه</w:t>
      </w:r>
    </w:p>
    <w:p>
      <w:r>
        <w:t>يعني الدائرة من الف</w:t>
      </w:r>
    </w:p>
    <w:p>
      <w:r>
        <w:t>هذا هو مدلول القياس</w:t>
      </w:r>
    </w:p>
    <w:p>
      <w:r>
        <w:t>فالنتيجة ما هي? كل جيم الف</w:t>
      </w:r>
    </w:p>
    <w:p>
      <w:r>
        <w:t>فيقول العاكس في المعرفي في مقابل المستدل في تكذيب الصغرى ما هي صغرى كل جيمبا اما يكذبها بالنقيض او يكذبها النقيض النتيجة ما هي? كل جيم الف كلية ناقضها ما هو? سلبي جزئي يعني يكفي ان تجد مصداقا من مصاديق جيم ليس بالف</w:t>
      </w:r>
    </w:p>
    <w:p>
      <w:r>
        <w:t>يعني بعض جيم ليس بالف يعني في مصداق لا يندرج تحت الف</w:t>
      </w:r>
    </w:p>
    <w:p>
      <w:r>
        <w:t>انتهت الكلية</w:t>
      </w:r>
    </w:p>
    <w:p>
      <w:r>
        <w:t>تدمر الكلية</w:t>
      </w:r>
    </w:p>
    <w:p>
      <w:r>
        <w:t>نعم</w:t>
      </w:r>
    </w:p>
    <w:p>
      <w:r>
        <w:t>تقول كل عراق عراقي شاعر</w:t>
      </w:r>
    </w:p>
    <w:p>
      <w:r>
        <w:t>اه فتأتي الى عراقي بجنبك لا يفقه في الشعر شيئا</w:t>
      </w:r>
    </w:p>
    <w:p>
      <w:r>
        <w:t>فهذه الكلية تختفي</w:t>
      </w:r>
    </w:p>
    <w:p>
      <w:r>
        <w:t>هذه الكلية تختفي</w:t>
      </w:r>
    </w:p>
    <w:p>
      <w:r>
        <w:t>اما اذا ذهبت الى موريتانيا قلت اه كل موريتاني شاعر من الصعب جدا ان تجد اه موريتانيا ليس بشاعر</w:t>
      </w:r>
    </w:p>
    <w:p>
      <w:r>
        <w:t>نعم</w:t>
      </w:r>
    </w:p>
    <w:p>
      <w:r>
        <w:t>كأن هذه البلد كلهم شعراء</w:t>
      </w:r>
    </w:p>
    <w:p>
      <w:r>
        <w:t>نعم</w:t>
      </w:r>
    </w:p>
    <w:p>
      <w:r>
        <w:t>من الصعوبة بمكان ان ان تجد وان تجد مستحيل ان تكون كل دولة اه بمصادقها شاعرة لا</w:t>
      </w:r>
    </w:p>
    <w:p>
      <w:r>
        <w:t>فقط لبيان هذه النكتة ان الشعر هناك عجيب</w:t>
      </w:r>
    </w:p>
    <w:p>
      <w:r>
        <w:t>وحتى نطقهم باللغة العربية نطق نحوي</w:t>
      </w:r>
    </w:p>
    <w:p>
      <w:r>
        <w:t>نعم</w:t>
      </w:r>
    </w:p>
    <w:p>
      <w:r>
        <w:t>زارنا واحد من موريطانيا في القوم المقدسة</w:t>
      </w:r>
    </w:p>
    <w:p>
      <w:r>
        <w:t>وبقي ضيفا عندنا في مؤسسة الحكمة</w:t>
      </w:r>
    </w:p>
    <w:p>
      <w:r>
        <w:t>يتحدث اللغة العربية نحويا عجيب</w:t>
      </w:r>
    </w:p>
    <w:p>
      <w:r>
        <w:t>الحركات دقة فائقة</w:t>
      </w:r>
    </w:p>
    <w:p>
      <w:r>
        <w:t>نعم</w:t>
      </w:r>
    </w:p>
    <w:p>
      <w:r>
        <w:t>اذا نريد ان نبطل كل جيم باء</w:t>
      </w:r>
    </w:p>
    <w:p>
      <w:r>
        <w:t>نأتي ماذا يقول? آآ فيقول العاكس في التكذيب الصغرى</w:t>
      </w:r>
    </w:p>
    <w:p>
      <w:r>
        <w:t>ما هي الصغرى? كل جنب</w:t>
      </w:r>
    </w:p>
    <w:p>
      <w:r>
        <w:t>انه يصدق ليس كل جيم الف يعني جيم باء ليس كل جيم الف لان النتيجة كل جيم الف يأتي الى النتيجة ويأتي بنقيضها النتيجة هي كل جيم الف ولا يبين له ان ليس الأمر كذلك</w:t>
      </w:r>
    </w:p>
    <w:p>
      <w:r>
        <w:t>ليس كل جيم الف يعني ليس كما تدعي في النتيجة ايها المستدل</w:t>
      </w:r>
    </w:p>
    <w:p>
      <w:r>
        <w:t>نعم</w:t>
      </w:r>
    </w:p>
    <w:p>
      <w:r>
        <w:t>هذه نقيض النتيجة ثم يطعمها بالكبرى</w:t>
      </w:r>
    </w:p>
    <w:p>
      <w:r>
        <w:t>كل باء الف</w:t>
      </w:r>
    </w:p>
    <w:p>
      <w:r>
        <w:t>دقق الآن في هيئة الشكل الحد الأوسط محمول في المقدمتين بالسلب والإيجاب</w:t>
      </w:r>
    </w:p>
    <w:p>
      <w:r>
        <w:t>الشكل الثاني</w:t>
      </w:r>
    </w:p>
    <w:p>
      <w:r>
        <w:t>دائما ينتج سالبة</w:t>
      </w:r>
    </w:p>
    <w:p>
      <w:r>
        <w:t>ينتج ليس كل جيم باء</w:t>
      </w:r>
    </w:p>
    <w:p>
      <w:r>
        <w:t>ابطال للصورة</w:t>
      </w:r>
    </w:p>
    <w:p>
      <w:r>
        <w:t>وهو يقابل الصورة تقابل النقيض</w:t>
      </w:r>
    </w:p>
    <w:p>
      <w:r>
        <w:t>كل جيم باء ليس كل جيم باء سخ الصياغة الدقيقة</w:t>
      </w:r>
    </w:p>
    <w:p>
      <w:r>
        <w:t>تقول بعض جيم ليس باء</w:t>
      </w:r>
    </w:p>
    <w:p>
      <w:r>
        <w:t>وبالتالي بعض ليس الف</w:t>
      </w:r>
    </w:p>
    <w:p>
      <w:r>
        <w:t>وهو يقابل الصغرى</w:t>
      </w:r>
    </w:p>
    <w:p>
      <w:r>
        <w:t>ما هي الصغرى? كل جيم باء</w:t>
      </w:r>
    </w:p>
    <w:p>
      <w:r>
        <w:t>تقابل النقيض</w:t>
      </w:r>
    </w:p>
    <w:p>
      <w:r>
        <w:t>نعم</w:t>
      </w:r>
    </w:p>
    <w:p>
      <w:r>
        <w:t>النقيض هو رفع الشيء</w:t>
      </w:r>
    </w:p>
    <w:p>
      <w:r>
        <w:t>ولو قلنا انه يصدق لا شيء من جيم الف</w:t>
      </w:r>
    </w:p>
    <w:p>
      <w:r>
        <w:t>نعم النتيجة ما هي? كل جيم الف لا شيء من جيم الف ليس بنقيض بلفض</w:t>
      </w:r>
    </w:p>
    <w:p>
      <w:r>
        <w:t>كلية في مقابل الكلية كل كلية في مقابل كلية سالبة</w:t>
      </w:r>
    </w:p>
    <w:p>
      <w:r>
        <w:t>هذا من من الضدين في مربع مربع التناقض</w:t>
      </w:r>
    </w:p>
    <w:p>
      <w:r>
        <w:t>وهذا ممنا الى الكبرى الكبرى ما هي? كل باء الف شكل ثاني كذلك لان الالف هو الحد الاوسط محمول في المقدمتين بالايجاب والسلب</w:t>
      </w:r>
    </w:p>
    <w:p>
      <w:r>
        <w:t>نحن في الشكل الثاني الشكل ينتج دائما سالبة لا شيء من جيم</w:t>
      </w:r>
    </w:p>
    <w:p>
      <w:r>
        <w:t>نعم لا شيء من جنب</w:t>
      </w:r>
    </w:p>
    <w:p>
      <w:r>
        <w:t>كل جيم ب لا شيء من جنب التباعد</w:t>
      </w:r>
    </w:p>
    <w:p>
      <w:r>
        <w:t>وهو يقابلها تقابل يعني يقابل الصغرى</w:t>
      </w:r>
    </w:p>
    <w:p>
      <w:r>
        <w:t>تقابل ظدي وفقا لمربع التناقظ او مربع ابيلي</w:t>
      </w:r>
    </w:p>
    <w:p>
      <w:r>
        <w:t>جيد مواد قياس الدور قال ويحتاج في الدور او يحتاج المستدل</w:t>
      </w:r>
    </w:p>
    <w:p>
      <w:r>
        <w:t>يحتاجون للمجهول او يحتاج المستديل في الدور الى مواد</w:t>
      </w:r>
    </w:p>
    <w:p>
      <w:r>
        <w:t>في الايجاب تنعكس كنفسها</w:t>
      </w:r>
    </w:p>
    <w:p>
      <w:r>
        <w:t>وفي السلب الى ما يقسم جزءاه الاحتمالات باسرها</w:t>
      </w:r>
    </w:p>
    <w:p>
      <w:r>
        <w:t>كال والمحدث مثلا نعم يعني القسمة تكون آآ جامعة لجميع الافراد لينعكس عكسا يخص هذا الموضع كما ينعكس قولنا لا محدث بقديم</w:t>
      </w:r>
    </w:p>
    <w:p>
      <w:r>
        <w:t>الى قولنا لا محدث بقديم واضحة جدا</w:t>
      </w:r>
    </w:p>
    <w:p>
      <w:r>
        <w:t>نعم</w:t>
      </w:r>
    </w:p>
    <w:p>
      <w:r>
        <w:t>لا محدث يعني مصديق المحدث هو الذي سبقه العدم</w:t>
      </w:r>
    </w:p>
    <w:p>
      <w:r>
        <w:t>القديم لا يسبقه العدم نعم اذا قلت محدث قديم تناقض رفع التناقض تقول لا لا محدث قديم</w:t>
      </w:r>
    </w:p>
    <w:p>
      <w:r>
        <w:t>الى قولنا كل ما ليس بقديم فهو محدث</w:t>
      </w:r>
    </w:p>
    <w:p>
      <w:r>
        <w:t>كل ما ليس بقذيفة هو محدث عكس عكس عكس النقيض عكس النقيض نعم</w:t>
      </w:r>
    </w:p>
    <w:p>
      <w:r>
        <w:t>نعم</w:t>
      </w:r>
    </w:p>
    <w:p>
      <w:r>
        <w:t>اقول قد بينا ان قياس الدور يحتاج في انتاج الموجب الكلي الى تساوي الحدود</w:t>
      </w:r>
    </w:p>
    <w:p>
      <w:r>
        <w:t>تساوي الحدود هنا اكتب</w:t>
      </w:r>
    </w:p>
    <w:p>
      <w:r>
        <w:t>في الهامش تساوي الحدود ليس آآ التساوي في المعنى</w:t>
      </w:r>
    </w:p>
    <w:p>
      <w:r>
        <w:t>لان التساوي في المعنى لا معنى للقياس</w:t>
      </w:r>
    </w:p>
    <w:p>
      <w:r>
        <w:t>تساوي في المصاديق</w:t>
      </w:r>
    </w:p>
    <w:p>
      <w:r>
        <w:t>يعني التساوي الصدقي وليس التساوي المعنوي</w:t>
      </w:r>
    </w:p>
    <w:p>
      <w:r>
        <w:t>حتى ندخل ماذا? ندخل اه على نظير خاص نعم</w:t>
      </w:r>
    </w:p>
    <w:p>
      <w:r>
        <w:t>العرضي الخاص وحتى اللوازم التي لا تنفك</w:t>
      </w:r>
    </w:p>
    <w:p>
      <w:r>
        <w:t>نعم لان اقيس على مستوى مبدأ الهوية كما تأتي في الامثلة كثيرا</w:t>
      </w:r>
    </w:p>
    <w:p>
      <w:r>
        <w:t>هذه قياسات من باب تحصيل الحاصل</w:t>
      </w:r>
    </w:p>
    <w:p>
      <w:r>
        <w:t>فقط للتمثيل اما الاغيص الصحيحة تخرج من مبدأ الهوية</w:t>
      </w:r>
    </w:p>
    <w:p>
      <w:r>
        <w:t>اذا ما معناها هنا التساوي في الحدود? تساوي في الحدود الصدقي</w:t>
      </w:r>
    </w:p>
    <w:p>
      <w:r>
        <w:t>يعني ما معناه? يعني الموضوع والمحمول في المصاديق واحد فقط</w:t>
      </w:r>
    </w:p>
    <w:p>
      <w:r>
        <w:t>يعني السريان الموضوعي والسريان المحمول في مصادر دائرة واحدة</w:t>
      </w:r>
    </w:p>
    <w:p>
      <w:r>
        <w:t>دائرة واحدة يعني الانسان والتعجب مثلا في السنين لا تجد المتعجب خارج عن الانسان والانسان خارج على المتعجب</w:t>
      </w:r>
    </w:p>
    <w:p>
      <w:r>
        <w:t>معنى تعجب الانسان في المعنى فيه اختلاف</w:t>
      </w:r>
    </w:p>
    <w:p>
      <w:r>
        <w:t>تعجب حالة تعرض الانسان بعد تعين الهوية الانسانية</w:t>
      </w:r>
    </w:p>
    <w:p>
      <w:r>
        <w:t>والانسان هو مبدأ الهوية الانسان</w:t>
      </w:r>
    </w:p>
    <w:p>
      <w:r>
        <w:t>الاربعة زوج لا تجد مصداقا في الخارج</w:t>
      </w:r>
    </w:p>
    <w:p>
      <w:r>
        <w:t>هو زوج اه هو اربعة وليس بزوج</w:t>
      </w:r>
    </w:p>
    <w:p>
      <w:r>
        <w:t>هذا الاتحاد الماس اذا هنا يعني بالتساوي اه في الحدود يعني التساوي الصدقي</w:t>
      </w:r>
    </w:p>
    <w:p>
      <w:r>
        <w:t>قد بينا ان قياس الدور يحتاج في انتاج الموجب الكلية الى تساوي الحدود ليصح عكس احدى المقدمتين مقدمة كليا</w:t>
      </w:r>
    </w:p>
    <w:p>
      <w:r>
        <w:t>انظر هذا هذا مبدأ السبب الكافي</w:t>
      </w:r>
    </w:p>
    <w:p>
      <w:r>
        <w:t>اللي يصح عكس احدى المقدمتين كليا</w:t>
      </w:r>
    </w:p>
    <w:p>
      <w:r>
        <w:t>لانه اذا لم يتساوى في الصدق المحمول يكون اعم</w:t>
      </w:r>
    </w:p>
    <w:p>
      <w:r>
        <w:t>فعكس المستوي لا يكون كليا</w:t>
      </w:r>
    </w:p>
    <w:p>
      <w:r>
        <w:t>تكون بعض</w:t>
      </w:r>
    </w:p>
    <w:p>
      <w:r>
        <w:t>نعم بعض</w:t>
      </w:r>
    </w:p>
    <w:p>
      <w:r>
        <w:t>فالانسان والحيوان ما في تساوي صدق</w:t>
      </w:r>
    </w:p>
    <w:p>
      <w:r>
        <w:t>الحيوان يتسع في الاسد في الفيل في البقر هنا ما فيه تساوي صدقي</w:t>
      </w:r>
    </w:p>
    <w:p>
      <w:r>
        <w:t>فتقول كل انسان حيوان صادق</w:t>
      </w:r>
    </w:p>
    <w:p>
      <w:r>
        <w:t>تقول كل حيوان انسان كاذبا</w:t>
      </w:r>
    </w:p>
    <w:p>
      <w:r>
        <w:t>بعض الحيوان آآ بعض الحيوان اما في التعجب لا كل انسان متعجب وكل متعجب انسان كله ضاحك انسان وكل انسان وضاحك</w:t>
      </w:r>
    </w:p>
    <w:p>
      <w:r>
        <w:t>في الاربعة زوج لا كل اربعة زوج ولكن ليس كل زوج اربعة</w:t>
      </w:r>
    </w:p>
    <w:p>
      <w:r>
        <w:t>هنا ما في تساوي صدقي</w:t>
      </w:r>
    </w:p>
    <w:p>
      <w:r>
        <w:t>فقط تساوي صدقي في في دائرة واحدة فقط</w:t>
      </w:r>
    </w:p>
    <w:p>
      <w:r>
        <w:t>نعم</w:t>
      </w:r>
    </w:p>
    <w:p>
      <w:r>
        <w:t>قد بينا ان قياس الدور يحتاج في انتاج او يحتاج المستدل</w:t>
      </w:r>
    </w:p>
    <w:p>
      <w:r>
        <w:t>في انتاج الموجب الكلي الى تساوي الحدود</w:t>
      </w:r>
    </w:p>
    <w:p>
      <w:r>
        <w:t>كتبت تساوي الصدقي</w:t>
      </w:r>
    </w:p>
    <w:p>
      <w:r>
        <w:t>يعني المصادق واحدة</w:t>
      </w:r>
    </w:p>
    <w:p>
      <w:r>
        <w:t>لأن هذه العناوين القضائية عناوين تشير الى مصاديق</w:t>
      </w:r>
    </w:p>
    <w:p>
      <w:r>
        <w:t>تشير الى مصاديق</w:t>
      </w:r>
    </w:p>
    <w:p>
      <w:r>
        <w:t>ليصح عكس احدى المقدمتين كليا</w:t>
      </w:r>
    </w:p>
    <w:p>
      <w:r>
        <w:t>في غير الصدق لانعكاس يكون جزئيا</w:t>
      </w:r>
    </w:p>
    <w:p>
      <w:r>
        <w:t>كما مثلنا في قولنا كل انسان ناطق وكل ناطق ظاحك</w:t>
      </w:r>
    </w:p>
    <w:p>
      <w:r>
        <w:t>نعم</w:t>
      </w:r>
    </w:p>
    <w:p>
      <w:r>
        <w:t>لان الناطق عادة هو ادراك الكليات</w:t>
      </w:r>
    </w:p>
    <w:p>
      <w:r>
        <w:t>الامور العامة الملائكة لا لا تدرك بهذه الكيفية ملائكة سابحة في العلم الشهودي لا تدرك الامور من خلال الكليات</w:t>
      </w:r>
    </w:p>
    <w:p>
      <w:r>
        <w:t>لانها يجب ان تدرك المحسوس على مبنى المشاء</w:t>
      </w:r>
    </w:p>
    <w:p>
      <w:r>
        <w:t>ابناء شريحة كبيرة من الفلاسفة ثم بعملية ذهنية ونشاط ذهني تصل الى الكل الطبيعي</w:t>
      </w:r>
    </w:p>
    <w:p>
      <w:r>
        <w:t>ما في موجود هذا لا عند الله ولا عند الملائكة</w:t>
      </w:r>
    </w:p>
    <w:p>
      <w:r>
        <w:t>نعم والجن نحن لا نعرف هوية وكيف يفكر? فنقول الناطقية هنا دائرتها دائرتها دائرة الانسان</w:t>
      </w:r>
    </w:p>
    <w:p>
      <w:r>
        <w:t>فكل ناطق انسان وكل انسان ناطق في الصدق</w:t>
      </w:r>
    </w:p>
    <w:p>
      <w:r>
        <w:t>يعني في دائرة الواقع اذا عثرت على الناطق فهو انسان</w:t>
      </w:r>
    </w:p>
    <w:p>
      <w:r>
        <w:t>واذا عثرت على الانسان فهو ناطق</w:t>
      </w:r>
    </w:p>
    <w:p>
      <w:r>
        <w:t>هذا هو التساوس الصدقي ليس التساوي المعنوي لان الناطق هو ادراك الكليات</w:t>
      </w:r>
    </w:p>
    <w:p>
      <w:r>
        <w:t>المهم على مبنى القوم اما الناطق على ما بناي هو نفس الهوية</w:t>
      </w:r>
    </w:p>
    <w:p>
      <w:r>
        <w:t>حمل اولي</w:t>
      </w:r>
    </w:p>
    <w:p>
      <w:r>
        <w:t>نعم</w:t>
      </w:r>
    </w:p>
    <w:p>
      <w:r>
        <w:t>كما مثل نافق كل انسان ناطق وكل ناطق ضاحك</w:t>
      </w:r>
    </w:p>
    <w:p>
      <w:r>
        <w:t>نعم</w:t>
      </w:r>
    </w:p>
    <w:p>
      <w:r>
        <w:t>فالانسان هو الناطق في الصدق والناطق هو الانسان والناطق هو الضاحك في الصدق والضحك هو الناطق في الصدق</w:t>
      </w:r>
    </w:p>
    <w:p>
      <w:r>
        <w:t>فالضحك هو الانسان</w:t>
      </w:r>
    </w:p>
    <w:p>
      <w:r>
        <w:t>نعم</w:t>
      </w:r>
    </w:p>
    <w:p>
      <w:r>
        <w:t>ويحتاج في السلم الى ان تكون المقدمة التي تضم الى النتيجة تقسم جزئاه جزءاه الاحتمالات باسرها كالقديم والمحدث</w:t>
      </w:r>
    </w:p>
    <w:p>
      <w:r>
        <w:t>يعني ما عندك انت شق ثالث يخرج من القديم والمحدث</w:t>
      </w:r>
    </w:p>
    <w:p>
      <w:r>
        <w:t>كما نقول لا شيء من القديم بمحدث</w:t>
      </w:r>
    </w:p>
    <w:p>
      <w:r>
        <w:t>فانه يصدق كل ما ليس بقذيف فهو محدث</w:t>
      </w:r>
    </w:p>
    <w:p>
      <w:r>
        <w:t>لا شيء من القديم بمحدث</w:t>
      </w:r>
    </w:p>
    <w:p>
      <w:r>
        <w:t>يعني ما عندك شق وهذا هو يقول ان تكون المقدمة التي تضام الى النتيجة تقسم جزئها لاحتمالات باسرها كالقديم والمحدث ما عندك انت تقول شيء اما قديم واما محدث ما في شق ثالث كما نقول لا شيء من القديم بمحدث</w:t>
      </w:r>
    </w:p>
    <w:p>
      <w:r>
        <w:t>فانه يصدق كل ما ليس بقديم فهو محدث</w:t>
      </w:r>
    </w:p>
    <w:p>
      <w:r>
        <w:t>لماذا? من اين جئنا هذه? كل ما ليس بقضي محدث قد يكون مصداق من مصاديق القدم</w:t>
      </w:r>
    </w:p>
    <w:p>
      <w:r>
        <w:t>آآ ليس بم نعم لانه يقول لا شق ثالث</w:t>
      </w:r>
    </w:p>
    <w:p>
      <w:r>
        <w:t>الاحتمالات كلها داخل وكل ما ليس بمحدث فهو قديم</w:t>
      </w:r>
    </w:p>
    <w:p>
      <w:r>
        <w:t>فيأتي التساوي الصدقي</w:t>
      </w:r>
    </w:p>
    <w:p>
      <w:r>
        <w:t>التساوي الصدقي يجب ان نعم الاحتمالات كلها مطوية لتنعكس السالبة عكسا يخص هذا الموضع</w:t>
      </w:r>
    </w:p>
    <w:p>
      <w:r>
        <w:t>يعني بذلك ان السالبة ها هنا تستلزم موجبة معدولا</w:t>
      </w:r>
    </w:p>
    <w:p>
      <w:r>
        <w:t>وعكسها ينظم الى المقدمة الاخرى</w:t>
      </w:r>
    </w:p>
    <w:p>
      <w:r>
        <w:t>مثاله اذا صدق كل جسم محدث</w:t>
      </w:r>
    </w:p>
    <w:p>
      <w:r>
        <w:t>يعني لم يكن ثم كان</w:t>
      </w:r>
    </w:p>
    <w:p>
      <w:r>
        <w:t>ولا شيء من المحدث بقديم</w:t>
      </w:r>
    </w:p>
    <w:p>
      <w:r>
        <w:t>هذه هي الدائرة بين النفي والاثبات</w:t>
      </w:r>
    </w:p>
    <w:p>
      <w:r>
        <w:t>يعني كل الاحتمالات داخله انظر كل جسم محدث وكل ولا شيء من المحدث بقديم الشكل الاول ينتج قضية سالبة النتيجة تكون سالبة لانه تتبع اخص المقدمتين نعم لا شيء من الجسم بقديم</w:t>
      </w:r>
    </w:p>
    <w:p>
      <w:r>
        <w:t>المحدث هو الحد الاوسط يختفي لا شيء من الجسم بقديم</w:t>
      </w:r>
    </w:p>
    <w:p>
      <w:r>
        <w:t>نعم</w:t>
      </w:r>
    </w:p>
    <w:p>
      <w:r>
        <w:t>بقديم زمانه عند المتكلم ذاتي عند الفيلسوف</w:t>
      </w:r>
    </w:p>
    <w:p>
      <w:r>
        <w:t>ويلزمها كل جسم فهو ليس بقديم</w:t>
      </w:r>
    </w:p>
    <w:p>
      <w:r>
        <w:t>لا شيء من الجسم بقديم</w:t>
      </w:r>
    </w:p>
    <w:p>
      <w:r>
        <w:t>الزمها كل جسم فهو ليس بقديم</w:t>
      </w:r>
    </w:p>
    <w:p>
      <w:r>
        <w:t>يعني اه العكس</w:t>
      </w:r>
    </w:p>
    <w:p>
      <w:r>
        <w:t>لا شيء من الجسم قديم</w:t>
      </w:r>
    </w:p>
    <w:p>
      <w:r>
        <w:t>اعكسها بعكس النقيض</w:t>
      </w:r>
    </w:p>
    <w:p>
      <w:r>
        <w:t>عكس النقيض تدخل السلب على الطرفين</w:t>
      </w:r>
    </w:p>
    <w:p>
      <w:r>
        <w:t>نعم لا شيء من الجسم لا لا شيء من الجسم</w:t>
      </w:r>
    </w:p>
    <w:p>
      <w:r>
        <w:t>يصير هو الجسم</w:t>
      </w:r>
    </w:p>
    <w:p>
      <w:r>
        <w:t>كل جسم قديم لا قديم</w:t>
      </w:r>
    </w:p>
    <w:p>
      <w:r>
        <w:t>كل جسمه ليس بقديم العكس النقيض</w:t>
      </w:r>
    </w:p>
    <w:p>
      <w:r>
        <w:t>نعم</w:t>
      </w:r>
    </w:p>
    <w:p>
      <w:r>
        <w:t>فالكبرى تنعكس الى قولنا لا شيء من القديم بمحدث</w:t>
      </w:r>
    </w:p>
    <w:p>
      <w:r>
        <w:t>نعم</w:t>
      </w:r>
    </w:p>
    <w:p>
      <w:r>
        <w:t>والكبرى ما هي? ولا شيء من المحدث بقديم تنعكس على قولنا لا شيء من القديم المحدث</w:t>
      </w:r>
    </w:p>
    <w:p>
      <w:r>
        <w:t>ملاك العكس ما هو? لان الاحتمالات كلها موجودة ما عندنا شقة ثالث لا شيء من القديم بمحتز</w:t>
      </w:r>
    </w:p>
    <w:p>
      <w:r>
        <w:t>نعم صحيحة</w:t>
      </w:r>
    </w:p>
    <w:p>
      <w:r>
        <w:t>هذا هو التساوي الصدقي اذا كانت الاحتمالات كلها داخلة</w:t>
      </w:r>
    </w:p>
    <w:p>
      <w:r>
        <w:t>نعم</w:t>
      </w:r>
    </w:p>
    <w:p>
      <w:r>
        <w:t>ويلزمه كل ما ليس بقديم فهو محدث</w:t>
      </w:r>
    </w:p>
    <w:p>
      <w:r>
        <w:t>نعم</w:t>
      </w:r>
    </w:p>
    <w:p>
      <w:r>
        <w:t>كل ما ليس بقديم فهو محدث لا شيء من القديم بمحدث ويلزمه كل ما ليس بقديم نعم كل ما ليس بقديم فهو محدث نعم</w:t>
      </w:r>
    </w:p>
    <w:p>
      <w:r>
        <w:t>صحيح لا شيء من القديم بمحدث</w:t>
      </w:r>
    </w:p>
    <w:p>
      <w:r>
        <w:t>اذا اذا هناك شيء ليس بقديم فهو محدث</w:t>
      </w:r>
    </w:p>
    <w:p>
      <w:r>
        <w:t>فاذا ضممنا ضممنا لازم النتيجة الى لازم العكس</w:t>
      </w:r>
    </w:p>
    <w:p>
      <w:r>
        <w:t>انتج كل جسم محدث</w:t>
      </w:r>
    </w:p>
    <w:p>
      <w:r>
        <w:t>لان الجسم ليس بقديم بيناه كل جسم فهو ليس بقديم</w:t>
      </w:r>
    </w:p>
    <w:p>
      <w:r>
        <w:t>نعم</w:t>
      </w:r>
    </w:p>
    <w:p>
      <w:r>
        <w:t>ومن هنا قلنا ماذا قلنا? قلنا كل ما ليس بقديم فهو محدث</w:t>
      </w:r>
    </w:p>
    <w:p>
      <w:r>
        <w:t>من صديق ليس بقديم هو الجسم</w:t>
      </w:r>
    </w:p>
    <w:p>
      <w:r>
        <w:t>فنقول كل جسمه محدث</w:t>
      </w:r>
    </w:p>
    <w:p>
      <w:r>
        <w:t>ها هي النتيجة كل جسمه محدث</w:t>
      </w:r>
    </w:p>
    <w:p>
      <w:r>
        <w:t>فجزء هذا السلب وهو القديم والمحدث قد ابتسم جميع الاحتمالات</w:t>
      </w:r>
    </w:p>
    <w:p>
      <w:r>
        <w:t>بل بين النفي والاثبات</w:t>
      </w:r>
    </w:p>
    <w:p>
      <w:r>
        <w:t>ما في شقة ثالث</w:t>
      </w:r>
    </w:p>
    <w:p>
      <w:r>
        <w:t>لان الموجود اما قديم او محدث</w:t>
      </w:r>
    </w:p>
    <w:p>
      <w:r>
        <w:t>انظر دائرة بين النفي والاثبات</w:t>
      </w:r>
    </w:p>
    <w:p>
      <w:r>
        <w:t>ولاجل اقتسام جزء هذه السالبة الاحتمالات باسرها</w:t>
      </w:r>
    </w:p>
    <w:p>
      <w:r>
        <w:t>كان قولنا كل ما ليس بقديم فهو محدث</w:t>
      </w:r>
    </w:p>
    <w:p>
      <w:r>
        <w:t>كل ما ليس بقديم الجسم كأنك قلت كل الجسم فهو محدث</w:t>
      </w:r>
    </w:p>
    <w:p>
      <w:r>
        <w:t>لازما لقولنا لا شيء من القديم بمحدث</w:t>
      </w:r>
    </w:p>
    <w:p>
      <w:r>
        <w:t>لماذا? الاحتمالات كلها الداخلة</w:t>
      </w:r>
    </w:p>
    <w:p>
      <w:r>
        <w:t>يعني اذا جئت بالقديم ينتفي المحدث</w:t>
      </w:r>
    </w:p>
    <w:p>
      <w:r>
        <w:t>اذا جئت بالمحدث ينتفي القديم واضحة جدا</w:t>
      </w:r>
    </w:p>
    <w:p>
      <w:r>
        <w:t>نعم لا شيء من القديم بمحدث</w:t>
      </w:r>
    </w:p>
    <w:p>
      <w:r>
        <w:t>هذه الآن في المنطقة الحديث الصوراني ما عنده هذه العبارات</w:t>
      </w:r>
    </w:p>
    <w:p>
      <w:r>
        <w:t>هذه العبارات تطبقها في العلوم</w:t>
      </w:r>
    </w:p>
    <w:p>
      <w:r>
        <w:t>اما في المنطقة غير موجودة فقط صونا ومطلقة فرومانيز تتضح بطريقة جدا جميلة</w:t>
      </w:r>
    </w:p>
    <w:p>
      <w:r>
        <w:t>اذا هذه الاقيس اللواحق نعيشها في حياتنا اليومية</w:t>
      </w:r>
    </w:p>
    <w:p>
      <w:r>
        <w:t>نعم</w:t>
      </w:r>
    </w:p>
    <w:p>
      <w:r>
        <w:t>تخيل مثلا انت الآن عندك بنت وذكر</w:t>
      </w:r>
    </w:p>
    <w:p>
      <w:r>
        <w:t>ولدان</w:t>
      </w:r>
    </w:p>
    <w:p>
      <w:r>
        <w:t>ولد</w:t>
      </w:r>
    </w:p>
    <w:p>
      <w:r>
        <w:t>مصداقه البنت</w:t>
      </w:r>
    </w:p>
    <w:p>
      <w:r>
        <w:t>ولكن مصداقه الذكر</w:t>
      </w:r>
    </w:p>
    <w:p>
      <w:r>
        <w:t>تريد تقسم الميراث</w:t>
      </w:r>
    </w:p>
    <w:p>
      <w:r>
        <w:t>تقسم الميراث</w:t>
      </w:r>
    </w:p>
    <w:p>
      <w:r>
        <w:t>على القسمين</w:t>
      </w:r>
    </w:p>
    <w:p>
      <w:r>
        <w:t>فتاة العمة او الخالة تقول في بنت اخرى بنت اخرى يعني هذه القسمة لا تشتمل جميع الاحتمالات</w:t>
      </w:r>
    </w:p>
    <w:p>
      <w:r>
        <w:t>هذه القسمة بعد تقسيم الميراث هنا خطأ</w:t>
      </w:r>
    </w:p>
    <w:p>
      <w:r>
        <w:t>اشتباه في قياس هنا تقول والورثة هذه البنت وهذا الولد هنا الاحتمالات كلها موجودة لا في بنت غير داخلة في هذا الاحتمال يعني فيه شق ثالث</w:t>
      </w:r>
    </w:p>
    <w:p>
      <w:r>
        <w:t>فهذا القياس الذي يبنى عليه تقسيم الميراث غير صحيح</w:t>
      </w:r>
    </w:p>
    <w:p>
      <w:r>
        <w:t>بعد العمة تنطق الأم حاضرة</w:t>
      </w:r>
    </w:p>
    <w:p>
      <w:r>
        <w:t>ان الوالد توفى تقسيم الميراث تأخذ الأم حقها ثم</w:t>
      </w:r>
    </w:p>
    <w:p>
      <w:r>
        <w:t>فيبقى هذا الميراث يقسم على الذكر والانثى على القاعدة للذكر مثل حظ الانثيين</w:t>
      </w:r>
    </w:p>
    <w:p>
      <w:r>
        <w:t>البنت الاخرى البنت الاخرى الام تنطق هذه تنازلت</w:t>
      </w:r>
    </w:p>
    <w:p>
      <w:r>
        <w:t>تنازلت لما غنية تنازلت عن ميراثها</w:t>
      </w:r>
    </w:p>
    <w:p>
      <w:r>
        <w:t>هنا الاحتمال يصير الاحتمالات كلها متوفرة</w:t>
      </w:r>
    </w:p>
    <w:p>
      <w:r>
        <w:t>فالتقسيم يكون صحيحا</w:t>
      </w:r>
    </w:p>
    <w:p>
      <w:r>
        <w:t>اذا لم تتنازل الام صحيح</w:t>
      </w:r>
    </w:p>
    <w:p>
      <w:r>
        <w:t>نسيتها مثلا</w:t>
      </w:r>
    </w:p>
    <w:p>
      <w:r>
        <w:t>فهنا الاحتمال غير تام</w:t>
      </w:r>
    </w:p>
    <w:p>
      <w:r>
        <w:t>اه القياس الذي على اساسه قسم الميراث غير الصحيح</w:t>
      </w:r>
    </w:p>
    <w:p>
      <w:r>
        <w:t>اما في التي تدور بين النفي والاثبات احتمالات كلها متوفرة</w:t>
      </w:r>
    </w:p>
    <w:p>
      <w:r>
        <w:t>القياس يكون صحيحا</w:t>
      </w:r>
    </w:p>
    <w:p>
      <w:r>
        <w:t>ترتيب قياس الدور اذا كان فيه مقدمة جزئية يأتي ان شاء الله</w:t>
      </w:r>
    </w:p>
    <w:p>
      <w:r>
        <w:t>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