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ترتيب قياس الدور اذا كان فيه مقدمة جزئية</w:t>
      </w:r>
    </w:p>
    <w:p>
      <w:r>
        <w:t>قال وفي الجزئيات الى ما يشبه ذلك</w:t>
      </w:r>
    </w:p>
    <w:p>
      <w:r>
        <w:t>ما يشبه ممر</w:t>
      </w:r>
    </w:p>
    <w:p>
      <w:r>
        <w:t>اقول قياس يحتاج في الجزئيات</w:t>
      </w:r>
    </w:p>
    <w:p>
      <w:r>
        <w:t>جزئيات يعني في مقدمة جزئية ليست شاملة</w:t>
      </w:r>
    </w:p>
    <w:p>
      <w:r>
        <w:t>يعني في الاقيس المنتجة للجزئي الى ان يعمل ما يشابهه عمل المنتج للكل</w:t>
      </w:r>
    </w:p>
    <w:p>
      <w:r>
        <w:t>نعم مثاله اذا قلنا بعض جيم جزئيا نتيجة حتما تكون جزئيا للقاعدة الكلية</w:t>
      </w:r>
    </w:p>
    <w:p>
      <w:r>
        <w:t>ما هي? النتيجة تتبع اخص المقدمة</w:t>
      </w:r>
    </w:p>
    <w:p>
      <w:r>
        <w:t>بعض ما معناه يعني الدائرة من جيم داخلة في باء</w:t>
      </w:r>
    </w:p>
    <w:p>
      <w:r>
        <w:t>نعم آآ اشكال اونر</w:t>
      </w:r>
    </w:p>
    <w:p>
      <w:r>
        <w:t>اونر جاب الدوائر</w:t>
      </w:r>
    </w:p>
    <w:p>
      <w:r>
        <w:t>صحيح</w:t>
      </w:r>
    </w:p>
    <w:p>
      <w:r>
        <w:t>دائرة جيم تتقاطع مع اباء ولا تدخل باسرها</w:t>
      </w:r>
    </w:p>
    <w:p>
      <w:r>
        <w:t>هذه هي الجزئية</w:t>
      </w:r>
    </w:p>
    <w:p>
      <w:r>
        <w:t>بعض يعني جيم له مصاديق كثيرة بعض مصاديق جيم يتعنون بعنوانها</w:t>
      </w:r>
    </w:p>
    <w:p>
      <w:r>
        <w:t>وكل باء الف هنا الإندراج التام</w:t>
      </w:r>
    </w:p>
    <w:p>
      <w:r>
        <w:t>لماذا الكبرى كلها? لأنه لا قياس من جزئيته</w:t>
      </w:r>
    </w:p>
    <w:p>
      <w:r>
        <w:t>انتاج من جزئيتين يجب ان تكون الكبرى كليا</w:t>
      </w:r>
    </w:p>
    <w:p>
      <w:r>
        <w:t>ينتج بعض جيم الف بطبيعة الحال</w:t>
      </w:r>
    </w:p>
    <w:p>
      <w:r>
        <w:t>اذا دخل جيم مقطعيا في باء وباء دخل بكله في الف جيم يدخل مقطعي في الف واضحة جدا</w:t>
      </w:r>
    </w:p>
    <w:p>
      <w:r>
        <w:t>مبدأ التناقض آآ شاخص في هذا القياس</w:t>
      </w:r>
    </w:p>
    <w:p>
      <w:r>
        <w:t>ينتج بعض جيم الف يعني باء تجر ما يسانخها من افراد جيم فقط</w:t>
      </w:r>
    </w:p>
    <w:p>
      <w:r>
        <w:t>ليس كل افراد جيم في دائرة الف</w:t>
      </w:r>
    </w:p>
    <w:p>
      <w:r>
        <w:t>فاذا اذا طلبنا بصدق الصغرى</w:t>
      </w:r>
    </w:p>
    <w:p>
      <w:r>
        <w:t>صدق الصغرى ما هي؟ بعض جنب</w:t>
      </w:r>
    </w:p>
    <w:p>
      <w:r>
        <w:t>ضممنا النتيجة النتيجة بعض جيم الف الى عكس الكبرى عكسا كليا</w:t>
      </w:r>
    </w:p>
    <w:p>
      <w:r>
        <w:t>متى تنعكس الكبرى عكسا كليا؟ قلنا اذا تصادق العنوان تصادق آآ تصادق العنوانان في الواقع الخارجي</w:t>
      </w:r>
    </w:p>
    <w:p>
      <w:r>
        <w:t>يعني مصديق العنوان الاول هي المصادق العنوان الثاني</w:t>
      </w:r>
    </w:p>
    <w:p>
      <w:r>
        <w:t>اذا كان عنوان من العنوانين ا ان التصادق غير صحيح</w:t>
      </w:r>
    </w:p>
    <w:p>
      <w:r>
        <w:t>يعني الكلية تنعكس جزئيا</w:t>
      </w:r>
    </w:p>
    <w:p>
      <w:r>
        <w:t>نعم فاذا طلبنا بصدق الصغرى صدق ما ما هي بعض جيم ضممنا النتيجة</w:t>
      </w:r>
    </w:p>
    <w:p>
      <w:r>
        <w:t>النتيجة هي بعض جيم الف جزئية</w:t>
      </w:r>
    </w:p>
    <w:p>
      <w:r>
        <w:t>الى عكس الكبرى</w:t>
      </w:r>
    </w:p>
    <w:p>
      <w:r>
        <w:t>عكسا كليا الكبرى ما هي؟ كل باء الف تصير كل الف باء متى؟ اذا تصادق يعني باء مصادقه عين مصاديق الف</w:t>
      </w:r>
    </w:p>
    <w:p>
      <w:r>
        <w:t>وتنعكس</w:t>
      </w:r>
    </w:p>
    <w:p>
      <w:r>
        <w:t>يعني الف ليس اعمم باء</w:t>
      </w:r>
    </w:p>
    <w:p>
      <w:r>
        <w:t>مساو له الى عكس الكبرى عكسا كليا</w:t>
      </w:r>
    </w:p>
    <w:p>
      <w:r>
        <w:t>ما هي? كل الف باء? نعم</w:t>
      </w:r>
    </w:p>
    <w:p>
      <w:r>
        <w:t>فاذا طلبنا بصدق الصغرى ضممنا النتيجة ما هي? جيم الف الى كل الف باء فنحصل على الشكل الاول الحد الاوسط هو الف يختفي في النتيجة فنقول بعض جيم الف وكل جيم بعض جيم الف وكل الف باء حد اوسط والف يختفي ينتج بعض الجيم باء نعم هذه هي النتيجة هذه هي الصورة الذي هو الصورة في القياس نعم لكن هذه الدقيقة وهو التساوي في الصدق</w:t>
      </w:r>
    </w:p>
    <w:p>
      <w:r>
        <w:t>ما في عنوان اعم مثل الضحك والانسان والمتعجب والانسان والناطق الانسان</w:t>
      </w:r>
    </w:p>
    <w:p>
      <w:r>
        <w:t>نعم</w:t>
      </w:r>
    </w:p>
    <w:p>
      <w:r>
        <w:t>النتيجة الكلية لا ينتجها آآ لا تنتجها المقدمات الجزئية</w:t>
      </w:r>
    </w:p>
    <w:p>
      <w:r>
        <w:t>ولا يمكن ان يبين الكلي ان يبين الكلي بالجزئي</w:t>
      </w:r>
    </w:p>
    <w:p>
      <w:r>
        <w:t>نعم</w:t>
      </w:r>
    </w:p>
    <w:p>
      <w:r>
        <w:t>اقول اقس المنتج للجزء قد يكون بعض مقدماتها الجزئية</w:t>
      </w:r>
    </w:p>
    <w:p>
      <w:r>
        <w:t>كما في هذا الظرب الذي ذكرناه ويصح استعمال قياس الدور في انتاج المقدمة الجزئية فيه كما بيناه</w:t>
      </w:r>
    </w:p>
    <w:p>
      <w:r>
        <w:t>ولا يصح استعمال الدور في انتاج المقدمة الكلية في مثلا مثلا لو عكسنا الصورة وظمناها النتيجة لان الجزء لا ينتج الكلي</w:t>
      </w:r>
    </w:p>
    <w:p>
      <w:r>
        <w:t>طبعا هذه قاعدة كلية ان الجزء لا ينتج الكلي صورة جزئية وكبرى جزئية لا ينتج الكلي لماذا لغياب الإندراج لغياب الإندراج في الصغرى اندراج مقطعي في الكبرى اندراج مقطعي</w:t>
      </w:r>
    </w:p>
    <w:p>
      <w:r>
        <w:t>فما نعرف الحد الأوسط اين يستقر</w:t>
      </w:r>
    </w:p>
    <w:p>
      <w:r>
        <w:t>بعض جيم الف وبعض باء بعض جيم الف وبعضه الف باء</w:t>
      </w:r>
    </w:p>
    <w:p>
      <w:r>
        <w:t>ما نعرف آآ الحد الأوسط الف اين يستقر</w:t>
      </w:r>
    </w:p>
    <w:p>
      <w:r>
        <w:t>ولهذا يقولون من شروط قياس الإندلاج التام يعني كليا</w:t>
      </w:r>
    </w:p>
    <w:p>
      <w:r>
        <w:t>كلية آآ كلية الكبرى او كلية الصغرى في الأعاقيس</w:t>
      </w:r>
    </w:p>
    <w:p>
      <w:r>
        <w:t>فلا انتاج من جزئيتين لا انتاج من جزئيتين قاعدة كلية نعم</w:t>
      </w:r>
    </w:p>
    <w:p>
      <w:r>
        <w:t>يقول ولا يمكن ان يبين الكل بالجزء اقول اقيس المنتج للجزئي قد يكون بعض مقدماتها جزئيا فقط</w:t>
      </w:r>
    </w:p>
    <w:p>
      <w:r>
        <w:t>يعني المقدمة اخرى يجب ان تكون كلية لقانون الإندراج</w:t>
      </w:r>
    </w:p>
    <w:p>
      <w:r>
        <w:t>كما في هذا الظرب الذي ذكرناه سابقا</w:t>
      </w:r>
    </w:p>
    <w:p>
      <w:r>
        <w:t>نعم ويصح استعمال قياس الدور في انتاج المقدمة الجزئية في كما بينناه</w:t>
      </w:r>
    </w:p>
    <w:p>
      <w:r>
        <w:t>ولا يصح استعمال الدور في انتاج المقدمة الكلية فيه</w:t>
      </w:r>
    </w:p>
    <w:p>
      <w:r>
        <w:t>نعم مثلا لو عكسنا الصغرى وضممناها الى النتيجة الصغرى تنعكس جزئية والنتيجة جزئية</w:t>
      </w:r>
    </w:p>
    <w:p>
      <w:r>
        <w:t>فالنتي نتيجة جزئية والصغرى جزئية لا لا لن نصل الى الكبرى الكلية</w:t>
      </w:r>
    </w:p>
    <w:p>
      <w:r>
        <w:t>لان الجزء لا ينتج الكلي</w:t>
      </w:r>
    </w:p>
    <w:p>
      <w:r>
        <w:t>قانون كلي هذا نعم لعدم لعدم الاندراج التام</w:t>
      </w:r>
    </w:p>
    <w:p>
      <w:r>
        <w:t>نعم</w:t>
      </w:r>
    </w:p>
    <w:p>
      <w:r>
        <w:t>اين يستفاد من قياس الطول والعكس? هنا هذا مطلب استخدامي</w:t>
      </w:r>
    </w:p>
    <w:p>
      <w:r>
        <w:t>مطلب وظيفي اكتب هناك هذا المطلب وظيفي</w:t>
      </w:r>
    </w:p>
    <w:p>
      <w:r>
        <w:t>استخدامي</w:t>
      </w:r>
    </w:p>
    <w:p>
      <w:r>
        <w:t>نعم عملي</w:t>
      </w:r>
    </w:p>
    <w:p>
      <w:r>
        <w:t>قال وليمتحن منهما في وليمتحن كل منهم في الاشكال</w:t>
      </w:r>
    </w:p>
    <w:p>
      <w:r>
        <w:t>ويستعملان في المغالطة بالتلبيس</w:t>
      </w:r>
    </w:p>
    <w:p>
      <w:r>
        <w:t>وفي امتحانيات للتدرب</w:t>
      </w:r>
    </w:p>
    <w:p>
      <w:r>
        <w:t>نعم</w:t>
      </w:r>
    </w:p>
    <w:p>
      <w:r>
        <w:t>المغالطة غش</w:t>
      </w:r>
    </w:p>
    <w:p>
      <w:r>
        <w:t>امتحانات للتضارب يعني للصقل الذهن وقوة المستدل</w:t>
      </w:r>
    </w:p>
    <w:p>
      <w:r>
        <w:t>نعم اذا هذا العنوان عنوان وظيفي</w:t>
      </w:r>
    </w:p>
    <w:p>
      <w:r>
        <w:t>عنوان ايه استخدامي? اقول ينبغي ان يمتحن قياس العكس وقياس الدرب في الاشكال الاربعة</w:t>
      </w:r>
    </w:p>
    <w:p>
      <w:r>
        <w:t>في جميع ضروبها</w:t>
      </w:r>
    </w:p>
    <w:p>
      <w:r>
        <w:t>ليعلم في كل ظرف آآ ليعلم في كل ظرب اي مقدمة من مقدمته ليمكن اثباتها بالدور وآآ ابطالها بالعكس</w:t>
      </w:r>
    </w:p>
    <w:p>
      <w:r>
        <w:t>وهذان القياسان اعني قياس الدور و العكس يستعملان في المغالطة بالتلبيس بان يغير صورة المطلوب في قياس الدور وصورة النقيض المطلوب لانه اما نبين آآ آآ المطلوب او نقيز المطل نعم او ضده في قياس العكس ويستعملي ايضا ويستعملي ايضا في الامتحانات للتدرب لتدرب المتعلم</w:t>
      </w:r>
    </w:p>
    <w:p>
      <w:r>
        <w:t>في اديب بريطاني اسمه كونان داويل اديب ولا ادري هذا الاديب كان يدرس الطب ظاهرا هذا ما قرأته وانا شاب استاذه في الطب كان يملك ذهنية قياسية عجيبة</w:t>
      </w:r>
    </w:p>
    <w:p>
      <w:r>
        <w:t>استنبطوا من حالات يشاهدها استنباطات متعددة</w:t>
      </w:r>
    </w:p>
    <w:p>
      <w:r>
        <w:t>فهو تعلم من استاذه هذه الملكة</w:t>
      </w:r>
    </w:p>
    <w:p>
      <w:r>
        <w:t>وبدأ يكتب اه روايات بوليسية تحت عنوان آآ شارلوك هومز</w:t>
      </w:r>
    </w:p>
    <w:p>
      <w:r>
        <w:t>افلام متعددة ادخل في في النت واكتب شارلوكومز</w:t>
      </w:r>
    </w:p>
    <w:p>
      <w:r>
        <w:t>تأتيك هذه الافلام وحتى هذه الروايات مكتوبة بالانجليزية لا ادري مترجمة الى اللغة العربية او باللغة الفرنسية موجودة باللغة الإنجليزية هي الأصل باللغة الإنجليزية فتجد هناك براعة في تطبيق هذه الأقيسا بشكل عجيب لأن شارلوك هولمس هذا تحري يكشف الإجرام يكشف يكشف العمليات الإجرامية بهذه الأقيساء الى انها تراها عمليا</w:t>
      </w:r>
    </w:p>
    <w:p>
      <w:r>
        <w:t>نعم ترى الإستنباط ترى الإستقراء والإستنباط بجميع هذه قياس الذوق قياس العكس قياس نعم الاستثناء من اراد ان يرى الابداع في تعميم او تفعيل القياس عمليا فعليه بهذه السلسلة من الكتب نعم</w:t>
      </w:r>
    </w:p>
    <w:p>
      <w:r>
        <w:t>معروفة في الافلام وهذا شارلوكونس شخصية خيالية فقط</w:t>
      </w:r>
    </w:p>
    <w:p>
      <w:r>
        <w:t>نعم</w:t>
      </w:r>
    </w:p>
    <w:p>
      <w:r>
        <w:t>والا الكتب والروايات اللي الاديب</w:t>
      </w:r>
    </w:p>
    <w:p>
      <w:r>
        <w:t>نعم</w:t>
      </w:r>
    </w:p>
    <w:p>
      <w:r>
        <w:t>فهذه فقط مسألة استخدامية عملية</w:t>
      </w:r>
    </w:p>
    <w:p>
      <w:r>
        <w:t>آآ للتلبيس وآآ التدريب فقط</w:t>
      </w:r>
    </w:p>
    <w:p>
      <w:r>
        <w:t>قياس الدور والعكس في العلوم</w:t>
      </w:r>
    </w:p>
    <w:p>
      <w:r>
        <w:t>قال وفي العلوم قد يقع ما يشبه الدور عند تحويل البرهان الاني الى اللمي كما يأتي من بعد</w:t>
      </w:r>
    </w:p>
    <w:p>
      <w:r>
        <w:t>برهان الاني انتقال من الاثر الى المؤثر من المعلول الى العلة</w:t>
      </w:r>
    </w:p>
    <w:p>
      <w:r>
        <w:t>والبرهان اللمي انتقال من العلة الى المعلول</w:t>
      </w:r>
    </w:p>
    <w:p>
      <w:r>
        <w:t>من العلة الى المعلول يقين من اللمة نعم ليس بيقين واذا كان بيقين لشروط خاصة</w:t>
      </w:r>
    </w:p>
    <w:p>
      <w:r>
        <w:t>كما يأتي بعد في البرهان</w:t>
      </w:r>
    </w:p>
    <w:p>
      <w:r>
        <w:t>لان بعد هذا الفصل يأتي فصل البرهان والحد</w:t>
      </w:r>
    </w:p>
    <w:p>
      <w:r>
        <w:t>والعكس عند رد الخلف الى المستقيم</w:t>
      </w:r>
    </w:p>
    <w:p>
      <w:r>
        <w:t>اه الخلف يعني قياس الخلف سيأتي هذه كلها البند الاتي وقياس الخلف</w:t>
      </w:r>
    </w:p>
    <w:p>
      <w:r>
        <w:t>اقول قد يقع في البرهان العلمي الدور والعكس</w:t>
      </w:r>
    </w:p>
    <w:p>
      <w:r>
        <w:t>اما الدور فكما اذا اردنا تحويل للبرهان الاني وهو الاستدلال هذا محور دلالي وهو الاستدلال بالمعلول على العلة الى البرهان اللم وهو محور دلالي وهو الاستدلال بالعلل هنا يفيد اليقين هي قاعدة ذوات الأسباب لا تعلم الا بأسبابها</w:t>
      </w:r>
    </w:p>
    <w:p>
      <w:r>
        <w:t>طبعا انت اذا وضعت اليد على السبب كل وزن بيدك</w:t>
      </w:r>
    </w:p>
    <w:p>
      <w:r>
        <w:t>كما تقول هذه الخشبة محترقة</w:t>
      </w:r>
    </w:p>
    <w:p>
      <w:r>
        <w:t>وكل خش محترقة قد مستها النار</w:t>
      </w:r>
    </w:p>
    <w:p>
      <w:r>
        <w:t>ينتج هذه الخشبة قد مستها النار</w:t>
      </w:r>
    </w:p>
    <w:p>
      <w:r>
        <w:t>فهذا برهان اني لانك انتقلت من المعلول خشب المحترقة معلولة للنار</w:t>
      </w:r>
    </w:p>
    <w:p>
      <w:r>
        <w:t>الذي مستها فهي اثر</w:t>
      </w:r>
    </w:p>
    <w:p>
      <w:r>
        <w:t>فانتقلت من الاثر الى المؤثر يعني من المعلول الى العلة</w:t>
      </w:r>
    </w:p>
    <w:p>
      <w:r>
        <w:t>فهذا برهان ان نعم يعني برهان اني</w:t>
      </w:r>
    </w:p>
    <w:p>
      <w:r>
        <w:t>لان استدن بالاحتراق على احساس النار</w:t>
      </w:r>
    </w:p>
    <w:p>
      <w:r>
        <w:t>والاحتراق معلول معلول يعني اثر الإمساس نار مست الخشبة نعم فإذا حولنا الى برهان الميم قلنا يعني اذا حولنا هذا البرهان اللي الى برهان ان لم نقول هذه الخشبة قد مستها النار وكل خشبة مستها النار فهي محترقة</w:t>
      </w:r>
    </w:p>
    <w:p>
      <w:r>
        <w:t>اذا آآ العلة ما هي? ليست نار</w:t>
      </w:r>
    </w:p>
    <w:p>
      <w:r>
        <w:t>مس النار للخشبة</w:t>
      </w:r>
    </w:p>
    <w:p>
      <w:r>
        <w:t>لان النار نار هو مبدأ الهوية مبدأ الهوية لا ينتج شيء النار نار بعد</w:t>
      </w:r>
    </w:p>
    <w:p>
      <w:r>
        <w:t>نعم</w:t>
      </w:r>
    </w:p>
    <w:p>
      <w:r>
        <w:t>تقول فيه نار وفي خشبة</w:t>
      </w:r>
    </w:p>
    <w:p>
      <w:r>
        <w:t>دينك ينتقل الى الاحتراق? لا</w:t>
      </w:r>
    </w:p>
    <w:p>
      <w:r>
        <w:t>الى النار نبدأ الهوية والخشبة مبدأ الهوية</w:t>
      </w:r>
    </w:p>
    <w:p>
      <w:r>
        <w:t>يجب ان ننتقل مبدأ الجوهرية</w:t>
      </w:r>
    </w:p>
    <w:p>
      <w:r>
        <w:t>يعني في تماس</w:t>
      </w:r>
    </w:p>
    <w:p>
      <w:r>
        <w:t>يعني النار تعينت بالمس</w:t>
      </w:r>
    </w:p>
    <w:p>
      <w:r>
        <w:t>طب اما اذا قلت النار مست الخشب</w:t>
      </w:r>
    </w:p>
    <w:p>
      <w:r>
        <w:t>ذهنك ينتقل يقينيا الى الاحتراق</w:t>
      </w:r>
    </w:p>
    <w:p>
      <w:r>
        <w:t>طبعا مع الشروط</w:t>
      </w:r>
    </w:p>
    <w:p>
      <w:r>
        <w:t>لان نحن في عالم المادة شروط ما هو? شروط ان تكون الخشبة جافة ليست مبلولة وقريبة من النار</w:t>
      </w:r>
    </w:p>
    <w:p>
      <w:r>
        <w:t>اذا كانت في استراليا ما لا يمكن ان يتم المس النار في النار في العراق والخشب في استراليا</w:t>
      </w:r>
    </w:p>
    <w:p>
      <w:r>
        <w:t>هذه شروط مادية مناخ مادي</w:t>
      </w:r>
    </w:p>
    <w:p>
      <w:r>
        <w:t>المهم انت تحرز المس هو العلة</w:t>
      </w:r>
    </w:p>
    <w:p>
      <w:r>
        <w:t>اذا احرزت المس مسمار الخشبة والخشبة كانت في مناخ ملائم يعني ليست مبلولة جافة حتما يأتي الاحتراق</w:t>
      </w:r>
    </w:p>
    <w:p>
      <w:r>
        <w:t>يأتي الاحتراق</w:t>
      </w:r>
    </w:p>
    <w:p>
      <w:r>
        <w:t>نعم</w:t>
      </w:r>
    </w:p>
    <w:p>
      <w:r>
        <w:t>لان النار لا تتخلف عن اثرها مطلقا حتى في المعجزة</w:t>
      </w:r>
    </w:p>
    <w:p>
      <w:r>
        <w:t>النار تحرق</w:t>
      </w:r>
    </w:p>
    <w:p>
      <w:r>
        <w:t>في معجزة ابراهيم قوة في مقابل النار</w:t>
      </w:r>
    </w:p>
    <w:p>
      <w:r>
        <w:t>مثل مثلا انا انا ارمي القلم الى السمع</w:t>
      </w:r>
    </w:p>
    <w:p>
      <w:r>
        <w:t>هناك قوة في مقابل الجاذبية</w:t>
      </w:r>
    </w:p>
    <w:p>
      <w:r>
        <w:t>لا يعني ان الجاذبية بطلت قانون الجاذبية بطل لا ابدا قوة في مقابل القوى الجاذبية</w:t>
      </w:r>
    </w:p>
    <w:p>
      <w:r>
        <w:t>فكذلك في نار ابراهيم تحرق قوة في مقابلها</w:t>
      </w:r>
    </w:p>
    <w:p>
      <w:r>
        <w:t>والا هي تحرق قوة في مقابلها</w:t>
      </w:r>
    </w:p>
    <w:p>
      <w:r>
        <w:t>نعم</w:t>
      </w:r>
    </w:p>
    <w:p>
      <w:r>
        <w:t>ليست مسألة قوانين</w:t>
      </w:r>
    </w:p>
    <w:p>
      <w:r>
        <w:t>السيد الطباطبائي في الميزان يقول حكومة قانون على قانون</w:t>
      </w:r>
    </w:p>
    <w:p>
      <w:r>
        <w:t>الحكومة بالمعنى الاصولي</w:t>
      </w:r>
    </w:p>
    <w:p>
      <w:r>
        <w:t>يعني اللعب على عقد الوضع وعقد الحمل والنسبة</w:t>
      </w:r>
    </w:p>
    <w:p>
      <w:r>
        <w:t>تضييقا اتساعا</w:t>
      </w:r>
    </w:p>
    <w:p>
      <w:r>
        <w:t>لا لا ليس من هذا الصدف</w:t>
      </w:r>
    </w:p>
    <w:p>
      <w:r>
        <w:t>قوة في مقابل قوة وليس اه قانونا في مقابل قانون</w:t>
      </w:r>
    </w:p>
    <w:p>
      <w:r>
        <w:t>كيف غيرنا? انظروا كيف غيرنا</w:t>
      </w:r>
    </w:p>
    <w:p>
      <w:r>
        <w:t>هذه الخشبة قد مستها النار</w:t>
      </w:r>
    </w:p>
    <w:p>
      <w:r>
        <w:t>نعم</w:t>
      </w:r>
    </w:p>
    <w:p>
      <w:r>
        <w:t>وكل خشبة مستها النار</w:t>
      </w:r>
    </w:p>
    <w:p>
      <w:r>
        <w:t>فهي محترقة</w:t>
      </w:r>
    </w:p>
    <w:p>
      <w:r>
        <w:t>نعم</w:t>
      </w:r>
    </w:p>
    <w:p>
      <w:r>
        <w:t>فهل حد الشرق الاوسط ما هو المس؟ الحد الاوسط علة واقعية هنا</w:t>
      </w:r>
    </w:p>
    <w:p>
      <w:r>
        <w:t>برهان ينتج هذه الخشبة محترق</w:t>
      </w:r>
    </w:p>
    <w:p>
      <w:r>
        <w:t>فصغر هذا البرهان نتيجة البرهان الاول</w:t>
      </w:r>
    </w:p>
    <w:p>
      <w:r>
        <w:t>البرهان اه الاني وكبره عكس كبرى القياس الاولى وانتج ما هو الصورة الاولى</w:t>
      </w:r>
    </w:p>
    <w:p>
      <w:r>
        <w:t>نعم</w:t>
      </w:r>
    </w:p>
    <w:p>
      <w:r>
        <w:t>يعني امور عملية رائعة جدا</w:t>
      </w:r>
    </w:p>
    <w:p>
      <w:r>
        <w:t>وانما قال قد يقع في العلوم ما يشبه الدور</w:t>
      </w:r>
    </w:p>
    <w:p>
      <w:r>
        <w:t>لان الدور نقل احد البرهانين الى الاخر يعني نقل الان الى اللمبي</w:t>
      </w:r>
    </w:p>
    <w:p>
      <w:r>
        <w:t>ليس لاثبات مقدمة القياس</w:t>
      </w:r>
    </w:p>
    <w:p>
      <w:r>
        <w:t>نعم</w:t>
      </w:r>
    </w:p>
    <w:p>
      <w:r>
        <w:t>فلهذا كان شبيها بالدور</w:t>
      </w:r>
    </w:p>
    <w:p>
      <w:r>
        <w:t>ولم يكن اياه على الحقيقة</w:t>
      </w:r>
    </w:p>
    <w:p>
      <w:r>
        <w:t>نعم</w:t>
      </w:r>
    </w:p>
    <w:p>
      <w:r>
        <w:t>والخشبة محترقة آآ في القياس الإني ماذا قال? آآ الخشبة محترقة صغرى القياس</w:t>
      </w:r>
    </w:p>
    <w:p>
      <w:r>
        <w:t>وهم هنا في اللم آآ نتيجة قياس لاحظت هذا هو معنى الدور نعم</w:t>
      </w:r>
    </w:p>
    <w:p>
      <w:r>
        <w:t>واما استعمال ما يشبه العكس في العلوم فكما اذا اردنا رد الخلف الى المستقيم</w:t>
      </w:r>
    </w:p>
    <w:p>
      <w:r>
        <w:t>نعم</w:t>
      </w:r>
    </w:p>
    <w:p>
      <w:r>
        <w:t>الخلف سيأتي ان شاء الله بعد هذا المطلب قياس الخلف قياس الخلف واضح جدا تأتي الى النتيجة نتيجة الخصم وآآ تعين نقيضها سلة اذا اثبت الاجتماع النقيضين</w:t>
      </w:r>
    </w:p>
    <w:p>
      <w:r>
        <w:t>مبدأ التناقض</w:t>
      </w:r>
    </w:p>
    <w:p>
      <w:r>
        <w:t>اذا ثبت لا سين سين تتبخر</w:t>
      </w:r>
    </w:p>
    <w:p>
      <w:r>
        <w:t>تبطل</w:t>
      </w:r>
    </w:p>
    <w:p>
      <w:r>
        <w:t>لمبدأ التناقض</w:t>
      </w:r>
    </w:p>
    <w:p>
      <w:r>
        <w:t>قلت لكم مبدأ التناقض يعطي الحجة لتمام قياس الخلف</w:t>
      </w:r>
    </w:p>
    <w:p>
      <w:r>
        <w:t>في القياس اقتراني حبلي او المختلط يعطي الحجية للكبرى فقط</w:t>
      </w:r>
    </w:p>
    <w:p>
      <w:r>
        <w:t>اما في القياس الحملي وحتى الشرطي يعطي آآ الاستثناء يعطي الحجية لاصل القياس</w:t>
      </w:r>
    </w:p>
    <w:p>
      <w:r>
        <w:t>يعني تقول لما اذا اردنا نبطل سين نتيجة الخصم</w:t>
      </w:r>
    </w:p>
    <w:p>
      <w:r>
        <w:t>نثبت النقيض لأن النقيضان لا يجتمعان ولا يار مرتفعان</w:t>
      </w:r>
    </w:p>
    <w:p>
      <w:r>
        <w:t>اذا ثبت النقيض بطل النقيض اخوه</w:t>
      </w:r>
    </w:p>
    <w:p>
      <w:r>
        <w:t>سين اثبت لا سين مرة لا اقدر</w:t>
      </w:r>
    </w:p>
    <w:p>
      <w:r>
        <w:t>لا تساعدني الظروف</w:t>
      </w:r>
    </w:p>
    <w:p>
      <w:r>
        <w:t>عندي فقط لازم النقيض</w:t>
      </w:r>
    </w:p>
    <w:p>
      <w:r>
        <w:t>لازم لسن</w:t>
      </w:r>
    </w:p>
    <w:p>
      <w:r>
        <w:t>بالمنطق الصوراني الحديث</w:t>
      </w:r>
    </w:p>
    <w:p>
      <w:r>
        <w:t>ناقص سين</w:t>
      </w:r>
    </w:p>
    <w:p>
      <w:r>
        <w:t>لا سين يعني ناقص س اذهب الى اللازم ابطله وابطله لازم نقف</w:t>
      </w:r>
    </w:p>
    <w:p>
      <w:r>
        <w:t>ابطله او اثبته</w:t>
      </w:r>
    </w:p>
    <w:p>
      <w:r>
        <w:t>هنا اثبته</w:t>
      </w:r>
    </w:p>
    <w:p>
      <w:r>
        <w:t>اذا اثبت اللازم يثبت لي هو النقيض يبطل المدعى سين مرة لا مرة انت في مقابل الخصم عندك نتيجة السن ولا يقبلها تروح الى النقيض لا سين ناقص سين وتبطلوا يبطل ثبت مرة ما تقدر تروح الى لازم النقيض صاد تبطله اذا بطل صاد بطل النقيض لا سين يثبت حسب السجل المعرفي</w:t>
      </w:r>
    </w:p>
    <w:p>
      <w:r>
        <w:t>نعم واما استعمال ما يشبه ما يشبه العكس في العلوم فكما اذا اردنا رد الخلف الى المستقيم</w:t>
      </w:r>
    </w:p>
    <w:p>
      <w:r>
        <w:t>نعم يعني لا نأتي من بان يؤخذ هذا هو البيان</w:t>
      </w:r>
    </w:p>
    <w:p>
      <w:r>
        <w:t>بان يؤخذ نقيض المقدمة المحال نقيضة المقدمة المحال</w:t>
      </w:r>
    </w:p>
    <w:p>
      <w:r>
        <w:t>يعني نقيض المدعى نقيض سين يعني لا سين</w:t>
      </w:r>
    </w:p>
    <w:p>
      <w:r>
        <w:t>ويقرن هذا النقيظ على اللا سين نعم</w:t>
      </w:r>
    </w:p>
    <w:p>
      <w:r>
        <w:t>بالمقدمة الصادقة</w:t>
      </w:r>
    </w:p>
    <w:p>
      <w:r>
        <w:t>مقدمة الصادقة</w:t>
      </w:r>
    </w:p>
    <w:p>
      <w:r>
        <w:t>لينتج المطلوب</w:t>
      </w:r>
    </w:p>
    <w:p>
      <w:r>
        <w:t>نعم</w:t>
      </w:r>
    </w:p>
    <w:p>
      <w:r>
        <w:t>لماذا? لان الخصم اذا ادعى سين وانت تأتي الى لاسين وهذا اللا سين تأتيه بمقدمة صادقة</w:t>
      </w:r>
    </w:p>
    <w:p>
      <w:r>
        <w:t>خليك من السين تروح الى النقيض الصين لا سين وتضم مقدمة صادقة تشكل لك قياسا جديدا من النقيض مقدمة صادقة ينتج نتيجة كاذبة</w:t>
      </w:r>
    </w:p>
    <w:p>
      <w:r>
        <w:t>لا يقبلها الخصم</w:t>
      </w:r>
    </w:p>
    <w:p>
      <w:r>
        <w:t>فتسأل الخصم هذا الكذب النتيجة الكذبة من اين? ليس من القضية الصادقة الذي هو يقبلها</w:t>
      </w:r>
    </w:p>
    <w:p>
      <w:r>
        <w:t>اذا من من النقيض</w:t>
      </w:r>
    </w:p>
    <w:p>
      <w:r>
        <w:t>نعم</w:t>
      </w:r>
    </w:p>
    <w:p>
      <w:r>
        <w:t>من النقيض</w:t>
      </w:r>
    </w:p>
    <w:p>
      <w:r>
        <w:t>فالنقيض هو المرض</w:t>
      </w:r>
    </w:p>
    <w:p>
      <w:r>
        <w:t>يعني نتيجته هو مدعاه هو</w:t>
      </w:r>
    </w:p>
    <w:p>
      <w:r>
        <w:t>هو يدعي اه مدعى</w:t>
      </w:r>
    </w:p>
    <w:p>
      <w:r>
        <w:t>نعم</w:t>
      </w:r>
    </w:p>
    <w:p>
      <w:r>
        <w:t>مدعاة لا سين مثلا</w:t>
      </w:r>
    </w:p>
    <w:p>
      <w:r>
        <w:t>انا عندي فاظن له مقدمة صادقة ينتج كاذبا</w:t>
      </w:r>
    </w:p>
    <w:p>
      <w:r>
        <w:t>يعني هو لا يقبلها</w:t>
      </w:r>
    </w:p>
    <w:p>
      <w:r>
        <w:t>فتقول من اين المرض? من الصادقة? لا</w:t>
      </w:r>
    </w:p>
    <w:p>
      <w:r>
        <w:t>من مدعاك</w:t>
      </w:r>
    </w:p>
    <w:p>
      <w:r>
        <w:t>نعم فيبطل المدعى يثبت سين الذي انا ادعيه</w:t>
      </w:r>
    </w:p>
    <w:p>
      <w:r>
        <w:t>نعم</w:t>
      </w:r>
    </w:p>
    <w:p>
      <w:r>
        <w:t>بان يؤخذ نقيض المقدمة المحالة</w:t>
      </w:r>
    </w:p>
    <w:p>
      <w:r>
        <w:t>ويقرن بالمقدمة الصادقة لينتج المطلوب</w:t>
      </w:r>
    </w:p>
    <w:p>
      <w:r>
        <w:t>كما لو كانت المقدمة المحالة كل جيم باء</w:t>
      </w:r>
    </w:p>
    <w:p>
      <w:r>
        <w:t>هذه هي الذي انا لا اقبلها</w:t>
      </w:r>
    </w:p>
    <w:p>
      <w:r>
        <w:t>الذي هو نتيجة الخلف وهو كل جيم الف</w:t>
      </w:r>
    </w:p>
    <w:p>
      <w:r>
        <w:t>الذي هو نقيض ليس كل جيم الف</w:t>
      </w:r>
    </w:p>
    <w:p>
      <w:r>
        <w:t>كل جيم الف كلية ناقضها ليس كل جيم الف يعني بعض جيم ليس الف</w:t>
      </w:r>
    </w:p>
    <w:p>
      <w:r>
        <w:t>وكل الف باء</w:t>
      </w:r>
    </w:p>
    <w:p>
      <w:r>
        <w:t>نعم</w:t>
      </w:r>
    </w:p>
    <w:p>
      <w:r>
        <w:t>طبعا هنا آآ الف آآ حد اوسط محمول نعم</w:t>
      </w:r>
    </w:p>
    <w:p>
      <w:r>
        <w:t>كل جيم الف وكل الف باء لا الشكل الأول بالسلب فنأخذ نقيضها وهو ليس كل جيم باء ونظمه الى المقدمة الصادقة وهي كل جيمبا على انها مقدمة صادقة يعني مقبولة عند الطرفين ينتج ليس كل الف وسيأتي بيان سيأتي بيانه</w:t>
      </w:r>
    </w:p>
    <w:p>
      <w:r>
        <w:t>اعيد التطبيق</w:t>
      </w:r>
    </w:p>
    <w:p>
      <w:r>
        <w:t>لان هذا تطبيق لقياس الخلف وسيأتي بيانه في الفقرة الاتية</w:t>
      </w:r>
    </w:p>
    <w:p>
      <w:r>
        <w:t>ان شاء الله في الحصة الاتية الاتية</w:t>
      </w:r>
    </w:p>
    <w:p>
      <w:r>
        <w:t>واما استعمال ما يشبه العكس في العلوم</w:t>
      </w:r>
    </w:p>
    <w:p>
      <w:r>
        <w:t>العلوم يعني العلوم اليقينية</w:t>
      </w:r>
    </w:p>
    <w:p>
      <w:r>
        <w:t>فكما اذا اردنا رد الخلف الى المستقيم</w:t>
      </w:r>
    </w:p>
    <w:p>
      <w:r>
        <w:t>عندنا قياس الخلف نرجع الى قياس المستقيم الذي لا يعتمد على النقيض</w:t>
      </w:r>
    </w:p>
    <w:p>
      <w:r>
        <w:t>لان يؤخذ نقيض المقدمة المحالق</w:t>
      </w:r>
    </w:p>
    <w:p>
      <w:r>
        <w:t>المقدم المحالاة لنفرض سين</w:t>
      </w:r>
    </w:p>
    <w:p>
      <w:r>
        <w:t>فنأتي بناقضها ويقرن بالمقدمة الصادقة لينتج المطلوب</w:t>
      </w:r>
    </w:p>
    <w:p>
      <w:r>
        <w:t>نعم</w:t>
      </w:r>
    </w:p>
    <w:p>
      <w:r>
        <w:t>ينتج المطلوب</w:t>
      </w:r>
    </w:p>
    <w:p>
      <w:r>
        <w:t>يعني ينتج ما ادعيه انا</w:t>
      </w:r>
    </w:p>
    <w:p>
      <w:r>
        <w:t>ويرفضه الطرف المقابل</w:t>
      </w:r>
    </w:p>
    <w:p>
      <w:r>
        <w:t>القضية الصادقة مع الاتفاق والمطلوب مع الاتفاق اذا هذا النقيض الذي انا انقض عليك به صادقون</w:t>
      </w:r>
    </w:p>
    <w:p>
      <w:r>
        <w:t>نعم</w:t>
      </w:r>
    </w:p>
    <w:p>
      <w:r>
        <w:t>كما لو كانت المقدمة المحالة كل جين باء</w:t>
      </w:r>
    </w:p>
    <w:p>
      <w:r>
        <w:t>هادي هي الذي هو نتيجة قياس الخلف</w:t>
      </w:r>
    </w:p>
    <w:p>
      <w:r>
        <w:t>نعم</w:t>
      </w:r>
    </w:p>
    <w:p>
      <w:r>
        <w:t>وهو كل جيم الف</w:t>
      </w:r>
    </w:p>
    <w:p>
      <w:r>
        <w:t>كما لو كانت المقدمة المحالة كل جيم باء الذي ونتيجة قياس الخلف وهو كل جيم الف</w:t>
      </w:r>
    </w:p>
    <w:p>
      <w:r>
        <w:t>كل جيم الف الذي هو نقيض ليس كل جيم الف يعني نقيض الصغرى السالبة</w:t>
      </w:r>
    </w:p>
    <w:p>
      <w:r>
        <w:t>وكل الف باء</w:t>
      </w:r>
    </w:p>
    <w:p>
      <w:r>
        <w:t>كل جيم الف وكل الف واضح جدا الشكل الاول ماذا يعطيك? يعطيك اه كل جيم فنأخذ نقيضها نقيض كل جيم باء وهو ليس كل جيم باء</w:t>
      </w:r>
    </w:p>
    <w:p>
      <w:r>
        <w:t>هذا او النقيض ونظمه الى المقدمة الصادقة وهي كل جيم الف آآ كل الف باء نعم فعندنا ليس كل جيم باء وكل الف باء آآ هذا الشكل الثاني ينتج سالبة على انه مقدمة صادقة نبني على انها صادقة يعني يقبلها الخصم ينتج ان الشكل الثاني با محمول في المقدمتين بالسلب</w:t>
      </w:r>
    </w:p>
    <w:p>
      <w:r>
        <w:t>الشكل الثاني ينتج ليس كل جيم الف لغياب الحد الأوسط باء</w:t>
      </w:r>
    </w:p>
    <w:p>
      <w:r>
        <w:t>وسيأتي بيانه ان شاء الله</w:t>
      </w:r>
    </w:p>
    <w:p>
      <w:r>
        <w:t>قياس الخوف يأتي ان شاء الله</w:t>
      </w:r>
    </w:p>
    <w:p>
      <w:r>
        <w:t>اللهم صل على محمد وال محمد</w:t>
      </w:r>
    </w:p>
    <w:p>
      <w:r>
        <w:t>وال محمد</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