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 والصلاة والسلام على محمد واله الطاهرين</w:t>
      </w:r>
    </w:p>
    <w:p>
      <w:r>
        <w:t>اللهم صل على محمد وال محمد</w:t>
      </w:r>
    </w:p>
    <w:p>
      <w:r>
        <w:t>اللهم ارزقنا التوفيق والاخلاص</w:t>
      </w:r>
    </w:p>
    <w:p>
      <w:r>
        <w:t>وصلنا معكم الى هذه الفقرة ايأس الخلف</w:t>
      </w:r>
    </w:p>
    <w:p>
      <w:r>
        <w:t>قال والخ هو اثبات المطلوب بابطال نقيضه</w:t>
      </w:r>
    </w:p>
    <w:p>
      <w:r>
        <w:t>وذلك بيان لصورة القياس</w:t>
      </w:r>
    </w:p>
    <w:p>
      <w:r>
        <w:t>اذا قياس الخلف لانه ناتي من النقيض</w:t>
      </w:r>
    </w:p>
    <w:p>
      <w:r>
        <w:t>لاننا جئنا من خلف هو يدعي سين نريد ان نبطل سين نثبت لا سين</w:t>
      </w:r>
    </w:p>
    <w:p>
      <w:r>
        <w:t>لماذا? لاجتماع النقيضين قلنا فيما سبق ان مبدأ التناقض هو ملاك حجية قياس قياس الخلف</w:t>
      </w:r>
    </w:p>
    <w:p>
      <w:r>
        <w:t>اذا اثبتنا لا سين يبطل سين</w:t>
      </w:r>
    </w:p>
    <w:p>
      <w:r>
        <w:t>واذا ثبت سين يبطل لا سين</w:t>
      </w:r>
    </w:p>
    <w:p>
      <w:r>
        <w:t>مرة ما نقدر</w:t>
      </w:r>
    </w:p>
    <w:p>
      <w:r>
        <w:t>نثبت لا سي نثبت لازم</w:t>
      </w:r>
    </w:p>
    <w:p>
      <w:r>
        <w:t>لازم لا سين اذا ثبت اللازم يثبت الملزوم</w:t>
      </w:r>
    </w:p>
    <w:p>
      <w:r>
        <w:t>اذا ثبت لا سين بطل مدعاه سين</w:t>
      </w:r>
    </w:p>
    <w:p>
      <w:r>
        <w:t>هنا يبين سورة القياس</w:t>
      </w:r>
    </w:p>
    <w:p>
      <w:r>
        <w:t>وذلك بان يتألف من قياس الخلف</w:t>
      </w:r>
    </w:p>
    <w:p>
      <w:r>
        <w:t>من نقيض ومن مقدمة موضوعة ما ينتج محالا</w:t>
      </w:r>
    </w:p>
    <w:p>
      <w:r>
        <w:t>وذلك بان يتألف من نقيضه ومن مقدمة موظوعة</w:t>
      </w:r>
    </w:p>
    <w:p>
      <w:r>
        <w:t>يعني نحن وضعناها ما ينتج محالا فيعرف منه يعني من هذا القياس الذي ينتج محالا كذب نقيض المطلوب</w:t>
      </w:r>
    </w:p>
    <w:p>
      <w:r>
        <w:t>كيف الصورة هكذا? انا ادعي دعوة هي سين</w:t>
      </w:r>
    </w:p>
    <w:p>
      <w:r>
        <w:t>الطرف المقابل لا يرفض الصين وفقا لمبدأ التناقض اذا يتبنى هذه القضية</w:t>
      </w:r>
    </w:p>
    <w:p>
      <w:r>
        <w:t>اذا رفض السين يعني يتبنى</w:t>
      </w:r>
    </w:p>
    <w:p>
      <w:r>
        <w:t>انا اتي وابط كيف يشكل قياسا? مقدمة هي النقيض لا سين الذي هو يدعيها وانا اريد ابطلها اطعمها بقضية صادقة يقبلها هو وانا اقبلها النتيجة تأتي باطلة</w:t>
      </w:r>
    </w:p>
    <w:p>
      <w:r>
        <w:t>من اين النتيجة تأتي باطلة? من المرض القضية التي وضعناها صادقة اذا المرض يأتي من? مدعاه من اذا لا سين باطلة سهلة المسألة</w:t>
      </w:r>
    </w:p>
    <w:p>
      <w:r>
        <w:t>وذلك بان يتألف قياس من نقيضه ومن مقدمة موضوعة</w:t>
      </w:r>
    </w:p>
    <w:p>
      <w:r>
        <w:t>ما ينتج محالا هذه المقدمة الموضوعة صادقة يقبلها هو</w:t>
      </w:r>
    </w:p>
    <w:p>
      <w:r>
        <w:t>اذا المحال من اين جاء؟ جاء من آآ ما يدعي هو لا سين</w:t>
      </w:r>
    </w:p>
    <w:p>
      <w:r>
        <w:t>اذا لا سين باطل</w:t>
      </w:r>
    </w:p>
    <w:p>
      <w:r>
        <w:t>دعواي انا صحيحة ياسين فيعرف منه من هذا القياس الذي انتج المحال من دعواه كذب نقيض مطلوب</w:t>
      </w:r>
    </w:p>
    <w:p>
      <w:r>
        <w:t>كذب نقيض السين الذي انا ادعيه</w:t>
      </w:r>
    </w:p>
    <w:p>
      <w:r>
        <w:t>ناقل سلة لا سين كذبة</w:t>
      </w:r>
    </w:p>
    <w:p>
      <w:r>
        <w:t>فيتحقق صدقه صدق الدعوة صدق سين</w:t>
      </w:r>
    </w:p>
    <w:p>
      <w:r>
        <w:t>جيد ثم يأتي الى شكله وهو مركب من قياس اقتراني</w:t>
      </w:r>
    </w:p>
    <w:p>
      <w:r>
        <w:t>قياس اقتراني يعني صغرى كبرى نتيجة</w:t>
      </w:r>
    </w:p>
    <w:p>
      <w:r>
        <w:t>نعم</w:t>
      </w:r>
    </w:p>
    <w:p>
      <w:r>
        <w:t>مؤلف من متصلة</w:t>
      </w:r>
    </w:p>
    <w:p>
      <w:r>
        <w:t>قضية متصلة</w:t>
      </w:r>
    </w:p>
    <w:p>
      <w:r>
        <w:t>مقدمة من مقدمتهم المتصلة مقدمها المتصلة ان مقدمه التالي يقول مقدمها فرض المطلوب كذبا فرض المطلوب كذبا يعني آآ لنفرض ان سين كذبة يعني لا سين هي الصحيحة</w:t>
      </w:r>
    </w:p>
    <w:p>
      <w:r>
        <w:t>وتليها وضع نقيض المطلوب</w:t>
      </w:r>
    </w:p>
    <w:p>
      <w:r>
        <w:t>تليها هو سين</w:t>
      </w:r>
    </w:p>
    <w:p>
      <w:r>
        <w:t>وحملية</w:t>
      </w:r>
    </w:p>
    <w:p>
      <w:r>
        <w:t>يعني هذه الشرطية ثم حملية</w:t>
      </w:r>
    </w:p>
    <w:p>
      <w:r>
        <w:t>هذا هو القياس الاقتراني</w:t>
      </w:r>
    </w:p>
    <w:p>
      <w:r>
        <w:t>ليس القياس الاستثنائي القياس الاقتراني صغرى كبرى النتيجة الحد الاوسط يتكرر</w:t>
      </w:r>
    </w:p>
    <w:p>
      <w:r>
        <w:t>وهي المقدمة الموضوعة</w:t>
      </w:r>
    </w:p>
    <w:p>
      <w:r>
        <w:t>بشرط ان تكون هذه المقدمة الموضوعة صادقة</w:t>
      </w:r>
    </w:p>
    <w:p>
      <w:r>
        <w:t>يعني هو يقبلها وانا اقبلها</w:t>
      </w:r>
    </w:p>
    <w:p>
      <w:r>
        <w:t>ثم يأتي قياس استثنائي واستثنائي شرطية ينتجه الاقتران السابق</w:t>
      </w:r>
    </w:p>
    <w:p>
      <w:r>
        <w:t>واستثنائي شرطيته</w:t>
      </w:r>
    </w:p>
    <w:p>
      <w:r>
        <w:t>واستثنائي الاستثناء شرطية واستثناء</w:t>
      </w:r>
    </w:p>
    <w:p>
      <w:r>
        <w:t>شرطية الاستثناء هو نتيجة القياس الاقتراني ويستثنى منه نقيض ويستثنى منه نقيض كريهة</w:t>
      </w:r>
    </w:p>
    <w:p>
      <w:r>
        <w:t>نقيض التالي تقول اذا كان الف باء نقول لا باء</w:t>
      </w:r>
    </w:p>
    <w:p>
      <w:r>
        <w:t>المحال ينتج صدق المطلوب</w:t>
      </w:r>
    </w:p>
    <w:p>
      <w:r>
        <w:t>طبعا هذه في الخيال لم تستقر بالمثال يستقر</w:t>
      </w:r>
    </w:p>
    <w:p>
      <w:r>
        <w:t>تبع مع العلام الحيني تفهم جيدا</w:t>
      </w:r>
    </w:p>
    <w:p>
      <w:r>
        <w:t>اقول الخلف هو بالفرنسي يسمى يستخدم كثيرا في الرياضيات وفي الجدل</w:t>
      </w:r>
    </w:p>
    <w:p>
      <w:r>
        <w:t>وحتى في البرهانيات</w:t>
      </w:r>
    </w:p>
    <w:p>
      <w:r>
        <w:t>اقول الخلف وفي اه بعض الاستخدامات الخلف</w:t>
      </w:r>
    </w:p>
    <w:p>
      <w:r>
        <w:t>الخلف يعني من التناقض</w:t>
      </w:r>
    </w:p>
    <w:p>
      <w:r>
        <w:t>نعم</w:t>
      </w:r>
    </w:p>
    <w:p>
      <w:r>
        <w:t>هذا المطلب تجدونه كما يقول الشيخ بضعف الحاشية في كتاب الشفاء للشيخ الرئيس قسم المنطق باب القياس صفحة ربعمية وحداش</w:t>
      </w:r>
    </w:p>
    <w:p>
      <w:r>
        <w:t>نعم</w:t>
      </w:r>
    </w:p>
    <w:p>
      <w:r>
        <w:t>الخلف احد الاقيس المركبة</w:t>
      </w:r>
    </w:p>
    <w:p>
      <w:r>
        <w:t>مركب من اقتران وشرطي</w:t>
      </w:r>
    </w:p>
    <w:p>
      <w:r>
        <w:t>وهو عبارة عن اثبات هذا المحور الدلالي وهو عبارة عن اثبات المطلوب لناقضه لمبدأ التناقض</w:t>
      </w:r>
    </w:p>
    <w:p>
      <w:r>
        <w:t>كما اذا صدق ليس كل جيم ليس كل يعني نفي الكلية</w:t>
      </w:r>
    </w:p>
    <w:p>
      <w:r>
        <w:t>يعني بعض جيم ليس باء</w:t>
      </w:r>
    </w:p>
    <w:p>
      <w:r>
        <w:t>فدخول جيم داخل دائرة باء مقطعي</w:t>
      </w:r>
    </w:p>
    <w:p>
      <w:r>
        <w:t>يدخل بجزئه وليس بكله</w:t>
      </w:r>
    </w:p>
    <w:p>
      <w:r>
        <w:t>فبعض جيمبا وبعضهم جيم ليس باء</w:t>
      </w:r>
    </w:p>
    <w:p>
      <w:r>
        <w:t>اذا اذا قلنا ليس كل جيم باء الى المقطع الخارج عن باء</w:t>
      </w:r>
    </w:p>
    <w:p>
      <w:r>
        <w:t>وكل الف باء الف الدائرة الداخلة في تمام باء اندراج شامل كلي</w:t>
      </w:r>
    </w:p>
    <w:p>
      <w:r>
        <w:t>فنقول النتيجة جيم يندرج تحت الف بالاندلاج الجزئي كذلك</w:t>
      </w:r>
    </w:p>
    <w:p>
      <w:r>
        <w:t>قياس من الشكل يصدق ليس كل جيم الف يعني بعض الجيم ليس الف وبعض جيم الف</w:t>
      </w:r>
    </w:p>
    <w:p>
      <w:r>
        <w:t>من بعض جيم الف? الذي كان داخل باء</w:t>
      </w:r>
    </w:p>
    <w:p>
      <w:r>
        <w:t>وبعض جيم خارج عن باب وبالتالي يخرج عن الالف</w:t>
      </w:r>
    </w:p>
    <w:p>
      <w:r>
        <w:t>فهذا المطلوب اذا بيانه بالخلف</w:t>
      </w:r>
    </w:p>
    <w:p>
      <w:r>
        <w:t>ليس كل جيم الف</w:t>
      </w:r>
    </w:p>
    <w:p>
      <w:r>
        <w:t>نريد ان آآ نبينه بالخلف</w:t>
      </w:r>
    </w:p>
    <w:p>
      <w:r>
        <w:t>نتيجة صحيحة</w:t>
      </w:r>
    </w:p>
    <w:p>
      <w:r>
        <w:t>ضممنا اذ ظهو الى مقدمة موظوعة</w:t>
      </w:r>
    </w:p>
    <w:p>
      <w:r>
        <w:t>مقدمة موظوعة تكون صادقة</w:t>
      </w:r>
    </w:p>
    <w:p>
      <w:r>
        <w:t>هي احدى المقدمة المذكورة</w:t>
      </w:r>
    </w:p>
    <w:p>
      <w:r>
        <w:t>ما هي? كل الف باء او اه ليس كل جيم باء</w:t>
      </w:r>
    </w:p>
    <w:p>
      <w:r>
        <w:t>في القياس</w:t>
      </w:r>
    </w:p>
    <w:p>
      <w:r>
        <w:t>بان نقول لو لم يصدق ليس كل جيم الف</w:t>
      </w:r>
    </w:p>
    <w:p>
      <w:r>
        <w:t>سميها انت سين</w:t>
      </w:r>
    </w:p>
    <w:p>
      <w:r>
        <w:t>تريد ثبت سين وتبطل لا سين</w:t>
      </w:r>
    </w:p>
    <w:p>
      <w:r>
        <w:t>لو لم تصدق سين لصدق ان نقف</w:t>
      </w:r>
    </w:p>
    <w:p>
      <w:r>
        <w:t>يعني لا سين في التطبيق هنا لو لم يصدق ليس كل جيم باء يعني اذا لم تصدق بعض الجيم ليس ليس الف ماذا يصدقه? يعني انت تقول جيم خارج على الف خطأ</w:t>
      </w:r>
    </w:p>
    <w:p>
      <w:r>
        <w:t>اذا الصحيح ما هو؟ جيم داخل بتمامه داخل الف هذا هو</w:t>
      </w:r>
    </w:p>
    <w:p>
      <w:r>
        <w:t>لا صدق كل جيم الف يعني جيم مندرج تحت الف بتمام</w:t>
      </w:r>
    </w:p>
    <w:p>
      <w:r>
        <w:t>ثم تأتي بمقدمة من المقدمات الكبرى القياس وكل الف باء</w:t>
      </w:r>
    </w:p>
    <w:p>
      <w:r>
        <w:t>انظر عندك كل جيم الف وكل الف باء</w:t>
      </w:r>
    </w:p>
    <w:p>
      <w:r>
        <w:t>قياس آآ من الشكل الأول</w:t>
      </w:r>
    </w:p>
    <w:p>
      <w:r>
        <w:t>الحد الاوسط هو الف يختفي يأتي الاندراج التام بين الجيم وباء</w:t>
      </w:r>
    </w:p>
    <w:p>
      <w:r>
        <w:t>نعم</w:t>
      </w:r>
    </w:p>
    <w:p>
      <w:r>
        <w:t>ينتج كل جيم الف وكل باء نعم</w:t>
      </w:r>
    </w:p>
    <w:p>
      <w:r>
        <w:t>لو لم يصدق ليس كل ميم الف لصدقة كل جيم الف</w:t>
      </w:r>
    </w:p>
    <w:p>
      <w:r>
        <w:t>هادي هي الشرطية</w:t>
      </w:r>
    </w:p>
    <w:p>
      <w:r>
        <w:t>قلنا قياس اقتراني متشكل من شرطية متصلة وحملية</w:t>
      </w:r>
    </w:p>
    <w:p>
      <w:r>
        <w:t>ما هي الشرطية لو لم يصدق ليس كل جيم الف يعني سين</w:t>
      </w:r>
    </w:p>
    <w:p>
      <w:r>
        <w:t>لصدق لا سي ناقضها كل جيب الف</w:t>
      </w:r>
    </w:p>
    <w:p>
      <w:r>
        <w:t>هذه الشرطية المتصلة والحملية كل الف باء</w:t>
      </w:r>
    </w:p>
    <w:p>
      <w:r>
        <w:t>هنا عندك آآ عندك ليس كل جيم الف</w:t>
      </w:r>
    </w:p>
    <w:p>
      <w:r>
        <w:t>لو لم يصدر كل جيم الف لصدق كل جيم الف وكل الف باء</w:t>
      </w:r>
    </w:p>
    <w:p>
      <w:r>
        <w:t>نعم</w:t>
      </w:r>
    </w:p>
    <w:p>
      <w:r>
        <w:t>كل الف باء</w:t>
      </w:r>
    </w:p>
    <w:p>
      <w:r>
        <w:t>النتيجة تكون شرطية طبعا</w:t>
      </w:r>
    </w:p>
    <w:p>
      <w:r>
        <w:t>لو لم يصدر جيم الف لا صدقة كل جيم</w:t>
      </w:r>
    </w:p>
    <w:p>
      <w:r>
        <w:t>لماذا? لان الحد الاوسط آآ الحد الاوسط مع الجيم في الشرقية ومع باء في الحملية</w:t>
      </w:r>
    </w:p>
    <w:p>
      <w:r>
        <w:t>الف يختفي</w:t>
      </w:r>
    </w:p>
    <w:p>
      <w:r>
        <w:t>النتيجة واضحة</w:t>
      </w:r>
    </w:p>
    <w:p>
      <w:r>
        <w:t>لو لم يصدق كل جيم الف لا صدق كل جيم كل جينبا من اين جاء? جاء مين? تلاقي الحملية مع التالي الشرطية</w:t>
      </w:r>
    </w:p>
    <w:p>
      <w:r>
        <w:t>تالي الشرطية ما هو? كل جيم الف</w:t>
      </w:r>
    </w:p>
    <w:p>
      <w:r>
        <w:t>الحملة ما هي? كل الف باء احدث جيم يأتي كل احدث الف يأتي كل جيم باء</w:t>
      </w:r>
    </w:p>
    <w:p>
      <w:r>
        <w:t>لصدق كل جيم ثم نقول لكن ليس كل جنب</w:t>
      </w:r>
    </w:p>
    <w:p>
      <w:r>
        <w:t>نستثني التالي لكن ليس كل جيم</w:t>
      </w:r>
    </w:p>
    <w:p>
      <w:r>
        <w:t>نعم</w:t>
      </w:r>
    </w:p>
    <w:p>
      <w:r>
        <w:t>على انها مقدمة صادقة</w:t>
      </w:r>
    </w:p>
    <w:p>
      <w:r>
        <w:t>او مسلمة</w:t>
      </w:r>
    </w:p>
    <w:p>
      <w:r>
        <w:t>صادقة في نفس الامر</w:t>
      </w:r>
    </w:p>
    <w:p>
      <w:r>
        <w:t>مسلمة يعني الطرف المقابل سلم اذا سلمها وانتجنا المحال فيرفعي يده عن مدعاه</w:t>
      </w:r>
    </w:p>
    <w:p>
      <w:r>
        <w:t>صادقة اذا كنا في البرهانيات مسلمة اذا كنا في سجال جدلي</w:t>
      </w:r>
    </w:p>
    <w:p>
      <w:r>
        <w:t>ينتج انظر لو لم يصدق ليس كل جيم الف لا صدقة كل جيم هذه نتيجة القياس الاقتراني</w:t>
      </w:r>
    </w:p>
    <w:p>
      <w:r>
        <w:t>المتشكل من متصلة شرطية وحملية</w:t>
      </w:r>
    </w:p>
    <w:p>
      <w:r>
        <w:t>ثم ياتي الاستثناء القياس الاستثنائي</w:t>
      </w:r>
    </w:p>
    <w:p>
      <w:r>
        <w:t>لو لم يصدق ليس كل الف لا صدق كل جيم باء ثم نقول لكن ليس كل جيم باء</w:t>
      </w:r>
    </w:p>
    <w:p>
      <w:r>
        <w:t>تلي باطل على انها مقدمة صادقة او مسلمة مسلمة ينتج انه يصدق ليس كل جيم اليف</w:t>
      </w:r>
    </w:p>
    <w:p>
      <w:r>
        <w:t>ليس كل جيم اليف نعم لانه هذا اذا بطل التالي يكشف عن بطلان المقدم</w:t>
      </w:r>
    </w:p>
    <w:p>
      <w:r>
        <w:t>نعم</w:t>
      </w:r>
    </w:p>
    <w:p>
      <w:r>
        <w:t>انه يصدق ليس كل جيم الف هي النتيجة التي بيناها في بداية التحليل</w:t>
      </w:r>
    </w:p>
    <w:p>
      <w:r>
        <w:t>نعم فقط ظممنا نقيظ المطلوب هو كل جيم الف الى المقدمة الموضوعة اما صادقا في نفس الامر او سلمها الخصم</w:t>
      </w:r>
    </w:p>
    <w:p>
      <w:r>
        <w:t>وهي كل الف باء وانت محال وهو كل جيم</w:t>
      </w:r>
    </w:p>
    <w:p>
      <w:r>
        <w:t>وهذا الموحى لللازم ليس من الموضوع ليس من المقدمة محل اتفاق</w:t>
      </w:r>
    </w:p>
    <w:p>
      <w:r>
        <w:t>نعم</w:t>
      </w:r>
    </w:p>
    <w:p>
      <w:r>
        <w:t>لان فرضنا صدقها ولا من سورة القياس المنتج لذاته</w:t>
      </w:r>
    </w:p>
    <w:p>
      <w:r>
        <w:t>القياس ضروري الانتاج</w:t>
      </w:r>
    </w:p>
    <w:p>
      <w:r>
        <w:t>بل من فرض نقيض المطلوب حقا</w:t>
      </w:r>
    </w:p>
    <w:p>
      <w:r>
        <w:t>نعم لانه هو يدعي لاسن اذا المرض جاء من مدعى</w:t>
      </w:r>
    </w:p>
    <w:p>
      <w:r>
        <w:t>اذا مدعاه مع القضية الصادقة انتج المحال فالمحال من مدعاة فمدعاة محال</w:t>
      </w:r>
    </w:p>
    <w:p>
      <w:r>
        <w:t>يثبت مدعاة وسين</w:t>
      </w:r>
    </w:p>
    <w:p>
      <w:r>
        <w:t>نعم</w:t>
      </w:r>
    </w:p>
    <w:p>
      <w:r>
        <w:t>ولا من سور فال قياس المنتج لذاته لأن الإنتاج ضروري بل من فرض نقيض مطلوب حقا سيكون باطلا هذا نقيض مطلوب لا سين مدعك هو الصحيح فيكون المطلوب تحقق الصدق</w:t>
      </w:r>
    </w:p>
    <w:p>
      <w:r>
        <w:t>نعم هذا هو اذا نتفق على مسألة</w:t>
      </w:r>
    </w:p>
    <w:p>
      <w:r>
        <w:t>قياس الخلف قياس مركب</w:t>
      </w:r>
    </w:p>
    <w:p>
      <w:r>
        <w:t>قياس الاول اقتراني</w:t>
      </w:r>
    </w:p>
    <w:p>
      <w:r>
        <w:t>الاقتراني تتذكر</w:t>
      </w:r>
    </w:p>
    <w:p>
      <w:r>
        <w:t>له تجليات</w:t>
      </w:r>
    </w:p>
    <w:p>
      <w:r>
        <w:t>التجلي الاول من الحميات فقط</w:t>
      </w:r>
    </w:p>
    <w:p>
      <w:r>
        <w:t>تقول كل الف باء كل باجم كل الف جيم انتهى الامر</w:t>
      </w:r>
    </w:p>
    <w:p>
      <w:r>
        <w:t>مرة لا يكون من الشرطيات ومن الحمليات</w:t>
      </w:r>
    </w:p>
    <w:p>
      <w:r>
        <w:t>وما رأيكم من الشرطيات فقط? وشرطيات متصلة ومنفصلة</w:t>
      </w:r>
    </w:p>
    <w:p>
      <w:r>
        <w:t>صغرى كبرى حد اوسط نتيجة</w:t>
      </w:r>
    </w:p>
    <w:p>
      <w:r>
        <w:t>غير الاستثنائي قياس استثنائي ما عندها صغرى وكبرى عندنا شرطية متصلة او منفصلة واستثناء</w:t>
      </w:r>
    </w:p>
    <w:p>
      <w:r>
        <w:t>اذا قياس الخلف متشكل اولا من مكونة اولى وهي قياس اقتراني</w:t>
      </w:r>
    </w:p>
    <w:p>
      <w:r>
        <w:t>هذا القياس اقتراني يعني صغرى كبرى وحد اوسط وتشكل من الشرطية متصلة قضية حملية</w:t>
      </w:r>
    </w:p>
    <w:p>
      <w:r>
        <w:t>ينتج شرطية متصلة</w:t>
      </w:r>
    </w:p>
    <w:p>
      <w:r>
        <w:t>ثم هذه الشرطية المتصلة تجعلها مقدمة لقياس استثنائي</w:t>
      </w:r>
    </w:p>
    <w:p>
      <w:r>
        <w:t>القياس شيء يحتاج الى استثناء</w:t>
      </w:r>
    </w:p>
    <w:p>
      <w:r>
        <w:t>تستثني يأتيك النتيجة</w:t>
      </w:r>
    </w:p>
    <w:p>
      <w:r>
        <w:t>هذا هو قياس الخلف بسهولة تامة</w:t>
      </w:r>
    </w:p>
    <w:p>
      <w:r>
        <w:t>نعم</w:t>
      </w:r>
    </w:p>
    <w:p>
      <w:r>
        <w:t>اعيد التطبيق حتى يرسخ في ذهنك الشريف</w:t>
      </w:r>
    </w:p>
    <w:p>
      <w:r>
        <w:t>اقول كلام العلامة الحلي</w:t>
      </w:r>
    </w:p>
    <w:p>
      <w:r>
        <w:t>في الأمور الدقيقة وال كقياس الخلف الذي يستخدم كثيرا</w:t>
      </w:r>
    </w:p>
    <w:p>
      <w:r>
        <w:t>معليش نتوقف طويلا</w:t>
      </w:r>
    </w:p>
    <w:p>
      <w:r>
        <w:t>اقول الخلف او خليني نطبق على اه على كلام المحقق التونسي بعد ما تبين لنا الموضوع</w:t>
      </w:r>
    </w:p>
    <w:p>
      <w:r>
        <w:t>قال الخلف هو هذا محور دلالي</w:t>
      </w:r>
    </w:p>
    <w:p>
      <w:r>
        <w:t>اثبات المطلوب بإبطال نقيضه</w:t>
      </w:r>
    </w:p>
    <w:p>
      <w:r>
        <w:t>نعم انا ادعي سين هو يرفض يقول لا سين</w:t>
      </w:r>
    </w:p>
    <w:p>
      <w:r>
        <w:t>اما سين واما لا سين</w:t>
      </w:r>
    </w:p>
    <w:p>
      <w:r>
        <w:t>من اين? باجتماع النقيضين</w:t>
      </w:r>
    </w:p>
    <w:p>
      <w:r>
        <w:t>انه هو الذي يعطي الحجية في برهان الخلف</w:t>
      </w:r>
    </w:p>
    <w:p>
      <w:r>
        <w:t>جيد ما هي الحيلة? نأتي باللاسين</w:t>
      </w:r>
    </w:p>
    <w:p>
      <w:r>
        <w:t>اطعمه مقدمة</w:t>
      </w:r>
    </w:p>
    <w:p>
      <w:r>
        <w:t>نعم</w:t>
      </w:r>
    </w:p>
    <w:p>
      <w:r>
        <w:t>هذه المقدمة ويقبلها يولد ماذا? يولد البطلا اذن البطولة من اين جاء؟ ليس من القضية الصادقة المسلمة او الصادقة في نص الامر او التي التي تسالمن عليها اتفقنا عليه</w:t>
      </w:r>
    </w:p>
    <w:p>
      <w:r>
        <w:t>من مدعاها التي ناس باطنه</w:t>
      </w:r>
    </w:p>
    <w:p>
      <w:r>
        <w:t>فيثبت عندي السين</w:t>
      </w:r>
    </w:p>
    <w:p>
      <w:r>
        <w:t>والخلف وهو اثبات المطلوب ابطالنا هذا محور دلالي يعني تعريف الخلف وذلك هنا يبين صورة هذا القياس بان يتألف من نقيضه من نقيض الدعوة يعني انا اقول سين هو يقول لا سين ناتي بالا سين وما ومن مقدم موضوعة</w:t>
      </w:r>
    </w:p>
    <w:p>
      <w:r>
        <w:t>موضوعة اننا نتفق عليها</w:t>
      </w:r>
    </w:p>
    <w:p>
      <w:r>
        <w:t>ما ينتج محالا اذا لاسر الذي هو يدعيها</w:t>
      </w:r>
    </w:p>
    <w:p>
      <w:r>
        <w:t>مع المقدمة الصادقة والمسلمة يعطي المحال</w:t>
      </w:r>
    </w:p>
    <w:p>
      <w:r>
        <w:t>اذا المحال المرض من اين? من دعوة لازم</w:t>
      </w:r>
    </w:p>
    <w:p>
      <w:r>
        <w:t>باطلة سين ثابتة</w:t>
      </w:r>
    </w:p>
    <w:p>
      <w:r>
        <w:t>فيعرف منه من هذا المحال الناتج من من القياس كذب نقيض مطلوب</w:t>
      </w:r>
    </w:p>
    <w:p>
      <w:r>
        <w:t>كذب كذب لا سين الذي يدعيها</w:t>
      </w:r>
    </w:p>
    <w:p>
      <w:r>
        <w:t>فيتحقق صدقه</w:t>
      </w:r>
    </w:p>
    <w:p>
      <w:r>
        <w:t>يتحقق صدق المطلوب</w:t>
      </w:r>
    </w:p>
    <w:p>
      <w:r>
        <w:t>يعني سين</w:t>
      </w:r>
    </w:p>
    <w:p>
      <w:r>
        <w:t>وهو شكل القياس وهو ملقن من قياس اقتراني قياس اقتراني دقق جيد غير القياس الاستثنائي</w:t>
      </w:r>
    </w:p>
    <w:p>
      <w:r>
        <w:t>القياس الاقتراني متشكل من اه مقدمة صورة كبرى فيها حد ابسط نتيجة</w:t>
      </w:r>
    </w:p>
    <w:p>
      <w:r>
        <w:t>غير القياس الاستثنائي</w:t>
      </w:r>
    </w:p>
    <w:p>
      <w:r>
        <w:t>القياس الاقتراني قسيم القياس الاستثنائي</w:t>
      </w:r>
    </w:p>
    <w:p>
      <w:r>
        <w:t>ما هي مقدمته? المقدمة الاولى متصلة</w:t>
      </w:r>
    </w:p>
    <w:p>
      <w:r>
        <w:t>متصلة</w:t>
      </w:r>
    </w:p>
    <w:p>
      <w:r>
        <w:t>قضية متصلة</w:t>
      </w:r>
    </w:p>
    <w:p>
      <w:r>
        <w:t>يعني شرطية متصلة</w:t>
      </w:r>
    </w:p>
    <w:p>
      <w:r>
        <w:t>مقدم لو كان الف لكانب</w:t>
      </w:r>
    </w:p>
    <w:p>
      <w:r>
        <w:t>مقدمها يشرح هذه المتصلة انها مقدم وتالي</w:t>
      </w:r>
    </w:p>
    <w:p>
      <w:r>
        <w:t>مقدمها فرض المطلوب</w:t>
      </w:r>
    </w:p>
    <w:p>
      <w:r>
        <w:t>كذبا يعني اللاسين</w:t>
      </w:r>
    </w:p>
    <w:p>
      <w:r>
        <w:t>نبني على لا سين على مدعى</w:t>
      </w:r>
    </w:p>
    <w:p>
      <w:r>
        <w:t>وتليها وضع نقيض المطلوب</w:t>
      </w:r>
    </w:p>
    <w:p>
      <w:r>
        <w:t>يعني لو لم لو كان لا سلم كان سين</w:t>
      </w:r>
    </w:p>
    <w:p>
      <w:r>
        <w:t>او نقول لو كان سين لما كان لا سين</w:t>
      </w:r>
    </w:p>
    <w:p>
      <w:r>
        <w:t>وحملية</w:t>
      </w:r>
    </w:p>
    <w:p>
      <w:r>
        <w:t>هذه هي القضية التي نتفق عليها</w:t>
      </w:r>
    </w:p>
    <w:p>
      <w:r>
        <w:t>اما هي صادقة في نفس الامر او هو سلم بها وهي المقدمة الموضوعة</w:t>
      </w:r>
    </w:p>
    <w:p>
      <w:r>
        <w:t>هذا الجزء الاول من القياس</w:t>
      </w:r>
    </w:p>
    <w:p>
      <w:r>
        <w:t>ثم النتيجة من هذا القياس الاقتراني ماذا يعطيك? شرطية متصلة وحملية يعطيك شرطية متصلة</w:t>
      </w:r>
    </w:p>
    <w:p>
      <w:r>
        <w:t>ثم الشرطية متصلة ياتي الاستثناء</w:t>
      </w:r>
    </w:p>
    <w:p>
      <w:r>
        <w:t>الشرطية المتصلة التي هي نتيجة القياس الاول مع الاستثناء يأتي القياس الاستثنائي</w:t>
      </w:r>
    </w:p>
    <w:p>
      <w:r>
        <w:t>اذا قياس الخلف مركب من قياساته</w:t>
      </w:r>
    </w:p>
    <w:p>
      <w:r>
        <w:t>قياسين قياس حمل قياس اقتراني وقياس استثنائي</w:t>
      </w:r>
    </w:p>
    <w:p>
      <w:r>
        <w:t>واستثنائي شرطية ينتجها الاقتراني السابق</w:t>
      </w:r>
    </w:p>
    <w:p>
      <w:r>
        <w:t>نعم</w:t>
      </w:r>
    </w:p>
    <w:p>
      <w:r>
        <w:t>ويستثني ويستثنى منه نقيض نقيض تليها</w:t>
      </w:r>
    </w:p>
    <w:p>
      <w:r>
        <w:t>المحال لينتج صدق المطلوب</w:t>
      </w:r>
    </w:p>
    <w:p>
      <w:r>
        <w:t>اقول الخلف احد الاقيس المركبة وهو عبارة عن اثبات مطلوب بابطالنا كما اذا صدق</w:t>
      </w:r>
    </w:p>
    <w:p>
      <w:r>
        <w:t>انظر ليس كل يعني بعض الجيم خارج عن عن باء وكل الف باء يعني الف كله داخل تحتها باء</w:t>
      </w:r>
    </w:p>
    <w:p>
      <w:r>
        <w:t>فنقول انه آآ لانه هذا الشكل الثاني ينتج دائما ليس كل جيم الف</w:t>
      </w:r>
    </w:p>
    <w:p>
      <w:r>
        <w:t>طبعا</w:t>
      </w:r>
    </w:p>
    <w:p>
      <w:r>
        <w:t>اذا دخل جيم جزئيا في باء</w:t>
      </w:r>
    </w:p>
    <w:p>
      <w:r>
        <w:t>يعني خرج جزئيا عن باء</w:t>
      </w:r>
    </w:p>
    <w:p>
      <w:r>
        <w:t>والف دخل بتمامه في باء</w:t>
      </w:r>
    </w:p>
    <w:p>
      <w:r>
        <w:t>نعم ليس بالضرورة ان جيم في تمامي الف لا</w:t>
      </w:r>
    </w:p>
    <w:p>
      <w:r>
        <w:t>في تمامي الف لأ</w:t>
      </w:r>
    </w:p>
    <w:p>
      <w:r>
        <w:t>ليس كل جيم الف نعم</w:t>
      </w:r>
    </w:p>
    <w:p>
      <w:r>
        <w:t>يعني جيم يتقاطع مع الف في بعض المصاديق</w:t>
      </w:r>
    </w:p>
    <w:p>
      <w:r>
        <w:t>الان عندنا هذه النتيجة</w:t>
      </w:r>
    </w:p>
    <w:p>
      <w:r>
        <w:t>ليس كله جيم الف</w:t>
      </w:r>
    </w:p>
    <w:p>
      <w:r>
        <w:t>ما معنى؟ يعني بعض جيم ليس الف</w:t>
      </w:r>
    </w:p>
    <w:p>
      <w:r>
        <w:t>اذا شئت الدقة</w:t>
      </w:r>
    </w:p>
    <w:p>
      <w:r>
        <w:t>فهذا المطلوب اذا اردنا بيانه بالخلف</w:t>
      </w:r>
    </w:p>
    <w:p>
      <w:r>
        <w:t>ظمناه نقيظه الى مقدمة موظوعا</w:t>
      </w:r>
    </w:p>
    <w:p>
      <w:r>
        <w:t>هذه المقدمة التي اتفقنا عليها وهي صادقة او مسلمة</w:t>
      </w:r>
    </w:p>
    <w:p>
      <w:r>
        <w:t>هي احدى المقدمتين المذكورتين</w:t>
      </w:r>
    </w:p>
    <w:p>
      <w:r>
        <w:t>بان نقول لو لم يصدق ليس كل جيم الف مدعانا نحن</w:t>
      </w:r>
    </w:p>
    <w:p>
      <w:r>
        <w:t>لو لم يصدق ليس كل اليف لصدق كل جيم الف نقيض اذا ما تصدق سالب الجزئية صدقت الكلية الموجبة مربع نعم اذن هذه هي الشرطية</w:t>
      </w:r>
    </w:p>
    <w:p>
      <w:r>
        <w:t>المتصلة مقدمها النقيض مدعي انا نقيض سين</w:t>
      </w:r>
    </w:p>
    <w:p>
      <w:r>
        <w:t>وتليها ماذا? تليها يدعيه هو انا اقول ليس كل جيم الف يعني جيم تتقاطع مع الف في مقطع فقط ليس كل جيم في الف ويقول لا كل جيم مندرجة تحتها الف</w:t>
      </w:r>
    </w:p>
    <w:p>
      <w:r>
        <w:t>اذا كانك قلت لو لم يصدق سين لصدقة لا سين</w:t>
      </w:r>
    </w:p>
    <w:p>
      <w:r>
        <w:t>نفس الشيء</w:t>
      </w:r>
    </w:p>
    <w:p>
      <w:r>
        <w:t>جيد</w:t>
      </w:r>
    </w:p>
    <w:p>
      <w:r>
        <w:t>هذا القياس الاقتراني عنده شرطية وحملية</w:t>
      </w:r>
    </w:p>
    <w:p>
      <w:r>
        <w:t>ما هي الحمليه? وكل الف باء</w:t>
      </w:r>
    </w:p>
    <w:p>
      <w:r>
        <w:t>كل الف باء</w:t>
      </w:r>
    </w:p>
    <w:p>
      <w:r>
        <w:t>ان تدقق الان</w:t>
      </w:r>
    </w:p>
    <w:p>
      <w:r>
        <w:t>الف والحد الاوسط الحد الاوسط الحد الاوسط في اه الف يختفي من النتيجة</w:t>
      </w:r>
    </w:p>
    <w:p>
      <w:r>
        <w:t>نعم ينتج لو لم يصدق ليس كل جيم الف يعني لو لم يصدق مدعاناه لصدق كل كل هذا آآ نتيجة القياس الاقتراني ثم نقول نستثني آآ نقف نقيض الشرطية استثنائي يأتي فيه الإستثناء</w:t>
      </w:r>
    </w:p>
    <w:p>
      <w:r>
        <w:t>ثم نقول لكن ليس كل جنب</w:t>
      </w:r>
    </w:p>
    <w:p>
      <w:r>
        <w:t>جيم ليست داخل بتمامها داخل الماء</w:t>
      </w:r>
    </w:p>
    <w:p>
      <w:r>
        <w:t>على انها مقدمة صادقة</w:t>
      </w:r>
    </w:p>
    <w:p>
      <w:r>
        <w:t>هو يعني يسلم بها او مسلمة ينتج اذا بطل التالي يبطل المقدم</w:t>
      </w:r>
    </w:p>
    <w:p>
      <w:r>
        <w:t>لم يصدق ليس كل جيم الف آآ صدقة</w:t>
      </w:r>
    </w:p>
    <w:p>
      <w:r>
        <w:t>نعم ليس كل جيم الف انه يصدق ليس كل جيم الف وهو المطلوب</w:t>
      </w:r>
    </w:p>
    <w:p>
      <w:r>
        <w:t>فقد ضممنا نقيض المطلوب وهو جيم الف الى المقدمة الموضوعة</w:t>
      </w:r>
    </w:p>
    <w:p>
      <w:r>
        <w:t>وهي كل جيم الف وانتج محال وهو كل جيم باء</w:t>
      </w:r>
    </w:p>
    <w:p>
      <w:r>
        <w:t>وهذا المحال اللازم ليس من المقدمة الموضوعة</w:t>
      </w:r>
    </w:p>
    <w:p>
      <w:r>
        <w:t>ان هو سلمها</w:t>
      </w:r>
    </w:p>
    <w:p>
      <w:r>
        <w:t>نعم لان فرضنا صدقه</w:t>
      </w:r>
    </w:p>
    <w:p>
      <w:r>
        <w:t>صدق هذا اه هذا لازم او هذه المقدمة الموضوع ولا من صورة القياس المنتجة لذاته لأن القياس صوري منتج بالضرورة بل من فرض نقيض المطلوب حقا يعني من فرض لا سين الذي هو يدعيها فيكون باطلا لا سين فيكون المطلوب تحقق الصدق ما هو سين الذي انا ادعيه ما هو? ليس كل جمالي</w:t>
      </w:r>
    </w:p>
    <w:p>
      <w:r>
        <w:t>نعم</w:t>
      </w:r>
    </w:p>
    <w:p>
      <w:r>
        <w:t>وقد ظهر انه مركب من قياسين اشارة الى البنية بنية او بنية قياس</w:t>
      </w:r>
    </w:p>
    <w:p>
      <w:r>
        <w:t>من قياس احدهما اقتران اقتران يعني صغرى كبرى نتيجة حد اوسط موجود</w:t>
      </w:r>
    </w:p>
    <w:p>
      <w:r>
        <w:t>اه اقتراني مؤلف من متصلة مقدمها فرض المطلوب كاذبا</w:t>
      </w:r>
    </w:p>
    <w:p>
      <w:r>
        <w:t>يعني نبني على بطلان مدعاية</w:t>
      </w:r>
    </w:p>
    <w:p>
      <w:r>
        <w:t>لو لم يكن اه سين حتى نجرو الى المحال</w:t>
      </w:r>
    </w:p>
    <w:p>
      <w:r>
        <w:t>كذبا وتليها وضع نقيض المطلوب</w:t>
      </w:r>
    </w:p>
    <w:p>
      <w:r>
        <w:t>يعني لو لم يكن سين لكان لا سين</w:t>
      </w:r>
    </w:p>
    <w:p>
      <w:r>
        <w:t>وهي لو لم يصدق ليس كل جيم الف لصدقوا كل جيم الف على حسب المثال</w:t>
      </w:r>
    </w:p>
    <w:p>
      <w:r>
        <w:t>وحملية هي المقدمة الموضوعة وهي كل الف باء</w:t>
      </w:r>
    </w:p>
    <w:p>
      <w:r>
        <w:t>هذه اما تكون صادقة واما مسلمة</w:t>
      </w:r>
    </w:p>
    <w:p>
      <w:r>
        <w:t>نعم وهو ينتج لو لم يصدق ليس كل جيم الف لا صدقة كل جيم باء</w:t>
      </w:r>
    </w:p>
    <w:p>
      <w:r>
        <w:t>نعم</w:t>
      </w:r>
    </w:p>
    <w:p>
      <w:r>
        <w:t>وتقول لكن ليس كل جيم لا</w:t>
      </w:r>
    </w:p>
    <w:p>
      <w:r>
        <w:t>فالنتيجة ما هي? الصدقة ليس كل جيم اليف وهو مدعانا</w:t>
      </w:r>
    </w:p>
    <w:p>
      <w:r>
        <w:t>والثاني بينا لاقتران استثنائي والثاني استثنائي</w:t>
      </w:r>
    </w:p>
    <w:p>
      <w:r>
        <w:t>شرطية شرطية هذه هي هذه النتيجة المذكورة</w:t>
      </w:r>
    </w:p>
    <w:p>
      <w:r>
        <w:t>انا في تصوري هنا الشيخ بيدار غفل عن اما مطبعي خطأ مطبعي او هو لم يلتفت</w:t>
      </w:r>
    </w:p>
    <w:p>
      <w:r>
        <w:t>والثاني استثنائي شرطيته</w:t>
      </w:r>
    </w:p>
    <w:p>
      <w:r>
        <w:t>شرطية والثاني والثاني استثناء شرطية ما في اللغة العربية غير صحيح</w:t>
      </w:r>
    </w:p>
    <w:p>
      <w:r>
        <w:t>والثاني استثنائي شرطيته هي هذه النتيجة المذكورة</w:t>
      </w:r>
    </w:p>
    <w:p>
      <w:r>
        <w:t>واستثني فيها نقيض التالي لينتج المطلوب</w:t>
      </w:r>
    </w:p>
    <w:p>
      <w:r>
        <w:t>ثم طبق انت كما تشاء على جميع ان اقيس نعم</w:t>
      </w:r>
    </w:p>
    <w:p>
      <w:r>
        <w:t>من يرفض ان النبي لم يوصي بالخلافة كثير يدعي ان النبي لم يوصي بالخلافة حتى يصححون ما وقع في السقيفة فانت الان عندك النبي اوصى ويقول النبي لم ي فتأتي بمقدمة صادقة الخليفة الاول اوصى</w:t>
      </w:r>
    </w:p>
    <w:p>
      <w:r>
        <w:t>نعم فهو اللازم ما هو اللازم انه اعلم من مصلحة مصلحة الامة من النبي</w:t>
      </w:r>
    </w:p>
    <w:p>
      <w:r>
        <w:t>نعم</w:t>
      </w:r>
    </w:p>
    <w:p>
      <w:r>
        <w:t>فتقول هكذا لو لم لو لم يوصي النبي لما لا مكان لكان الخليفة الأول اعلم منه ولكن الخليفة الأولى ليس اعلى منه وسلم بها الطرف المقابل فالذي لم يصب هطلا نعم فالنبي اوصى هذا قياس سجله عندك يفيدك في دراستك العقدية</w:t>
      </w:r>
    </w:p>
    <w:p>
      <w:r>
        <w:t>واضح الان? نعم</w:t>
      </w:r>
    </w:p>
    <w:p>
      <w:r>
        <w:t>اذا نعيد وانتهى الدرس</w:t>
      </w:r>
    </w:p>
    <w:p>
      <w:r>
        <w:t>قياس الخلف وهو عندنا مدعسين</w:t>
      </w:r>
    </w:p>
    <w:p>
      <w:r>
        <w:t>طرف المقابل يرفضه بشدة</w:t>
      </w:r>
    </w:p>
    <w:p>
      <w:r>
        <w:t>اذا رفضه ماذا يتبنى؟ لا السيد</w:t>
      </w:r>
    </w:p>
    <w:p>
      <w:r>
        <w:t>لاجتماع النقيضين لأن لا يجتمعان ولا يرتفعان</w:t>
      </w:r>
    </w:p>
    <w:p>
      <w:r>
        <w:t>اما سن وما لا سن</w:t>
      </w:r>
    </w:p>
    <w:p>
      <w:r>
        <w:t>جيد</w:t>
      </w:r>
    </w:p>
    <w:p>
      <w:r>
        <w:t>انا نبني على انه لازم</w:t>
      </w:r>
    </w:p>
    <w:p>
      <w:r>
        <w:t>سلمنا</w:t>
      </w:r>
    </w:p>
    <w:p>
      <w:r>
        <w:t>يعني لو لم يكن سن</w:t>
      </w:r>
    </w:p>
    <w:p>
      <w:r>
        <w:t>لو لم ي يكون سن لكان لا سين</w:t>
      </w:r>
    </w:p>
    <w:p>
      <w:r>
        <w:t>ثم كل الف باء قضية حملية</w:t>
      </w:r>
    </w:p>
    <w:p>
      <w:r>
        <w:t>ينتج شرطية متصلة</w:t>
      </w:r>
    </w:p>
    <w:p>
      <w:r>
        <w:t>ثم استثني وقع في المحال</w:t>
      </w:r>
    </w:p>
    <w:p>
      <w:r>
        <w:t>الناتج من هذا المبنى</w:t>
      </w:r>
    </w:p>
    <w:p>
      <w:r>
        <w:t>ان بنيت على ان مدعاي هذا المدعى الباطل انتج الباطل</w:t>
      </w:r>
    </w:p>
    <w:p>
      <w:r>
        <w:t>اذا المدعى صحيح</w:t>
      </w:r>
    </w:p>
    <w:p>
      <w:r>
        <w:t>مقايسة قياس الخلف والعكس</w:t>
      </w:r>
    </w:p>
    <w:p>
      <w:r>
        <w:t>قال والخلف يفارق العكس</w:t>
      </w:r>
    </w:p>
    <w:p>
      <w:r>
        <w:t>مقارنة فقط</w:t>
      </w:r>
    </w:p>
    <w:p>
      <w:r>
        <w:t>لان العكس دائما يورد بعد قياس مستقيم</w:t>
      </w:r>
    </w:p>
    <w:p>
      <w:r>
        <w:t>والخلف قد يورد ابتداء</w:t>
      </w:r>
    </w:p>
    <w:p>
      <w:r>
        <w:t>نعم</w:t>
      </w:r>
    </w:p>
    <w:p>
      <w:r>
        <w:t>الخلف مباشرة ما تحتاج الى قياس مستقيم</w:t>
      </w:r>
    </w:p>
    <w:p>
      <w:r>
        <w:t>نعم ورده الى المستقيم بقياس معكوس</w:t>
      </w:r>
    </w:p>
    <w:p>
      <w:r>
        <w:t>يؤخذ نقيض المحال فيه ويضم الى الموضوع الموضوع هل ينتج المطلوب بعينه? اقول ان قياس الخلف وقياس العكس اشترك في ان كل واحد منهما يؤخذ فيه مقابل المطلوب يعني يبني على النقيض</w:t>
      </w:r>
    </w:p>
    <w:p>
      <w:r>
        <w:t>الان الوقت خلوه ان شاء الله الى الحصة الآتية</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