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مقايسة قياس والعكس العكس مرة عنينا</w:t>
      </w:r>
    </w:p>
    <w:p>
      <w:r>
        <w:t>خلينا نقرأ المتن ثم نعود الى قياس العكس</w:t>
      </w:r>
    </w:p>
    <w:p>
      <w:r>
        <w:t>قال والخلف يفارق العكس يعني يختلف في صورته عن العكس</w:t>
      </w:r>
    </w:p>
    <w:p>
      <w:r>
        <w:t>لان دائما يورد بعد قياس مستقيم</w:t>
      </w:r>
    </w:p>
    <w:p>
      <w:r>
        <w:t>والخلف قد يورد ابتداء</w:t>
      </w:r>
    </w:p>
    <w:p>
      <w:r>
        <w:t>فقياس الخلف لا يعتمد على قياس سابق</w:t>
      </w:r>
    </w:p>
    <w:p>
      <w:r>
        <w:t>بخلاف قياس العكس قياس العكس يأتي ويبطل قياسا سبقه يبطل احدى مقدماته</w:t>
      </w:r>
    </w:p>
    <w:p>
      <w:r>
        <w:t>ارجع الى البندق حسب هذا الكتاب</w:t>
      </w:r>
    </w:p>
    <w:p>
      <w:r>
        <w:t>الى البند ميتين وثمانية وخمسين</w:t>
      </w:r>
    </w:p>
    <w:p>
      <w:r>
        <w:t>نعم لا آآ استغفر الله</w:t>
      </w:r>
    </w:p>
    <w:p>
      <w:r>
        <w:t>آآ وستة وخمسين قياس العكس</w:t>
      </w:r>
    </w:p>
    <w:p>
      <w:r>
        <w:t>الى كلام العلم الحلي اوضح</w:t>
      </w:r>
    </w:p>
    <w:p>
      <w:r>
        <w:t>اقول هذا احد ان نواعي لواحق القياس المسمى بقياس العكس</w:t>
      </w:r>
    </w:p>
    <w:p>
      <w:r>
        <w:t>وهو عبارات هذا المحور الدلالي</w:t>
      </w:r>
    </w:p>
    <w:p>
      <w:r>
        <w:t>عبارة عن ابطال احدى مقدمات القياس المستدل</w:t>
      </w:r>
    </w:p>
    <w:p>
      <w:r>
        <w:t>يعني عندك انت مستدل عنده قياس</w:t>
      </w:r>
    </w:p>
    <w:p>
      <w:r>
        <w:t>اذا سابقه قياس</w:t>
      </w:r>
    </w:p>
    <w:p>
      <w:r>
        <w:t>نعم</w:t>
      </w:r>
    </w:p>
    <w:p>
      <w:r>
        <w:t>فهو يعتمد على قياس سابق</w:t>
      </w:r>
    </w:p>
    <w:p>
      <w:r>
        <w:t>بخلاف قياس الخلف</w:t>
      </w:r>
    </w:p>
    <w:p>
      <w:r>
        <w:t>قياس الخلف قياس ما عنده قياس اخر سابق عليه</w:t>
      </w:r>
    </w:p>
    <w:p>
      <w:r>
        <w:t>لا ينظر الى قياس سابق</w:t>
      </w:r>
    </w:p>
    <w:p>
      <w:r>
        <w:t>قياس العكس لا</w:t>
      </w:r>
    </w:p>
    <w:p>
      <w:r>
        <w:t>يجب ان يكون هناك قياس</w:t>
      </w:r>
    </w:p>
    <w:p>
      <w:r>
        <w:t>يعني في قياس صغرى كبرى نتيجة ويأتي ويبطل اه احدى المقدمتين</w:t>
      </w:r>
    </w:p>
    <w:p>
      <w:r>
        <w:t>نعم</w:t>
      </w:r>
    </w:p>
    <w:p>
      <w:r>
        <w:t>وهو عبارة عن ابطال احدى مقدمات قياس مستدر بقياس مركب من نقيض النتيجة</w:t>
      </w:r>
    </w:p>
    <w:p>
      <w:r>
        <w:t>يعني يأتي بنقيض النتيجة ثم او ضد النتيجة مع المقدمة الاخرى</w:t>
      </w:r>
    </w:p>
    <w:p>
      <w:r>
        <w:t>نعم</w:t>
      </w:r>
    </w:p>
    <w:p>
      <w:r>
        <w:t>ويعطي مثال على منح اذا كان قياس المستدل كل جيم باء وكل باء الف</w:t>
      </w:r>
    </w:p>
    <w:p>
      <w:r>
        <w:t>هنا اه الشكل الاول النتيجة ما هي? كل جيم الف باء يختفي كل جيم الف واضحة جدا</w:t>
      </w:r>
    </w:p>
    <w:p>
      <w:r>
        <w:t>فيقول العاكس يعني من يريد ان يبطل احدى مقدمات هذا القياس</w:t>
      </w:r>
    </w:p>
    <w:p>
      <w:r>
        <w:t>فيقول العاكس في تكذيب الصغرى يعني يريد يبطل الصغرى</w:t>
      </w:r>
    </w:p>
    <w:p>
      <w:r>
        <w:t>انه يصدق ليس كل جيم الف</w:t>
      </w:r>
    </w:p>
    <w:p>
      <w:r>
        <w:t>نعم</w:t>
      </w:r>
    </w:p>
    <w:p>
      <w:r>
        <w:t>هذا النتيجة</w:t>
      </w:r>
    </w:p>
    <w:p>
      <w:r>
        <w:t>النتيجة ما هي? جيم الف لان باء يختفي</w:t>
      </w:r>
    </w:p>
    <w:p>
      <w:r>
        <w:t>ويبني على نقيض النتيجة</w:t>
      </w:r>
    </w:p>
    <w:p>
      <w:r>
        <w:t>ليس كل جيم الف</w:t>
      </w:r>
    </w:p>
    <w:p>
      <w:r>
        <w:t>آآ كل جيم الف في مربع ابيلي</w:t>
      </w:r>
    </w:p>
    <w:p>
      <w:r>
        <w:t>تقع فوق</w:t>
      </w:r>
    </w:p>
    <w:p>
      <w:r>
        <w:t>على اليمين</w:t>
      </w:r>
    </w:p>
    <w:p>
      <w:r>
        <w:t>موجبة كلية</w:t>
      </w:r>
    </w:p>
    <w:p>
      <w:r>
        <w:t>السالبة جزئية</w:t>
      </w:r>
    </w:p>
    <w:p>
      <w:r>
        <w:t>هاي سالبة جزئية</w:t>
      </w:r>
    </w:p>
    <w:p>
      <w:r>
        <w:t>ليس كل جيم الف يعني بعض الجيم ليس الف</w:t>
      </w:r>
    </w:p>
    <w:p>
      <w:r>
        <w:t>ثم يأتي بالمقدمة الاخرى</w:t>
      </w:r>
    </w:p>
    <w:p>
      <w:r>
        <w:t>المقدمة الاخرى ما يعني لا يريد يبطل الصغرى</w:t>
      </w:r>
    </w:p>
    <w:p>
      <w:r>
        <w:t>فيأتي بالكبرى</w:t>
      </w:r>
    </w:p>
    <w:p>
      <w:r>
        <w:t>وكل باء الف</w:t>
      </w:r>
    </w:p>
    <w:p>
      <w:r>
        <w:t>انظر يأتيك قياس من الشكل الثاني</w:t>
      </w:r>
    </w:p>
    <w:p>
      <w:r>
        <w:t>لانه ينقض وينقذ بالشكل الثاني لان الشكل الثاني دائما ينتج سالبة</w:t>
      </w:r>
    </w:p>
    <w:p>
      <w:r>
        <w:t>ينتج ليس كل لان الف حد اوسط يختفي</w:t>
      </w:r>
    </w:p>
    <w:p>
      <w:r>
        <w:t>ليس كل جنب وهو المستدل قال كل جيم باء</w:t>
      </w:r>
    </w:p>
    <w:p>
      <w:r>
        <w:t>نعم وهو يقابل الصغرى تقابل النقيض</w:t>
      </w:r>
    </w:p>
    <w:p>
      <w:r>
        <w:t>ثم يأتي بمثال للضد هنا لا يهمنا</w:t>
      </w:r>
    </w:p>
    <w:p>
      <w:r>
        <w:t>اذا نفهم المسألة والخلف يعني قياس الخلف يفالق العكس لان العكس دائما يورد بعد قياس مستقيم في قياس بتشكل من صغرى كبرى نتيجة</w:t>
      </w:r>
    </w:p>
    <w:p>
      <w:r>
        <w:t>فيريد يبطل الصغرى او الكبرى</w:t>
      </w:r>
    </w:p>
    <w:p>
      <w:r>
        <w:t>ماذا يفعل? يأتي بنقيض النتيجة يضمها الى الكبرى</w:t>
      </w:r>
    </w:p>
    <w:p>
      <w:r>
        <w:t>يبطل الصغرى</w:t>
      </w:r>
    </w:p>
    <w:p>
      <w:r>
        <w:t>او يأتي بنقيض النتيجة</w:t>
      </w:r>
    </w:p>
    <w:p>
      <w:r>
        <w:t>يضمها الى الصغرى يبطل الكبرى</w:t>
      </w:r>
    </w:p>
    <w:p>
      <w:r>
        <w:t>اذا في قياس سابق</w:t>
      </w:r>
    </w:p>
    <w:p>
      <w:r>
        <w:t>لا يمكن ان يتعين قياس العكس الا اذا كان هناك قياس سابق</w:t>
      </w:r>
    </w:p>
    <w:p>
      <w:r>
        <w:t>اما قياس الخلف لا ما عنده قياس سابق</w:t>
      </w:r>
    </w:p>
    <w:p>
      <w:r>
        <w:t>مبادرة مبادرة جديدة</w:t>
      </w:r>
    </w:p>
    <w:p>
      <w:r>
        <w:t>نعم</w:t>
      </w:r>
    </w:p>
    <w:p>
      <w:r>
        <w:t>ولهذا يقول والخلف قد يولد ابتداء</w:t>
      </w:r>
    </w:p>
    <w:p>
      <w:r>
        <w:t>وردوا الى المستقيم بقياس معكوس</w:t>
      </w:r>
    </w:p>
    <w:p>
      <w:r>
        <w:t>ورد رده هنا ها ترجع المفروض الى الاقرب يعني الخلف</w:t>
      </w:r>
    </w:p>
    <w:p>
      <w:r>
        <w:t>ورد الخلف يعني قياس الخلف الى المستقيم</w:t>
      </w:r>
    </w:p>
    <w:p>
      <w:r>
        <w:t>بقياس معكوس</w:t>
      </w:r>
    </w:p>
    <w:p>
      <w:r>
        <w:t>نعم ما هو قياس يؤخذ نقيض المحال في نقيض المحال فيه يعني هذه النتيجة التي انتجها قياس الخلف وهو آآ آآ المحال حتى نبطل آآ ما يدعيه الخصم المحال الناتج من لاسين الذي يدعيها الخاصم</w:t>
      </w:r>
    </w:p>
    <w:p>
      <w:r>
        <w:t>نأتي الى هذا المحال يؤخذ نقيض المحال</w:t>
      </w:r>
    </w:p>
    <w:p>
      <w:r>
        <w:t>ناقض المحال رفع المحال</w:t>
      </w:r>
    </w:p>
    <w:p>
      <w:r>
        <w:t>لنفرض هذا المحال صاد ناقضه لا صاد</w:t>
      </w:r>
    </w:p>
    <w:p>
      <w:r>
        <w:t>في وي الى الموضوعة</w:t>
      </w:r>
    </w:p>
    <w:p>
      <w:r>
        <w:t>الموضوعة يعني تلك المقدمة التي سلمناها او صادقة</w:t>
      </w:r>
    </w:p>
    <w:p>
      <w:r>
        <w:t>لينتج المطلوب بعينه</w:t>
      </w:r>
    </w:p>
    <w:p>
      <w:r>
        <w:t>ينتج المطلوب بعينه</w:t>
      </w:r>
    </w:p>
    <w:p>
      <w:r>
        <w:t>يعني ينتج ماذا? ينتج السين</w:t>
      </w:r>
    </w:p>
    <w:p>
      <w:r>
        <w:t>المدعى الصحيح</w:t>
      </w:r>
    </w:p>
    <w:p>
      <w:r>
        <w:t>اقول ان قياس الخلف وقياس العكس اشترك في ان كل واحد منهما يؤخذ فيه مقابل المطلوب</w:t>
      </w:r>
    </w:p>
    <w:p>
      <w:r>
        <w:t>مقابل المطلوب</w:t>
      </w:r>
    </w:p>
    <w:p>
      <w:r>
        <w:t>يعني نبني على نقيض</w:t>
      </w:r>
    </w:p>
    <w:p>
      <w:r>
        <w:t>المدعى</w:t>
      </w:r>
    </w:p>
    <w:p>
      <w:r>
        <w:t>اذا بن عن ناقض المدعى وضميناه الى قضية صادقة ووصلنا الى المحال ناقض المدعى باطل المدعى صحيح</w:t>
      </w:r>
    </w:p>
    <w:p>
      <w:r>
        <w:t>نعم</w:t>
      </w:r>
    </w:p>
    <w:p>
      <w:r>
        <w:t>ويجعل مقدمة قياس نعم</w:t>
      </w:r>
    </w:p>
    <w:p>
      <w:r>
        <w:t>الا انهما يفترقان اذا القياس العكس يبني على النقف</w:t>
      </w:r>
    </w:p>
    <w:p>
      <w:r>
        <w:t>وقياس الخلف يبني على النقيض</w:t>
      </w:r>
    </w:p>
    <w:p>
      <w:r>
        <w:t>هنا حيثية اشتراك</w:t>
      </w:r>
    </w:p>
    <w:p>
      <w:r>
        <w:t>الا انهما يفترقان بان العكس يعني قياس بالعكس دائما يولد بعد قياس المستقيم</w:t>
      </w:r>
    </w:p>
    <w:p>
      <w:r>
        <w:t>لماذا? لانه يريد يبطل صغرى او كبرى لقياس سابق</w:t>
      </w:r>
    </w:p>
    <w:p>
      <w:r>
        <w:t>نعم يعني ناظر الى قياس سابق</w:t>
      </w:r>
    </w:p>
    <w:p>
      <w:r>
        <w:t>قياس الخلف لا</w:t>
      </w:r>
    </w:p>
    <w:p>
      <w:r>
        <w:t>لانه ابطل احدى مقدمات القياس</w:t>
      </w:r>
    </w:p>
    <w:p>
      <w:r>
        <w:t>تعليله لانه الناظر الى قياس صعب والخلف قد يورد ابتداء من غير سابقي</w:t>
      </w:r>
    </w:p>
    <w:p>
      <w:r>
        <w:t>سابقية قياس مستقيم</w:t>
      </w:r>
    </w:p>
    <w:p>
      <w:r>
        <w:t>نعم واضحة جدا</w:t>
      </w:r>
    </w:p>
    <w:p>
      <w:r>
        <w:t>وبان الخلف انما يولد فيه مقابل المطلوب بالنقيض</w:t>
      </w:r>
    </w:p>
    <w:p>
      <w:r>
        <w:t>والعكس يجوز ان يورث فيه مقابل المطلوب بالظدية</w:t>
      </w:r>
    </w:p>
    <w:p>
      <w:r>
        <w:t>هذا فارق الخلف يبني على النقيض فقط</w:t>
      </w:r>
    </w:p>
    <w:p>
      <w:r>
        <w:t>اما قياس العكس يبني على النقيض ويبني على الظدية</w:t>
      </w:r>
    </w:p>
    <w:p>
      <w:r>
        <w:t>واعلم ان القياس القياس المستقيم قد يرد الى الخلف كما ذكرناه</w:t>
      </w:r>
    </w:p>
    <w:p>
      <w:r>
        <w:t>والخلف قد يرد الى المستقيم</w:t>
      </w:r>
    </w:p>
    <w:p>
      <w:r>
        <w:t>بقي معكوس يؤخذ نقيض المحال النقض المحال هو الناتج من مدعي الخاص</w:t>
      </w:r>
    </w:p>
    <w:p>
      <w:r>
        <w:t>صاد مثلا</w:t>
      </w:r>
    </w:p>
    <w:p>
      <w:r>
        <w:t>نبني على اللاصاد</w:t>
      </w:r>
    </w:p>
    <w:p>
      <w:r>
        <w:t>نعم</w:t>
      </w:r>
    </w:p>
    <w:p>
      <w:r>
        <w:t>اه بقياس معكوس يؤخذ مناقض المحالف وي الى المقدمة الصادقة الموضوعة التي اتفقنا عليها</w:t>
      </w:r>
    </w:p>
    <w:p>
      <w:r>
        <w:t>لينتج المطلوب بعينه</w:t>
      </w:r>
    </w:p>
    <w:p>
      <w:r>
        <w:t>كما نأخذ ليس كل جيم باء</w:t>
      </w:r>
    </w:p>
    <w:p>
      <w:r>
        <w:t>الذي هو نقيض كل جيم</w:t>
      </w:r>
    </w:p>
    <w:p>
      <w:r>
        <w:t>نعم</w:t>
      </w:r>
    </w:p>
    <w:p>
      <w:r>
        <w:t>الذي كان محالا في الخلف</w:t>
      </w:r>
    </w:p>
    <w:p>
      <w:r>
        <w:t>كل جيم باء محال في الصحيح هو ليس كل ونظمه هذا كله جيم نظمه الى المقدمة الصادقة الموضوعة في الخلف اعني كل جيم باء كل جيم باء وكل اه يعني كل الف باء</w:t>
      </w:r>
    </w:p>
    <w:p>
      <w:r>
        <w:t>اذا عندنا كل جينبا وكل الف باء</w:t>
      </w:r>
    </w:p>
    <w:p>
      <w:r>
        <w:t>نعم</w:t>
      </w:r>
    </w:p>
    <w:p>
      <w:r>
        <w:t>لينتج على الاستقامة من رابع الثاني</w:t>
      </w:r>
    </w:p>
    <w:p>
      <w:r>
        <w:t>من الرابع الثاني يعني من الضرب الرابع من الشكل الثاني</w:t>
      </w:r>
    </w:p>
    <w:p>
      <w:r>
        <w:t>نعم</w:t>
      </w:r>
    </w:p>
    <w:p>
      <w:r>
        <w:t>ليس كل جيم الف الثاني لينتج على الاستقامة من رابع الثاني</w:t>
      </w:r>
    </w:p>
    <w:p>
      <w:r>
        <w:t>يعني الضرب الثاني نعم لماذا? القياس من الشكل الثاني دائما آآ قضية سالبة</w:t>
      </w:r>
    </w:p>
    <w:p>
      <w:r>
        <w:t>نعم</w:t>
      </w:r>
    </w:p>
    <w:p>
      <w:r>
        <w:t>جيم باء وكل الف باء</w:t>
      </w:r>
    </w:p>
    <w:p>
      <w:r>
        <w:t>نعم</w:t>
      </w:r>
    </w:p>
    <w:p>
      <w:r>
        <w:t>لا</w:t>
      </w:r>
    </w:p>
    <w:p>
      <w:r>
        <w:t>يجب ان نأخذ ليس كل جيم باء حتى تأتي يأتي القياس من الشكل الثاني</w:t>
      </w:r>
    </w:p>
    <w:p>
      <w:r>
        <w:t>نعم</w:t>
      </w:r>
    </w:p>
    <w:p>
      <w:r>
        <w:t>خلينا نعيد</w:t>
      </w:r>
    </w:p>
    <w:p>
      <w:r>
        <w:t>واعلم ان القياس المستقيم قد يرد الى الخلف كما ذكرنا</w:t>
      </w:r>
    </w:p>
    <w:p>
      <w:r>
        <w:t>هذا لا يهمنا</w:t>
      </w:r>
    </w:p>
    <w:p>
      <w:r>
        <w:t>والخلف قد يرد الى المستقيم بقياس معكوس</w:t>
      </w:r>
    </w:p>
    <w:p>
      <w:r>
        <w:t>ما هي ماهية القياس المعكوس? يؤخذ نقيض المحال</w:t>
      </w:r>
    </w:p>
    <w:p>
      <w:r>
        <w:t>تخيل وصلنا الى صاد هذا المحال</w:t>
      </w:r>
    </w:p>
    <w:p>
      <w:r>
        <w:t>الذي ينبئ عن بطلا ادعى سين ويثبت سين</w:t>
      </w:r>
    </w:p>
    <w:p>
      <w:r>
        <w:t>سين صاد مبني على صاد</w:t>
      </w:r>
    </w:p>
    <w:p>
      <w:r>
        <w:t>نعم يؤخذ نقيض المحال فيه ويضم الى المقدمة الصادقة الموضوعة التي سلمنا عليها</w:t>
      </w:r>
    </w:p>
    <w:p>
      <w:r>
        <w:t>لينتج المطلوب بعينه</w:t>
      </w:r>
    </w:p>
    <w:p>
      <w:r>
        <w:t>كما نأخذ ليس كل جيم باء الذي هو نقيض كل جيم باء</w:t>
      </w:r>
    </w:p>
    <w:p>
      <w:r>
        <w:t>صحيح? كل جيم ب هذا صاد الباطن</w:t>
      </w:r>
    </w:p>
    <w:p>
      <w:r>
        <w:t>ناقضه ليس كل جيم</w:t>
      </w:r>
    </w:p>
    <w:p>
      <w:r>
        <w:t>الذي كان محال في الخلفل</w:t>
      </w:r>
    </w:p>
    <w:p>
      <w:r>
        <w:t>الذي كان محالا في الخلف يعني صاد</w:t>
      </w:r>
    </w:p>
    <w:p>
      <w:r>
        <w:t>المحال الذي انتجناه من قياس الخلف</w:t>
      </w:r>
    </w:p>
    <w:p>
      <w:r>
        <w:t>ونظمه نظم من? ليس كل جين باء</w:t>
      </w:r>
    </w:p>
    <w:p>
      <w:r>
        <w:t>خلاص هذا كله جيم ما انساه</w:t>
      </w:r>
    </w:p>
    <w:p>
      <w:r>
        <w:t>نظمه ليس كل جنب</w:t>
      </w:r>
    </w:p>
    <w:p>
      <w:r>
        <w:t>ونظمه يعني نأخذ هذا النقيض ونظم الى المقدمة الموضوعة في الخلف</w:t>
      </w:r>
    </w:p>
    <w:p>
      <w:r>
        <w:t>اعني كل الف باء</w:t>
      </w:r>
    </w:p>
    <w:p>
      <w:r>
        <w:t>فيأتي القياس هكذا</w:t>
      </w:r>
    </w:p>
    <w:p>
      <w:r>
        <w:t>ليس كل جيم باء وكل الف باء</w:t>
      </w:r>
    </w:p>
    <w:p>
      <w:r>
        <w:t>قياس من الشكل الثاني</w:t>
      </w:r>
    </w:p>
    <w:p>
      <w:r>
        <w:t>من الضرب الرابع</w:t>
      </w:r>
    </w:p>
    <w:p>
      <w:r>
        <w:t>الحد الاوسط باء محمول في المقدمة يعني الشكل الثاني</w:t>
      </w:r>
    </w:p>
    <w:p>
      <w:r>
        <w:t>الظرب الظرب الرابع</w:t>
      </w:r>
    </w:p>
    <w:p>
      <w:r>
        <w:t>يختفي ماذا تأتي النتيجة? سالبة قطعا من الحد لان الشكل الثاني دائما ينتج سالبة</w:t>
      </w:r>
    </w:p>
    <w:p>
      <w:r>
        <w:t>ليس كل جيم الف</w:t>
      </w:r>
    </w:p>
    <w:p>
      <w:r>
        <w:t>الذي هو المطلوب</w:t>
      </w:r>
    </w:p>
    <w:p>
      <w:r>
        <w:t>تفنن انت فقط بتمارين تستطيع ان ترجع القياس الخلف الى القياس المستقيم</w:t>
      </w:r>
    </w:p>
    <w:p>
      <w:r>
        <w:t>انتهى بحث الخلف وهو مهم جدا في حياتنا العلمية خصوصا في الرياضيات</w:t>
      </w:r>
    </w:p>
    <w:p>
      <w:r>
        <w:t>وفي الاستدلالات مع الخصوم لانه دائما يبني على النقيض ثم هذا النقيض يطعمه بمقدمة صادقة يسلمها الخصم ينتج الكارثة ينتج المحال فينبئ عن ماذا? عن ان ما يدعيه هو من لاس كاذب</w:t>
      </w:r>
    </w:p>
    <w:p>
      <w:r>
        <w:t>سين مدعاية وصادق</w:t>
      </w:r>
    </w:p>
    <w:p>
      <w:r>
        <w:t>نعم</w:t>
      </w:r>
    </w:p>
    <w:p>
      <w:r>
        <w:t>الاستقراء جاء من كلمة قرية الانسان يبحث يبحث عن شيء منطق من قرية الى قرية</w:t>
      </w:r>
    </w:p>
    <w:p>
      <w:r>
        <w:t>فالاستقراء كذلك بعدما يعاين جزئيات متعددة يصل الى القانون الكلي</w:t>
      </w:r>
    </w:p>
    <w:p>
      <w:r>
        <w:t>كيف يصل القانون الكلي بقياسهم? قياس كبراه هو مبدأ الهوية ما معناه? ثبات الطبائع في دار الوجود</w:t>
      </w:r>
    </w:p>
    <w:p>
      <w:r>
        <w:t>ثبات الطبائع وتناغم نظام الوجود لا يمكن ان يتناغم نظام الوجود</w:t>
      </w:r>
    </w:p>
    <w:p>
      <w:r>
        <w:t>الا اذا ثبتت الطبائع</w:t>
      </w:r>
    </w:p>
    <w:p>
      <w:r>
        <w:t>نعم</w:t>
      </w:r>
    </w:p>
    <w:p>
      <w:r>
        <w:t>والطبيعة اذا كانت مع دار الوجود دائما تبرز اثارها بنحو الثبات</w:t>
      </w:r>
    </w:p>
    <w:p>
      <w:r>
        <w:t>نعم</w:t>
      </w:r>
    </w:p>
    <w:p>
      <w:r>
        <w:t>قال والاستقراء وهو حكم هذا محور دلالي</w:t>
      </w:r>
    </w:p>
    <w:p>
      <w:r>
        <w:t>حكم على كل لكون هذا الكل ثابتا في جزئيات ذلك الكلي ليس هذا فقط</w:t>
      </w:r>
    </w:p>
    <w:p>
      <w:r>
        <w:t>ليس لانك انت تعاين الاجزاء فقط</w:t>
      </w:r>
    </w:p>
    <w:p>
      <w:r>
        <w:t>لا تعاين الاجزاء ثم يأتي هذا القانون الكلي في الخفاء ما هو? ان الطبيعة في نظام التناغم لمن تولد الاثار هي هي نعم كالحكم على الحيوان بتحرك الفك الاسفل حالة المضغ لكون الاسنان والفرس وسائل جزئياته المشادة كذلك</w:t>
      </w:r>
    </w:p>
    <w:p>
      <w:r>
        <w:t>نعم فان كانت الجزئيات منحصرة كان تاما هذا الاستقرار التام وهذا تحصيل للحاصل</w:t>
      </w:r>
    </w:p>
    <w:p>
      <w:r>
        <w:t>لا يستخدم في العلو</w:t>
      </w:r>
    </w:p>
    <w:p>
      <w:r>
        <w:t>وصار قياسا مقسما</w:t>
      </w:r>
    </w:p>
    <w:p>
      <w:r>
        <w:t>والا يعني اذا لم يكن منحصرا فربما انتقد الحكم بتمثال التمساح</w:t>
      </w:r>
    </w:p>
    <w:p>
      <w:r>
        <w:t>التمساح نعم لا يحرك فكه الاسفل</w:t>
      </w:r>
    </w:p>
    <w:p>
      <w:r>
        <w:t>وهو يشبه القياس لا لا يشبه القياس</w:t>
      </w:r>
    </w:p>
    <w:p>
      <w:r>
        <w:t>هنا هو قياس فقط هنا اكتب انت في الورقة او على الكتاب كما تشاء اكتب ملحوظة</w:t>
      </w:r>
    </w:p>
    <w:p>
      <w:r>
        <w:t>قياس القياس اما استنباط او استقراء او تمثيل</w:t>
      </w:r>
    </w:p>
    <w:p>
      <w:r>
        <w:t>القياس له اقسام ثلاثة</w:t>
      </w:r>
    </w:p>
    <w:p>
      <w:r>
        <w:t>الاستنباط والاستقراء والتمثيل</w:t>
      </w:r>
    </w:p>
    <w:p>
      <w:r>
        <w:t>كلها اقيسها كلها اقيسها يعني كلها فيها فيها كبرى آآ هنا مقصوده آآ يشبه القياس يعني الاستنباط هذا للاستنباط يطلق عليه في عرف القياس</w:t>
      </w:r>
    </w:p>
    <w:p>
      <w:r>
        <w:t>فيقول الاستقراء يشبه القياس</w:t>
      </w:r>
    </w:p>
    <w:p>
      <w:r>
        <w:t>يعني الاستقراء ليس بقياس</w:t>
      </w:r>
    </w:p>
    <w:p>
      <w:r>
        <w:t>لا قياس</w:t>
      </w:r>
    </w:p>
    <w:p>
      <w:r>
        <w:t>ليس بقياس استنباطي</w:t>
      </w:r>
    </w:p>
    <w:p>
      <w:r>
        <w:t>لان القياس الاستنباطي تنتقل من من الكل الى الجزء</w:t>
      </w:r>
    </w:p>
    <w:p>
      <w:r>
        <w:t>لا قياس وهو يشبه القياس يكتب تحت القياس الايستيم بارتي</w:t>
      </w:r>
    </w:p>
    <w:p>
      <w:r>
        <w:t>بحث القياس لاستقراء من اروع البحوث</w:t>
      </w:r>
    </w:p>
    <w:p>
      <w:r>
        <w:t>في الحقل المنطقي الى يومنا الان</w:t>
      </w:r>
    </w:p>
    <w:p>
      <w:r>
        <w:t>الدراسات تنتشر لتبيين هذا الاستقراء وهذا القياس</w:t>
      </w:r>
    </w:p>
    <w:p>
      <w:r>
        <w:t>وهو يشبه القياس لان تلك الجزئيات تنوب مناب الاوساط</w:t>
      </w:r>
    </w:p>
    <w:p>
      <w:r>
        <w:t>نعم</w:t>
      </w:r>
    </w:p>
    <w:p>
      <w:r>
        <w:t>الاوسط مع كبرى الكلية وهو تناغم نظام الطبيعة</w:t>
      </w:r>
    </w:p>
    <w:p>
      <w:r>
        <w:t>يعني الله تعالى لما جعل هذه الطبائع احترمها يحترمها لانه حكمته</w:t>
      </w:r>
    </w:p>
    <w:p>
      <w:r>
        <w:t>نعم</w:t>
      </w:r>
    </w:p>
    <w:p>
      <w:r>
        <w:t>الا اذا تدخلت الولاية الالهية في دائرة الاعجاز</w:t>
      </w:r>
    </w:p>
    <w:p>
      <w:r>
        <w:t>قوة اخرى والى طبائع تبقى تؤثر النار في ابراهيم تحرق</w:t>
      </w:r>
    </w:p>
    <w:p>
      <w:r>
        <w:t>ضع يدك انت تحرق قوة خارجية قوة غيبية هناك آآ آآ في مقابل قوة النار النار موجودة قوتها</w:t>
      </w:r>
    </w:p>
    <w:p>
      <w:r>
        <w:t>لو آآ رمي فيل هندي مع ابراهيم لاحترق</w:t>
      </w:r>
    </w:p>
    <w:p>
      <w:r>
        <w:t>نعم لان ابراهيم قدسي قوة قدسية في مقابل القوى النارية</w:t>
      </w:r>
    </w:p>
    <w:p>
      <w:r>
        <w:t>ليس النار لا تؤثر تؤثر قوتها في مقابل قوة كبيرة الهية كبيرة</w:t>
      </w:r>
    </w:p>
    <w:p>
      <w:r>
        <w:t>نعم</w:t>
      </w:r>
    </w:p>
    <w:p>
      <w:r>
        <w:t>اقول هنا العلمة الحلي يشرح و ما يركزون كثير على الاستقراء مع انه من وروائع الابتكار الانساني</w:t>
      </w:r>
    </w:p>
    <w:p>
      <w:r>
        <w:t>في برهان الشفاء هناك الشيخ الرئيس فصل في نعم</w:t>
      </w:r>
    </w:p>
    <w:p>
      <w:r>
        <w:t>اقول الاستدلال اما بالعام على الخاص وهو القياس انظر اذا القياس في ذهنه الشريف هو القياس الاستنباطي</w:t>
      </w:r>
    </w:p>
    <w:p>
      <w:r>
        <w:t>معنى القياس الاستنباطي احد مصادق القياس</w:t>
      </w:r>
    </w:p>
    <w:p>
      <w:r>
        <w:t>قياس اما استنباط استقراء او تمثيل</w:t>
      </w:r>
    </w:p>
    <w:p>
      <w:r>
        <w:t>هو عنده في ذهنه القياس والاستنباط</w:t>
      </w:r>
    </w:p>
    <w:p>
      <w:r>
        <w:t>لماذا? لانه قال الاستدلال اما الخاص يعني من الكل الى الجزئي</w:t>
      </w:r>
    </w:p>
    <w:p>
      <w:r>
        <w:t>وهو القياس اكتب الإستنباطي</w:t>
      </w:r>
    </w:p>
    <w:p>
      <w:r>
        <w:t>وقد تقدم بيانه واحكامه مستوفي</w:t>
      </w:r>
    </w:p>
    <w:p>
      <w:r>
        <w:t>وهو المفيد للعلم</w:t>
      </w:r>
    </w:p>
    <w:p>
      <w:r>
        <w:t>المستعمل في البراهين الحقيقية</w:t>
      </w:r>
    </w:p>
    <w:p>
      <w:r>
        <w:t>يفيد العلم بشرط ان تكون المعطيات العلمية كذلك تامة</w:t>
      </w:r>
    </w:p>
    <w:p>
      <w:r>
        <w:t>واما بالعكس وهو الاستقراء</w:t>
      </w:r>
    </w:p>
    <w:p>
      <w:r>
        <w:t>الاستقراء يعني تنتقل من الخاص الى العام مع هذا القانون</w:t>
      </w:r>
    </w:p>
    <w:p>
      <w:r>
        <w:t>مع هذه القاعدة التي انا بينتها</w:t>
      </w:r>
    </w:p>
    <w:p>
      <w:r>
        <w:t>او باحد المتساويين على الاخر وهو التمثيل</w:t>
      </w:r>
    </w:p>
    <w:p>
      <w:r>
        <w:t>فالاستقراء وهو الحكم على الكل بما وجد في جزئياته</w:t>
      </w:r>
    </w:p>
    <w:p>
      <w:r>
        <w:t>هذا هو محور دلالي</w:t>
      </w:r>
    </w:p>
    <w:p>
      <w:r>
        <w:t>لكن هذه العبارة ناقصة</w:t>
      </w:r>
    </w:p>
    <w:p>
      <w:r>
        <w:t>ليس بما هو موجود في جزئياته</w:t>
      </w:r>
    </w:p>
    <w:p>
      <w:r>
        <w:t>هذا لا يكفي</w:t>
      </w:r>
    </w:p>
    <w:p>
      <w:r>
        <w:t>هذا استقراء</w:t>
      </w:r>
    </w:p>
    <w:p>
      <w:r>
        <w:t>اه اصلا لا يفيد العلم</w:t>
      </w:r>
    </w:p>
    <w:p>
      <w:r>
        <w:t>يعني انت اه تجد المائية في ظروف باردة في ظروف باردة في ظروف باردة في ظروف باردة في ظروف باردة في ظروف باردة لا يمكن لك ان تقول كل ماء في هذه الظروف آآ بارد ابدا لا يمكن محض المعاينة جزئيات لا يعطي القانون الكلي</w:t>
      </w:r>
    </w:p>
    <w:p>
      <w:r>
        <w:t>الا اذا جيت بالقاعدة الكلية ان الطبيعة متناغمة</w:t>
      </w:r>
    </w:p>
    <w:p>
      <w:r>
        <w:t>في نظام الوجود</w:t>
      </w:r>
    </w:p>
    <w:p>
      <w:r>
        <w:t>فكلما تحققت الظروف طبيعة تولد الاثار</w:t>
      </w:r>
    </w:p>
    <w:p>
      <w:r>
        <w:t>هذه هي القاعدة الكلية</w:t>
      </w:r>
    </w:p>
    <w:p>
      <w:r>
        <w:t>هي التي جعلتك تفتي تقول في الشروط الخاصة يكون باردا</w:t>
      </w:r>
    </w:p>
    <w:p>
      <w:r>
        <w:t>وهذا يقيني</w:t>
      </w:r>
    </w:p>
    <w:p>
      <w:r>
        <w:t>يقيني يقيني يقيني</w:t>
      </w:r>
    </w:p>
    <w:p>
      <w:r>
        <w:t>كل العلوم بنيت على الاستقراء</w:t>
      </w:r>
    </w:p>
    <w:p>
      <w:r>
        <w:t>فالاستقراء وهو الحكم على الكل بما وجد في جزئياته كمل</w:t>
      </w:r>
    </w:p>
    <w:p>
      <w:r>
        <w:t>المحور الدلالي مع تطعيم هذه المعاينة في الجزئيات مع هذه القاعدة الكلية ان الطبيعة تناغم الوجود في قوانينه وفي علاقاته التي تحكم الطبائع</w:t>
      </w:r>
    </w:p>
    <w:p>
      <w:r>
        <w:t>ان ذكرت الجزئيات باجمعها فهو القياس المقسم</w:t>
      </w:r>
    </w:p>
    <w:p>
      <w:r>
        <w:t>هذا اه الاستقرار التام</w:t>
      </w:r>
    </w:p>
    <w:p>
      <w:r>
        <w:t>وهذا لا يفيد اه علما جديدا</w:t>
      </w:r>
    </w:p>
    <w:p>
      <w:r>
        <w:t>تحصيله للحصر</w:t>
      </w:r>
    </w:p>
    <w:p>
      <w:r>
        <w:t>ويفيد اليقين ويستعمل في البراهين</w:t>
      </w:r>
    </w:p>
    <w:p>
      <w:r>
        <w:t>نعم يستعمل في البراهين</w:t>
      </w:r>
    </w:p>
    <w:p>
      <w:r>
        <w:t>كصورة ممكن</w:t>
      </w:r>
    </w:p>
    <w:p>
      <w:r>
        <w:t>كقولنا كل شكل اما كوري واما مضلع</w:t>
      </w:r>
    </w:p>
    <w:p>
      <w:r>
        <w:t>يعني تزادنا في الدائرة بين النفي والاث وكل كري وكل مضلع متناهي وهو استقراء تام</w:t>
      </w:r>
    </w:p>
    <w:p>
      <w:r>
        <w:t>من باب تحصيل الحاصل اذا لم يكن من باب تحصيل الحاصل نعم يفيد اليقين انه محصور</w:t>
      </w:r>
    </w:p>
    <w:p>
      <w:r>
        <w:t>المشكل ليس في الاستقرار التام</w:t>
      </w:r>
    </w:p>
    <w:p>
      <w:r>
        <w:t>المشكل في الاستقرار ناقص</w:t>
      </w:r>
    </w:p>
    <w:p>
      <w:r>
        <w:t>وان اخل آآ ببعض الجزئيات فهو الاستقراء النقص</w:t>
      </w:r>
    </w:p>
    <w:p>
      <w:r>
        <w:t>ويفيد الظن يفيد الظن بدون القاعدة الكلية بالقاعدة الكلية بالقانون الكلي يفيد اليقين</w:t>
      </w:r>
    </w:p>
    <w:p>
      <w:r>
        <w:t>ويستعمل في الاقيس الجدلي كقولنا كل حيوان اما انسان او حوار او فرس او طائر وكلها تحرك فكها الاسفل عند الماظ</w:t>
      </w:r>
    </w:p>
    <w:p>
      <w:r>
        <w:t>نعم</w:t>
      </w:r>
    </w:p>
    <w:p>
      <w:r>
        <w:t>وانما لم يفد اليقين لجواز ان يكون الجزء المتروك بخلاف ما ذكر من الجزئيات كالتمساح في مثالنا</w:t>
      </w:r>
    </w:p>
    <w:p>
      <w:r>
        <w:t>اذا مقاربة العلام الحلي فقط معاينة الجزئيات معاينة الجزئيات</w:t>
      </w:r>
    </w:p>
    <w:p>
      <w:r>
        <w:t>ولا واحد يقول يعني انا عاينت كل الجزئيات وجدت انها تحرك الفك الاسفل فقط</w:t>
      </w:r>
    </w:p>
    <w:p>
      <w:r>
        <w:t>هذا لا يعطيني المبرر للحكم</w:t>
      </w:r>
    </w:p>
    <w:p>
      <w:r>
        <w:t>يجب ان نكتشف طبيعة الحي هكذا</w:t>
      </w:r>
    </w:p>
    <w:p>
      <w:r>
        <w:t>طبيعة الحيوان في تناغم الوجود الخلقي</w:t>
      </w:r>
    </w:p>
    <w:p>
      <w:r>
        <w:t>اذا اكتشفت هذا بعد التمساح لا ينقضني</w:t>
      </w:r>
    </w:p>
    <w:p>
      <w:r>
        <w:t>حتى التمساح يحرك فكه الاسفل</w:t>
      </w:r>
    </w:p>
    <w:p>
      <w:r>
        <w:t>لماذا? لان الطبيعة تناغم الطبيعة والطبيعة لا تخترق نظام الوجود</w:t>
      </w:r>
    </w:p>
    <w:p>
      <w:r>
        <w:t>نعم ولا تضاد لنظام الوجود</w:t>
      </w:r>
    </w:p>
    <w:p>
      <w:r>
        <w:t>اذا هذه المعاينة آآ بدون تطعيم هذه القاعدة تطعيمها بهذه القاعدة</w:t>
      </w:r>
    </w:p>
    <w:p>
      <w:r>
        <w:t>نعم لا يفيد اليقين</w:t>
      </w:r>
    </w:p>
    <w:p>
      <w:r>
        <w:t>فانت عاينت فقط الحيوانات</w:t>
      </w:r>
    </w:p>
    <w:p>
      <w:r>
        <w:t>ولم تكتشف ان هذا التحرك تحرك الفك الفك التحتاني السفلاني ناتج من طبيعة الحيوان</w:t>
      </w:r>
    </w:p>
    <w:p>
      <w:r>
        <w:t>لا لا لا</w:t>
      </w:r>
    </w:p>
    <w:p>
      <w:r>
        <w:t>نعم ناتج من بنية خاصة</w:t>
      </w:r>
    </w:p>
    <w:p>
      <w:r>
        <w:t>ولهذا التمساح يتمرد</w:t>
      </w:r>
    </w:p>
    <w:p>
      <w:r>
        <w:t>وان لم يوفد اليقين لجواز ان يكون الجزء المتروك بخلاف ما ذكر من الجزئيات كالتمساح في مثالنا</w:t>
      </w:r>
    </w:p>
    <w:p>
      <w:r>
        <w:t>هذا ليس استقراء</w:t>
      </w:r>
    </w:p>
    <w:p>
      <w:r>
        <w:t>بالمعنى العلمي</w:t>
      </w:r>
    </w:p>
    <w:p>
      <w:r>
        <w:t>هذا معاينة الجزئيات فقط</w:t>
      </w:r>
    </w:p>
    <w:p>
      <w:r>
        <w:t>وهذا الاستقراء شبيه بالقياس</w:t>
      </w:r>
    </w:p>
    <w:p>
      <w:r>
        <w:t>القياس الاستنباطي</w:t>
      </w:r>
    </w:p>
    <w:p>
      <w:r>
        <w:t>لان الجزئيات تنوب مناب الحد الاوسط لان استدلنا بثوبة الحكم فيها على ثبوته في كلها</w:t>
      </w:r>
    </w:p>
    <w:p>
      <w:r>
        <w:t>هنا انظر في ثبوتها على كلها اذا بنينا هذه على الثبوت الكلي على القانون تناغم يعني الطبيعة متناغمة في دار الوجود اثارها تكون واحدة في كل الطبائع</w:t>
      </w:r>
    </w:p>
    <w:p>
      <w:r>
        <w:t>فيكون يقينيا</w:t>
      </w:r>
    </w:p>
    <w:p>
      <w:r>
        <w:t>اما اذا قفزنا الى هذه الكلية بمعاينة صرف فلا يكون يقينيا</w:t>
      </w:r>
    </w:p>
    <w:p>
      <w:r>
        <w:t>فالجزئيات وسط في الاستقراء والكل وسط في القياس</w:t>
      </w:r>
    </w:p>
    <w:p>
      <w:r>
        <w:t>نعم لا حتى في في القياس الاستنباطي حتى في الاستقراء الكلي وسط وهي القاعدة الكلية التي بينتها لكم ان الطضائع نظام الوجود طبائعه ثابتة</w:t>
      </w:r>
    </w:p>
    <w:p>
      <w:r>
        <w:t>هذا مبدأ الهوية باء ثابتة في نظام الوجود</w:t>
      </w:r>
    </w:p>
    <w:p>
      <w:r>
        <w:t>فالله تعالى يلعب بالطبع اليوم طبيعة يعطيها في شروطنا البرودة ثم في شروط نفسها يرفع لها البرودة</w:t>
      </w:r>
    </w:p>
    <w:p>
      <w:r>
        <w:t>اجتماعنا قضينا</w:t>
      </w:r>
    </w:p>
    <w:p>
      <w:r>
        <w:t>اجتماع النقيض ينضرب للهوية المائية</w:t>
      </w:r>
    </w:p>
    <w:p>
      <w:r>
        <w:t>اذا الهوية المائية</w:t>
      </w:r>
    </w:p>
    <w:p>
      <w:r>
        <w:t>كلما عاشت هذه الظروف فهي باردة</w:t>
      </w:r>
    </w:p>
    <w:p>
      <w:r>
        <w:t>كلما عاشت ظروف اخرى فهي حارة</w:t>
      </w:r>
    </w:p>
    <w:p>
      <w:r>
        <w:t>وهكذا كلما عاشت ظروف خاصة فهي جليد</w:t>
      </w:r>
    </w:p>
    <w:p>
      <w:r>
        <w:t>قوانين هذه ثابتة</w:t>
      </w:r>
    </w:p>
    <w:p>
      <w:r>
        <w:t>كلية ويقينية</w:t>
      </w:r>
    </w:p>
    <w:p>
      <w:r>
        <w:t>الماء في مناخ يصير الماء جليد</w:t>
      </w:r>
    </w:p>
    <w:p>
      <w:r>
        <w:t>كلي اينما تكون هذه الشروط الطبيعة تعطي اثرها ماذا? يصير الماء جليدا وهكذا</w:t>
      </w:r>
    </w:p>
    <w:p>
      <w:r>
        <w:t>يفيد اليقين</w:t>
      </w:r>
    </w:p>
    <w:p>
      <w:r>
        <w:t>نعم</w:t>
      </w:r>
    </w:p>
    <w:p>
      <w:r>
        <w:t>التمثيل يأتي ان شاء الله</w:t>
      </w:r>
    </w:p>
    <w:p>
      <w:r>
        <w:t>اللهم صل على محمد 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