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 والحمد لله</w:t>
      </w:r>
    </w:p>
    <w:p>
      <w:r>
        <w:t>والله اكبر</w:t>
      </w:r>
    </w:p>
    <w:p>
      <w:r>
        <w:t>اعوذ بالله من الشيطان الرجيم</w:t>
      </w:r>
    </w:p>
    <w:p>
      <w:r>
        <w:t>بسم الله الرحمن الرحيم</w:t>
      </w:r>
    </w:p>
    <w:p>
      <w:r>
        <w:t>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التمثيل</w:t>
      </w:r>
    </w:p>
    <w:p>
      <w:r>
        <w:t>قال والتمثيل والحاق بشبيهه في حكم ثابت له</w:t>
      </w:r>
    </w:p>
    <w:p>
      <w:r>
        <w:t>ويسمى الاول فرعا والثاني اصلا</w:t>
      </w:r>
    </w:p>
    <w:p>
      <w:r>
        <w:t>ووجه المشابهة جامعا وعلة</w:t>
      </w:r>
    </w:p>
    <w:p>
      <w:r>
        <w:t>وذلك كالحاق السماء بالبيت</w:t>
      </w:r>
    </w:p>
    <w:p>
      <w:r>
        <w:t>في الحدوث لكونه متشكلا كالبيت</w:t>
      </w:r>
    </w:p>
    <w:p>
      <w:r>
        <w:t>وهو ظني يستعمله بعظ الفقهاء</w:t>
      </w:r>
    </w:p>
    <w:p>
      <w:r>
        <w:t>فقهاء العامة نعم</w:t>
      </w:r>
    </w:p>
    <w:p>
      <w:r>
        <w:t>اذا عندنا اسم الفرع والجامعون</w:t>
      </w:r>
    </w:p>
    <w:p>
      <w:r>
        <w:t>اصل فرع الأصل الفرع آآ يأخذ حكم الأصل للجامع</w:t>
      </w:r>
    </w:p>
    <w:p>
      <w:r>
        <w:t>لعل من حل عنده تفصيل</w:t>
      </w:r>
    </w:p>
    <w:p>
      <w:r>
        <w:t>واقواه ما اشتمل على الجمع</w:t>
      </w:r>
    </w:p>
    <w:p>
      <w:r>
        <w:t>اقوى التمثيل الذي عنده جامع الذي ليس له جامع هذا اصل لا قيمة له</w:t>
      </w:r>
    </w:p>
    <w:p>
      <w:r>
        <w:t>الانتقال من الاصل الى من الفرع الى الاصل بدون ملاك</w:t>
      </w:r>
    </w:p>
    <w:p>
      <w:r>
        <w:t>بدون ملاك عقلي</w:t>
      </w:r>
    </w:p>
    <w:p>
      <w:r>
        <w:t>نعم</w:t>
      </w:r>
    </w:p>
    <w:p>
      <w:r>
        <w:t>فيكون الجامع</w:t>
      </w:r>
    </w:p>
    <w:p>
      <w:r>
        <w:t>يعني الجامع يندرج تحته الفرع والاصل</w:t>
      </w:r>
    </w:p>
    <w:p>
      <w:r>
        <w:t>نعم</w:t>
      </w:r>
    </w:p>
    <w:p>
      <w:r>
        <w:t>يقول المحقق التونسي واقواه يعني اقوى مصادق التمثيل ما اشتمل على الجمع</w:t>
      </w:r>
    </w:p>
    <w:p>
      <w:r>
        <w:t>ثم الذي على الجامع الوجودي</w:t>
      </w:r>
    </w:p>
    <w:p>
      <w:r>
        <w:t>الجمع الوجودي هنا ماذا يقصد بالوجود? الجامع المتحقق ثم الذي يكون الجمع فيه علة للحكم</w:t>
      </w:r>
    </w:p>
    <w:p>
      <w:r>
        <w:t>لماذا? لان اينما تكون العلة يكون المعلول</w:t>
      </w:r>
    </w:p>
    <w:p>
      <w:r>
        <w:t>نعم</w:t>
      </w:r>
    </w:p>
    <w:p>
      <w:r>
        <w:t>فاذا كان الجامع وهو علة في الفرع فيكون في الاصل كان في الفصل يكون في الفرع</w:t>
      </w:r>
    </w:p>
    <w:p>
      <w:r>
        <w:t>ومع ذلك لا يفيد اليقين لاحتمال كون العلة علة في الاصل فقط</w:t>
      </w:r>
    </w:p>
    <w:p>
      <w:r>
        <w:t>يعني انت العلة تكون في الاصل</w:t>
      </w:r>
    </w:p>
    <w:p>
      <w:r>
        <w:t>باي ملاك انت تسريها في الفرع? اذا سريت في الفرع انقلب ماذا? انقلب برهانا</w:t>
      </w:r>
    </w:p>
    <w:p>
      <w:r>
        <w:t>يعني انقلب استنباطا</w:t>
      </w:r>
    </w:p>
    <w:p>
      <w:r>
        <w:t>ثم ان صحت علته مطلقا صار الاصل حشوا لا معنى للاصل</w:t>
      </w:r>
    </w:p>
    <w:p>
      <w:r>
        <w:t>ونروح مباشرة الى العلة والتمثيل قياسا هنيئا</w:t>
      </w:r>
    </w:p>
    <w:p>
      <w:r>
        <w:t>يعني قياسا برهاني استنباطيا</w:t>
      </w:r>
    </w:p>
    <w:p>
      <w:r>
        <w:t>فهو يشبه القياس يعني الاستنباط لولا الاصل</w:t>
      </w:r>
    </w:p>
    <w:p>
      <w:r>
        <w:t>نعم</w:t>
      </w:r>
    </w:p>
    <w:p>
      <w:r>
        <w:t>اقول هذا هو النوع الثالث من انواع الاستدلال</w:t>
      </w:r>
    </w:p>
    <w:p>
      <w:r>
        <w:t>انواع الاستدلال او يعني الاستدلال يعني القياس استنباط تمثيل</w:t>
      </w:r>
    </w:p>
    <w:p>
      <w:r>
        <w:t>وهو المسمى بالتمثيل في عرف المنطقيين وبالقياس في عرف الفقهاء</w:t>
      </w:r>
    </w:p>
    <w:p>
      <w:r>
        <w:t>نحن الامامية نؤمن بقياس التمثيل اذا كان منصوص العلة</w:t>
      </w:r>
    </w:p>
    <w:p>
      <w:r>
        <w:t>نعم</w:t>
      </w:r>
    </w:p>
    <w:p>
      <w:r>
        <w:t>وهو اثبات هذا المحور الدلالي ما هو اه التمثيل وهو اثبات الحكم في جزئي لثبوته في جزئي اخر مشابه له</w:t>
      </w:r>
    </w:p>
    <w:p>
      <w:r>
        <w:t>نعم</w:t>
      </w:r>
    </w:p>
    <w:p>
      <w:r>
        <w:t>اذا عندنا فرع اصل جزئي وجزئي وعندنا جامع</w:t>
      </w:r>
    </w:p>
    <w:p>
      <w:r>
        <w:t>واركانه اربعة</w:t>
      </w:r>
    </w:p>
    <w:p>
      <w:r>
        <w:t>الاصل وهو الجزئية والفرع وهو الجزء المطلوب حكمه الذي ننقل له الحكم والجامع وهو وجه الشبه والحكم</w:t>
      </w:r>
    </w:p>
    <w:p>
      <w:r>
        <w:t>الحكم آآ كالحدوث مثلا بين البيت والسماء</w:t>
      </w:r>
    </w:p>
    <w:p>
      <w:r>
        <w:t>فالسما مركبة تشبه بيت مركبة مادام ان البيت حادثة لتركبها فما تكون حادثة لتركبها للجامع وهو التركب</w:t>
      </w:r>
    </w:p>
    <w:p>
      <w:r>
        <w:t>مثال ان نقول السماء محدث لأنه مشكل كالبيت مشكل يعني مركب</w:t>
      </w:r>
    </w:p>
    <w:p>
      <w:r>
        <w:t>فالبيت اصل والسماء والشكل علة شكل تشكل يعني تركب والحدوث حكم</w:t>
      </w:r>
    </w:p>
    <w:p>
      <w:r>
        <w:t>وهو لا يفيد اليقين ويستعمله الفقهاء كثيرا</w:t>
      </w:r>
    </w:p>
    <w:p>
      <w:r>
        <w:t>فقهاء العامة طبعا</w:t>
      </w:r>
    </w:p>
    <w:p>
      <w:r>
        <w:t>واجود انواعه واقواها ما اشتمل على جامعين</w:t>
      </w:r>
    </w:p>
    <w:p>
      <w:r>
        <w:t>ان الجامع هو ملاك سريان حكم الجزئي الاول الى الجزء الثاني</w:t>
      </w:r>
    </w:p>
    <w:p>
      <w:r>
        <w:t>ثم الاجود منه ما اشتمل على جامع وجودي</w:t>
      </w:r>
    </w:p>
    <w:p>
      <w:r>
        <w:t>يعني الجامع موجود</w:t>
      </w:r>
    </w:p>
    <w:p>
      <w:r>
        <w:t>ثم الاجود منه ما كان الجامع فيه علة لل حكم لان العلة اينما تكون يكون اثرها</w:t>
      </w:r>
    </w:p>
    <w:p>
      <w:r>
        <w:t>ومع ذلك كله فانه لا يفيد اليقين</w:t>
      </w:r>
    </w:p>
    <w:p>
      <w:r>
        <w:t>لماذا? لاحتمال ان يكون الجامع الا في الاصل خاصة</w:t>
      </w:r>
    </w:p>
    <w:p>
      <w:r>
        <w:t>ولا يكون في العفارة</w:t>
      </w:r>
    </w:p>
    <w:p>
      <w:r>
        <w:t>او يكون مشروطا بشرط لم يوجد في الفرع</w:t>
      </w:r>
    </w:p>
    <w:p>
      <w:r>
        <w:t>يكون في الفرع مانع من الحوك</w:t>
      </w:r>
    </w:p>
    <w:p>
      <w:r>
        <w:t>هذا والدليل عدم حجية القياس الفقهي عند الامام مية</w:t>
      </w:r>
    </w:p>
    <w:p>
      <w:r>
        <w:t>الا اذا حرزنا اه علة الحكم</w:t>
      </w:r>
    </w:p>
    <w:p>
      <w:r>
        <w:t>ثم ان ثبت انه علة مطلق يعني في الاصل والفراغ غير مشروط بشرط ولا مانع هناك هذا هو آآ قول الامامية في آآ قياس التمثيل في الفقه يعني يكون هناك علة علة لا مشروطة بشرط ولا مانع في البين</w:t>
      </w:r>
    </w:p>
    <w:p>
      <w:r>
        <w:t>صار ذكر الاصل حشو في القياس ما نحتاج الى الاصل</w:t>
      </w:r>
    </w:p>
    <w:p>
      <w:r>
        <w:t>وصار التمليث تمثيل قياسا برهانيا</w:t>
      </w:r>
    </w:p>
    <w:p>
      <w:r>
        <w:t>كما لو كان الشكل علة للحدوث</w:t>
      </w:r>
    </w:p>
    <w:p>
      <w:r>
        <w:t>تركب</w:t>
      </w:r>
    </w:p>
    <w:p>
      <w:r>
        <w:t>يعني اه لماذا البيت? حادثة لان كل مركب يحتاج الى اجزاءه</w:t>
      </w:r>
    </w:p>
    <w:p>
      <w:r>
        <w:t>المحتاج يعني ممكن</w:t>
      </w:r>
    </w:p>
    <w:p>
      <w:r>
        <w:t>يعني مخلوق</w:t>
      </w:r>
    </w:p>
    <w:p>
      <w:r>
        <w:t>الا للحدوث مطلقا</w:t>
      </w:r>
    </w:p>
    <w:p>
      <w:r>
        <w:t>صار القياس هكذا</w:t>
      </w:r>
    </w:p>
    <w:p>
      <w:r>
        <w:t>السماء متشكل وكل متشكل محدث</w:t>
      </w:r>
    </w:p>
    <w:p>
      <w:r>
        <w:t>وكان برهان قطعيا</w:t>
      </w:r>
    </w:p>
    <w:p>
      <w:r>
        <w:t>فما احتاجنا الى البيت يعني ما نحتاج الى الأصل نعم واعلم ان التمثيل يشبه القياس اكتب القياس استنباطي لولا الأصل احذف الأصل في سر آآ قياس الإستنباط لليقين من حيث ان الجامعة وقع وسطا الاصغر والاكبر نعم سهل جدا اذا احرص جيدا لماذا الامامية يرفضون قياس التمثيل في الفقه? لانه الجامع لا يكون علة واذا كان علة قد يكون في الاصل فقط</w:t>
      </w:r>
    </w:p>
    <w:p>
      <w:r>
        <w:t>وقد يكون مانع في الفرائض</w:t>
      </w:r>
    </w:p>
    <w:p>
      <w:r>
        <w:t>اذا احرزنا الا بدون اي قيد وشرط</w:t>
      </w:r>
    </w:p>
    <w:p>
      <w:r>
        <w:t>هناك لماذا يقبل منصوص العلة? لانه ينقلب ماذا? برهانا</w:t>
      </w:r>
    </w:p>
    <w:p>
      <w:r>
        <w:t>يفيد اليقين</w:t>
      </w:r>
    </w:p>
    <w:p>
      <w:r>
        <w:t>قياس الظمير قياس الظمير هذا اخفاء اه عامة اخفاء الكبرى</w:t>
      </w:r>
    </w:p>
    <w:p>
      <w:r>
        <w:t>اما للمغالطة او لبداهتها</w:t>
      </w:r>
    </w:p>
    <w:p>
      <w:r>
        <w:t>امرأة تذهب الى السوق تشتري قماشا فتقل البائع قماش جيد</w:t>
      </w:r>
    </w:p>
    <w:p>
      <w:r>
        <w:t>يعني جودة رفيعة يقول انه خارجي يعني اجنبي مستورد</w:t>
      </w:r>
    </w:p>
    <w:p>
      <w:r>
        <w:t>نعم هذا القماش مستورد فهو جيد</w:t>
      </w:r>
    </w:p>
    <w:p>
      <w:r>
        <w:t>يخفي الكبرى وكل مستورد جيد</w:t>
      </w:r>
    </w:p>
    <w:p>
      <w:r>
        <w:t>من قال? قد تستورد من الصين خربان</w:t>
      </w:r>
    </w:p>
    <w:p>
      <w:r>
        <w:t>نعم</w:t>
      </w:r>
    </w:p>
    <w:p>
      <w:r>
        <w:t>او من الدول العربية التي لا تحسن الانتاج خربا</w:t>
      </w:r>
    </w:p>
    <w:p>
      <w:r>
        <w:t>نعم كل مستورد جيد من اين? اذا هنا الكبرى اخفيت للمغالطة او للبداهة</w:t>
      </w:r>
    </w:p>
    <w:p>
      <w:r>
        <w:t>قال والظمير قياس محذوف الكبرى</w:t>
      </w:r>
    </w:p>
    <w:p>
      <w:r>
        <w:t>كما يقال فلان يطوف ليلا فهو لص قال كل من يطوف في الليل هو نصف قد يكون حارس المسكين قد يكون شرطيا</w:t>
      </w:r>
    </w:p>
    <w:p>
      <w:r>
        <w:t>نعم</w:t>
      </w:r>
    </w:p>
    <w:p>
      <w:r>
        <w:t>فلان يطوف ليلا فهو لص وحذفها يعني حذف الكبرى للإيجاز بديهية</w:t>
      </w:r>
    </w:p>
    <w:p>
      <w:r>
        <w:t>او للمغالطة هنا مغالطة كما في البائع</w:t>
      </w:r>
    </w:p>
    <w:p>
      <w:r>
        <w:t>هذا القماش جيد صورة</w:t>
      </w:r>
    </w:p>
    <w:p>
      <w:r>
        <w:t>نعم</w:t>
      </w:r>
    </w:p>
    <w:p>
      <w:r>
        <w:t>هذا القماش مستورد فهو جيد</w:t>
      </w:r>
    </w:p>
    <w:p>
      <w:r>
        <w:t>والكبرائين وكل مستورد جيد منقر</w:t>
      </w:r>
    </w:p>
    <w:p>
      <w:r>
        <w:t>يغالط</w:t>
      </w:r>
    </w:p>
    <w:p>
      <w:r>
        <w:t>اقول قياس الضمير هو قياس حذف كبرى</w:t>
      </w:r>
    </w:p>
    <w:p>
      <w:r>
        <w:t>فخفيت يعني ابهمت في دخلنا في الابهام</w:t>
      </w:r>
    </w:p>
    <w:p>
      <w:r>
        <w:t>اذا عندنا عندنا صغرى نتيجة مباشرة</w:t>
      </w:r>
    </w:p>
    <w:p>
      <w:r>
        <w:t>هذا القماش مستورد فهو جيد</w:t>
      </w:r>
    </w:p>
    <w:p>
      <w:r>
        <w:t>كل مستورد جيد اخفاه</w:t>
      </w:r>
    </w:p>
    <w:p>
      <w:r>
        <w:t>هذا يطوف في الليل فهو للصوم</w:t>
      </w:r>
    </w:p>
    <w:p>
      <w:r>
        <w:t>الكبرى ما هي كل من يطوف في الليل يصوم من قال</w:t>
      </w:r>
    </w:p>
    <w:p>
      <w:r>
        <w:t>نعم</w:t>
      </w:r>
    </w:p>
    <w:p>
      <w:r>
        <w:t>اقول قياس الظمير هو ق حذف كبراه فخفيت يعني هذا محور دلالي</w:t>
      </w:r>
    </w:p>
    <w:p>
      <w:r>
        <w:t>فلذلك سمي ضميرا</w:t>
      </w:r>
    </w:p>
    <w:p>
      <w:r>
        <w:t>هذا وضع الإصطلاح</w:t>
      </w:r>
    </w:p>
    <w:p>
      <w:r>
        <w:t>للمناسبة</w:t>
      </w:r>
    </w:p>
    <w:p>
      <w:r>
        <w:t>ان اضمار الكبرى</w:t>
      </w:r>
    </w:p>
    <w:p>
      <w:r>
        <w:t>وحذفها انما يكون للإيجاز</w:t>
      </w:r>
    </w:p>
    <w:p>
      <w:r>
        <w:t>هذا ملاك الحذ ما هو? سر الحذف للإيجاز للنباتية</w:t>
      </w:r>
    </w:p>
    <w:p>
      <w:r>
        <w:t>كما تقول العالم متغير فهو محدث</w:t>
      </w:r>
    </w:p>
    <w:p>
      <w:r>
        <w:t>للكبرى وكل متغير حدث</w:t>
      </w:r>
    </w:p>
    <w:p>
      <w:r>
        <w:t>واضحة بديهي</w:t>
      </w:r>
    </w:p>
    <w:p>
      <w:r>
        <w:t>نعم</w:t>
      </w:r>
    </w:p>
    <w:p>
      <w:r>
        <w:t>حذفنا في حذفنا فيه يعني في القياس قياس الضمير</w:t>
      </w:r>
    </w:p>
    <w:p>
      <w:r>
        <w:t>كله مت محدث لظهورها</w:t>
      </w:r>
    </w:p>
    <w:p>
      <w:r>
        <w:t>ظهورها يعني لبدها لبداهاتها</w:t>
      </w:r>
    </w:p>
    <w:p>
      <w:r>
        <w:t>او للمغالطة</w:t>
      </w:r>
    </w:p>
    <w:p>
      <w:r>
        <w:t>بان يريد اخفاء كذب الكبرى فيحذفها</w:t>
      </w:r>
    </w:p>
    <w:p>
      <w:r>
        <w:t>كما تقول فلان يطوف في الليل</w:t>
      </w:r>
    </w:p>
    <w:p>
      <w:r>
        <w:t>في الليل فهم متلصص من قال الكبرى ما هي? كل من يطوف بالليل فهو نص من قال من قال كل من يطوف بالليل فهو في شرطة تشتغل في الليل</w:t>
      </w:r>
    </w:p>
    <w:p>
      <w:r>
        <w:t>تحافظ على امن الوطن وامن المواطنة</w:t>
      </w:r>
    </w:p>
    <w:p>
      <w:r>
        <w:t>لصوص او كهذا البائع قماش هذا القماش مستورد فهو جيد من قال كل مستورد هو جيد</w:t>
      </w:r>
    </w:p>
    <w:p>
      <w:r>
        <w:t>من قال? خصوصا الانتاج الصيني والانتاج العربي</w:t>
      </w:r>
    </w:p>
    <w:p>
      <w:r>
        <w:t>او انتاج الماني</w:t>
      </w:r>
    </w:p>
    <w:p>
      <w:r>
        <w:t>مسلم</w:t>
      </w:r>
    </w:p>
    <w:p>
      <w:r>
        <w:t>انتاج بريطاني مسلم</w:t>
      </w:r>
    </w:p>
    <w:p>
      <w:r>
        <w:t>انتاج امريكي</w:t>
      </w:r>
    </w:p>
    <w:p>
      <w:r>
        <w:t>مسلم</w:t>
      </w:r>
    </w:p>
    <w:p>
      <w:r>
        <w:t>معروف انه يخافون على سمعتهم التجارية</w:t>
      </w:r>
    </w:p>
    <w:p>
      <w:r>
        <w:t>انتاج دائما يكون اه يعني نريد الربح</w:t>
      </w:r>
    </w:p>
    <w:p>
      <w:r>
        <w:t>نعم يريدون الربح</w:t>
      </w:r>
    </w:p>
    <w:p>
      <w:r>
        <w:t>الصين لماذا تنتج هذه البضاعات? لان حتى تشغل هذه المليار الصيني حتى يعيش</w:t>
      </w:r>
    </w:p>
    <w:p>
      <w:r>
        <w:t>نعم</w:t>
      </w:r>
    </w:p>
    <w:p>
      <w:r>
        <w:t>يكون عندو دخل ويعيش</w:t>
      </w:r>
    </w:p>
    <w:p>
      <w:r>
        <w:t>اما الألماني لا الألماني اذا صنع عليك سيارة يصنعها بكل المعايير</w:t>
      </w:r>
    </w:p>
    <w:p>
      <w:r>
        <w:t>كل المعايير</w:t>
      </w:r>
    </w:p>
    <w:p>
      <w:r>
        <w:t>مع الاسف الشديد هذا موجود</w:t>
      </w:r>
    </w:p>
    <w:p>
      <w:r>
        <w:t>اذا قياس الظمير قياس حذفت فيه كبرى اما لظهورها يعني بداهتها واما للمغالطة</w:t>
      </w:r>
    </w:p>
    <w:p>
      <w:r>
        <w:t>للمغالطة</w:t>
      </w:r>
    </w:p>
    <w:p>
      <w:r>
        <w:t>لبداهتها تقول متغيرون فهو محدث يعني مخلوق</w:t>
      </w:r>
    </w:p>
    <w:p>
      <w:r>
        <w:t>كبرى ما كل متغير محدث</w:t>
      </w:r>
    </w:p>
    <w:p>
      <w:r>
        <w:t>واضحة جدا</w:t>
      </w:r>
    </w:p>
    <w:p>
      <w:r>
        <w:t>فقياس الضمير هنا صادق</w:t>
      </w:r>
    </w:p>
    <w:p>
      <w:r>
        <w:t>مرة يقول لا هذا قماش مستورد فهو جيد</w:t>
      </w:r>
    </w:p>
    <w:p>
      <w:r>
        <w:t>رفيع الجودة</w:t>
      </w:r>
    </w:p>
    <w:p>
      <w:r>
        <w:t>من قال الكبرى ما هي? كل قماش مستورد فهو رفيع الجودة منقر</w:t>
      </w:r>
    </w:p>
    <w:p>
      <w:r>
        <w:t>منقى</w:t>
      </w:r>
    </w:p>
    <w:p>
      <w:r>
        <w:t>هذا يطوف ليلا فهو لص من قال? كل من يطوف ليلا هو نصف منقر</w:t>
      </w:r>
    </w:p>
    <w:p>
      <w:r>
        <w:t>من اين جئت بها هذه? اذا قياس الضمير كبراه اما للمغالطة واما لبداهتها</w:t>
      </w:r>
    </w:p>
    <w:p>
      <w:r>
        <w:t>قياس المقاومة قياس المقاومة دائما يفرظ قياس سن سابقا</w:t>
      </w:r>
    </w:p>
    <w:p>
      <w:r>
        <w:t>اقول والمقاومة قياس يبطل اقوى المقدمة مقدمة من قياس سابق</w:t>
      </w:r>
    </w:p>
    <w:p>
      <w:r>
        <w:t>يعني السابق مفروض والمقاومة مقاومة يعني رد</w:t>
      </w:r>
    </w:p>
    <w:p>
      <w:r>
        <w:t>نعم</w:t>
      </w:r>
    </w:p>
    <w:p>
      <w:r>
        <w:t>ردع والمقاومة قياس يبطل اقوى المقدمتان من قياس سابق</w:t>
      </w:r>
    </w:p>
    <w:p>
      <w:r>
        <w:t>خصوصا في في الجدل والمسجلات المعرفية</w:t>
      </w:r>
    </w:p>
    <w:p>
      <w:r>
        <w:t>قياس يبطل اقوى المقدمتين من قياس سابق عليه بانتاج ما يضادها او يناقضها</w:t>
      </w:r>
    </w:p>
    <w:p>
      <w:r>
        <w:t>اما النقيض او الضاد</w:t>
      </w:r>
    </w:p>
    <w:p>
      <w:r>
        <w:t>نعم</w:t>
      </w:r>
    </w:p>
    <w:p>
      <w:r>
        <w:t>تقول له ليس كذلك</w:t>
      </w:r>
    </w:p>
    <w:p>
      <w:r>
        <w:t>هذه الم مقدمة غير مسلمة هاو الصحيح تأتي بالنقيض او بالظد وهذه سارية على السنة العوام كذلك</w:t>
      </w:r>
    </w:p>
    <w:p>
      <w:r>
        <w:t>اقول المقاومة قياس يبطل اقوى مقدمتي قياس سابقان عليه</w:t>
      </w:r>
    </w:p>
    <w:p>
      <w:r>
        <w:t>طبعا اذا ابطل اقوى المقدمة اي القياس ينهار</w:t>
      </w:r>
    </w:p>
    <w:p>
      <w:r>
        <w:t>يبطل بديهيا</w:t>
      </w:r>
    </w:p>
    <w:p>
      <w:r>
        <w:t>نعم</w:t>
      </w:r>
    </w:p>
    <w:p>
      <w:r>
        <w:t>بانتاج ما يضاد بانتاج بانتاج ما يضاد تلك المقدمة او يناقضها واقوى مقدمات القياس هو الموجبة او الكلية</w:t>
      </w:r>
    </w:p>
    <w:p>
      <w:r>
        <w:t>نعم</w:t>
      </w:r>
    </w:p>
    <w:p>
      <w:r>
        <w:t>فان الايجاب اقوى من السلب والكل اقوى من الجزئي</w:t>
      </w:r>
    </w:p>
    <w:p>
      <w:r>
        <w:t>نعم</w:t>
      </w:r>
    </w:p>
    <w:p>
      <w:r>
        <w:t>فانت في الموجبة تضرب الكبرى</w:t>
      </w:r>
    </w:p>
    <w:p>
      <w:r>
        <w:t>يعني تضرب اقوى وهي الكلية وتضرب الموجبة لنيل اقوى مثاله بعض با جيم وكل جيم الف النتيجة ما هي? هذا من الشكل الأول</w:t>
      </w:r>
    </w:p>
    <w:p>
      <w:r>
        <w:t>آآ بعض باء الف</w:t>
      </w:r>
    </w:p>
    <w:p>
      <w:r>
        <w:t>فعروض فعروض بأن ليس الف</w:t>
      </w:r>
    </w:p>
    <w:p>
      <w:r>
        <w:t>انظر كبرى القياس ما هي? كل جي الف لا جيم ليس الف هذا هو هذا هو النقيظ او الظد</w:t>
      </w:r>
    </w:p>
    <w:p>
      <w:r>
        <w:t>لماذا? لان جيم طاء وليس ولا شيء من طاء الف</w:t>
      </w:r>
    </w:p>
    <w:p>
      <w:r>
        <w:t>جيم قياس</w:t>
      </w:r>
    </w:p>
    <w:p>
      <w:r>
        <w:t>النتيجة ليس جيم الف سريعا تبطلو الكلية الموجبة</w:t>
      </w:r>
    </w:p>
    <w:p>
      <w:r>
        <w:t>فينهار</w:t>
      </w:r>
    </w:p>
    <w:p>
      <w:r>
        <w:t>قياسه</w:t>
      </w:r>
    </w:p>
    <w:p>
      <w:r>
        <w:t>اذا واضح جدا عندك قياس سابق</w:t>
      </w:r>
    </w:p>
    <w:p>
      <w:r>
        <w:t>انت تبطل اقوى المقدمتين</w:t>
      </w:r>
    </w:p>
    <w:p>
      <w:r>
        <w:t>يقول اقوى المقدمتين الكلية طبعا والموجبة</w:t>
      </w:r>
    </w:p>
    <w:p>
      <w:r>
        <w:t>لان اساليبها اضعف من الكلية</w:t>
      </w:r>
    </w:p>
    <w:p>
      <w:r>
        <w:t>من الموجبة</w:t>
      </w:r>
    </w:p>
    <w:p>
      <w:r>
        <w:t>الموجبة تثبت تواجد الصدقي</w:t>
      </w:r>
    </w:p>
    <w:p>
      <w:r>
        <w:t>رفع التواجد الصدقي</w:t>
      </w:r>
    </w:p>
    <w:p>
      <w:r>
        <w:t>كلية شاملة الجزئية ليست شاملة</w:t>
      </w:r>
    </w:p>
    <w:p>
      <w:r>
        <w:t>ثم تبطل اقوى المقدمتين بدليل خارجي</w:t>
      </w:r>
    </w:p>
    <w:p>
      <w:r>
        <w:t>اذا بطلت المقدمة الاقوى القياس كله ينهار نعم</w:t>
      </w:r>
    </w:p>
    <w:p>
      <w:r>
        <w:t>هذا هو قياس المقاومة ويستخدم كثيرا عند العوام</w:t>
      </w:r>
    </w:p>
    <w:p>
      <w:r>
        <w:t>وان لم يفقهوا سره وفلسفته</w:t>
      </w:r>
    </w:p>
    <w:p>
      <w:r>
        <w:t>نعم</w:t>
      </w:r>
    </w:p>
    <w:p>
      <w:r>
        <w:t>مثاله بعض با جيم بعض با جيم يعني باء داخلا تحت الجيم بعض افرادها دخول مقطعي وكل جيم الف جيم داخلة تحت الف بالشمول بتمامها</w:t>
      </w:r>
    </w:p>
    <w:p>
      <w:r>
        <w:t>نعم النتيجة ما هي? حتما بعضها الف يعني باء يدخل مقطعين تحت الف</w:t>
      </w:r>
    </w:p>
    <w:p>
      <w:r>
        <w:t>يريد يبطل كل جيم الف لان هي الكلية الموجبة</w:t>
      </w:r>
    </w:p>
    <w:p>
      <w:r>
        <w:t>آآ فمعروض فعروض بان الجيم ليس الف</w:t>
      </w:r>
    </w:p>
    <w:p>
      <w:r>
        <w:t>هذا هو آآ ابطال الكبرى كل جيم الف تبطلها جيم ليس الف</w:t>
      </w:r>
    </w:p>
    <w:p>
      <w:r>
        <w:t>هو يقول جيم الف تقول جيم ليس بالف</w:t>
      </w:r>
    </w:p>
    <w:p>
      <w:r>
        <w:t>ثم تأتي بالقياس من اين جاءت الجيم ليس بالف? لان جيم طا هذا قياسك انت</w:t>
      </w:r>
    </w:p>
    <w:p>
      <w:r>
        <w:t>لان جيم طاء يعني انت وجدت جيم يندرج تحت طاء</w:t>
      </w:r>
    </w:p>
    <w:p>
      <w:r>
        <w:t>ولا شيء من طاء الف طاء متبرئة من الف تماما</w:t>
      </w:r>
    </w:p>
    <w:p>
      <w:r>
        <w:t>يعني ببركة الحد الأوسط متبرئة من الف مطلقة</w:t>
      </w:r>
    </w:p>
    <w:p>
      <w:r>
        <w:t>ستصير جيم ليس آآ جيم آآ نعم</w:t>
      </w:r>
    </w:p>
    <w:p>
      <w:r>
        <w:t>جيم ليس الف</w:t>
      </w:r>
    </w:p>
    <w:p>
      <w:r>
        <w:t>في مقابل كل جيم الف في قياسه</w:t>
      </w:r>
    </w:p>
    <w:p>
      <w:r>
        <w:t>فأبط الكبرى الكلية الموجبة فينهار قياسه من اساسه</w:t>
      </w:r>
    </w:p>
    <w:p>
      <w:r>
        <w:t>قياس المعارضة قال والمعارضة قياس ينتج نقيض نتيجة قياس اخر او ضده</w:t>
      </w:r>
    </w:p>
    <w:p>
      <w:r>
        <w:t>لا يبطل مقدمة من المقدمتين</w:t>
      </w:r>
    </w:p>
    <w:p>
      <w:r>
        <w:t>يركز على النتيجة يعارضه هو ينتج سين وينتج ناقص سين او ما يضاد سين حسب مربع ابيلي</w:t>
      </w:r>
    </w:p>
    <w:p>
      <w:r>
        <w:t>مرة تشتغل على النقيض مرة تشتغل على الضد</w:t>
      </w:r>
    </w:p>
    <w:p>
      <w:r>
        <w:t>اقول المعارضة قياس هذا محور دلالي قياس ينتج نقيض نتيجة قياس اخر او ضد ذلك تلك النتيجة</w:t>
      </w:r>
    </w:p>
    <w:p>
      <w:r>
        <w:t>اذا في المعارضة تعارض النتيجة لا تعارض مقدمة من المقدم قياس المقاومة</w:t>
      </w:r>
    </w:p>
    <w:p>
      <w:r>
        <w:t>نعم</w:t>
      </w:r>
    </w:p>
    <w:p>
      <w:r>
        <w:t>اقول المعارضة قياس ينتج ينتج نقيض نتيجة قياس اخر</w:t>
      </w:r>
    </w:p>
    <w:p>
      <w:r>
        <w:t>اذا هو كقياس المقاومة يبني على قياس سابق</w:t>
      </w:r>
    </w:p>
    <w:p>
      <w:r>
        <w:t>كقياس العكس يبني على قياس سابق</w:t>
      </w:r>
    </w:p>
    <w:p>
      <w:r>
        <w:t>نعم</w:t>
      </w:r>
    </w:p>
    <w:p>
      <w:r>
        <w:t>ينتج نقيض النتيجة نتيجة نتيجة قياس اخر او ضد تلك النتيجة</w:t>
      </w:r>
    </w:p>
    <w:p>
      <w:r>
        <w:t>ثم يمثل كما اذا قلنا كل جيم باء وكل جيم الف</w:t>
      </w:r>
    </w:p>
    <w:p>
      <w:r>
        <w:t>اندراج كلي في الصغرى اندراج كلي في الكبرى</w:t>
      </w:r>
    </w:p>
    <w:p>
      <w:r>
        <w:t>باء حد الأوسط يعطي اندراج كلي في الصغرى كل جيم الف واضحة جدا</w:t>
      </w:r>
    </w:p>
    <w:p>
      <w:r>
        <w:t>قياس من الشكل الأول باء حد اوسط يختفي فنقول كل جيم الف</w:t>
      </w:r>
    </w:p>
    <w:p>
      <w:r>
        <w:t>هنا نبطل كل جيم الف</w:t>
      </w:r>
    </w:p>
    <w:p>
      <w:r>
        <w:t>اما بالنقيض او بالظبط</w:t>
      </w:r>
    </w:p>
    <w:p>
      <w:r>
        <w:t>فيقول المعترض سلمنا ما ذكرت من الدليل لكن معنا ما يبطله وهو ان كل جيم طاء ولا شيء من طاء الف</w:t>
      </w:r>
    </w:p>
    <w:p>
      <w:r>
        <w:t>هنا كذلك قياس من اه اه قياس من الشكل الأول</w:t>
      </w:r>
    </w:p>
    <w:p>
      <w:r>
        <w:t>لان طاء آآ الحد الاوسط ينتمي الى الشق الاول</w:t>
      </w:r>
    </w:p>
    <w:p>
      <w:r>
        <w:t>كل جيم طاء ولا شيء من طاء الف</w:t>
      </w:r>
    </w:p>
    <w:p>
      <w:r>
        <w:t>احذف الطاء الحد الاوسط من هذا الشكل</w:t>
      </w:r>
    </w:p>
    <w:p>
      <w:r>
        <w:t>ضرب من الظروف الشكل الاول</w:t>
      </w:r>
    </w:p>
    <w:p>
      <w:r>
        <w:t>فلا شيء من جيم اليف</w:t>
      </w:r>
    </w:p>
    <w:p>
      <w:r>
        <w:t>فهذا الدليل هو المعارضة? لانه جاء اه الظد هنا كل جيم الف في مربعه اه مربع ابيلي ضده ما هو لا شيء من جيم اهلية</w:t>
      </w:r>
    </w:p>
    <w:p>
      <w:r>
        <w:t>اذا جاء بالنقيض يقول بعض جيم ليس الف</w:t>
      </w:r>
    </w:p>
    <w:p>
      <w:r>
        <w:t>هنا جاء بالظد</w:t>
      </w:r>
    </w:p>
    <w:p>
      <w:r>
        <w:t>نعم فلا شيء من جيم الف فهذا الدليل الثاني هو المعارضة</w:t>
      </w:r>
    </w:p>
    <w:p>
      <w:r>
        <w:t>انتهى آآ الفصل الرابع ندخل في الفصل الخامس</w:t>
      </w:r>
    </w:p>
    <w:p>
      <w:r>
        <w:t>الفصل الخامس في والحد هذا هو اروع ما في الكتاب</w:t>
      </w:r>
    </w:p>
    <w:p>
      <w:r>
        <w:t>رأس الكتاب تاج الكتاب وهو البرهان والحد</w:t>
      </w:r>
    </w:p>
    <w:p>
      <w:r>
        <w:t>نعم</w:t>
      </w:r>
    </w:p>
    <w:p>
      <w:r>
        <w:t>ان البرهان هو الذي يفيد اليقين</w:t>
      </w:r>
    </w:p>
    <w:p>
      <w:r>
        <w:t>الحد ادواته تساعدنا على تفكيك مبدأ الهوية</w:t>
      </w:r>
    </w:p>
    <w:p>
      <w:r>
        <w:t>يعني ما ينتجه مبدأ الهوية</w:t>
      </w:r>
    </w:p>
    <w:p>
      <w:r>
        <w:t>يعني التصورات البرهان هو قياس يفيد اليقين</w:t>
      </w:r>
    </w:p>
    <w:p>
      <w:r>
        <w:t>يعني يوصلنا الى الواقع كما هو</w:t>
      </w:r>
    </w:p>
    <w:p>
      <w:r>
        <w:t>نعم</w:t>
      </w:r>
    </w:p>
    <w:p>
      <w:r>
        <w:t>بدأ بالعلم</w:t>
      </w:r>
    </w:p>
    <w:p>
      <w:r>
        <w:t>قال العلم اما تصور فقط واما تصور معه تصديق هذا البحث لا يمت بصلة مطلقا الى الحقل المنطقي</w:t>
      </w:r>
    </w:p>
    <w:p>
      <w:r>
        <w:t>هذا بحث فلسفي</w:t>
      </w:r>
    </w:p>
    <w:p>
      <w:r>
        <w:t>لماذا اتى به? لان المنطقي يعطيك قواعد يعني يحلل في حقله المنطق في علم المنطق يحلل القواعد التي توصلنا الى التصورات</w:t>
      </w:r>
    </w:p>
    <w:p>
      <w:r>
        <w:t>وهي الحدود ومقدمات الحدود الكليات الخمس</w:t>
      </w:r>
    </w:p>
    <w:p>
      <w:r>
        <w:t>تعرف ومقدمات هذه التعاريف وهي الكليات الخمس</w:t>
      </w:r>
    </w:p>
    <w:p>
      <w:r>
        <w:t>يوصلنا الى التصور التصور من مصادق العلم</w:t>
      </w:r>
    </w:p>
    <w:p>
      <w:r>
        <w:t>والحجة يعني الاستدلالات اه استنباط الاستقرار والتمثيل وهذه الاقيسة ولواحق الاقيسة</w:t>
      </w:r>
    </w:p>
    <w:p>
      <w:r>
        <w:t>للوصول الى التصديق اذا كنا في التصديق اليقيني يعني البرهان فهذه الاقيصة البرهانية تفضي بنا الى التصديق</w:t>
      </w:r>
    </w:p>
    <w:p>
      <w:r>
        <w:t>التصديق ما معناه يعني ان نعتقد ان القضية تحكي الواقع</w:t>
      </w:r>
    </w:p>
    <w:p>
      <w:r>
        <w:t>هذه القواعد يأتي المفكر الفاعل المعرفي بقول الحديثين الفاعل المعرفي يعني الذي يمارس المعرفة عن المفكر يأتي بمعطيات خارجية هذه المعطيات الخارجية متعدد ممكن المحسوس ممكن الامور البطيئة في الناس</w:t>
      </w:r>
    </w:p>
    <w:p>
      <w:r>
        <w:t>ممكن ممكن امور وحيانية يقينية</w:t>
      </w:r>
    </w:p>
    <w:p>
      <w:r>
        <w:t>وو آآ المصادر لا تهمنا</w:t>
      </w:r>
    </w:p>
    <w:p>
      <w:r>
        <w:t>ثم يأتي الى النشاط الذهني</w:t>
      </w:r>
    </w:p>
    <w:p>
      <w:r>
        <w:t>النشاط الذهني هنا آآ المعاي المنطقية تقول له لا يمكن لك ان تفكر كما تشاء</w:t>
      </w:r>
    </w:p>
    <w:p>
      <w:r>
        <w:t>تفكر يعني هذا الفاعل المعرفي ينشط فكريا وفقا لمعايير</w:t>
      </w:r>
    </w:p>
    <w:p>
      <w:r>
        <w:t>يجب مراعتها</w:t>
      </w:r>
    </w:p>
    <w:p>
      <w:r>
        <w:t>طبعا هذا الوجوب وجوب معيار قيمي</w:t>
      </w:r>
    </w:p>
    <w:p>
      <w:r>
        <w:t>ليس وجوب تكوينيا لا قد يخطئ قد لا يراعي</w:t>
      </w:r>
    </w:p>
    <w:p>
      <w:r>
        <w:t>اذا رأى هذه القواعد السرمدية التي يظن صاحب الحقل المنطقي فكره يكون في بعده التصور صحيح صحيحا في بعده التصديق صحيحا</w:t>
      </w:r>
    </w:p>
    <w:p>
      <w:r>
        <w:t>اذا قواعده المنطقية في توظيفها او في الخضوع لها</w:t>
      </w:r>
    </w:p>
    <w:p>
      <w:r>
        <w:t>حتى هذه كلمة في توظيفها مسامحة</w:t>
      </w:r>
    </w:p>
    <w:p>
      <w:r>
        <w:t>في الخضوع لها</w:t>
      </w:r>
    </w:p>
    <w:p>
      <w:r>
        <w:t>الخضوع الضروري القيمي</w:t>
      </w:r>
    </w:p>
    <w:p>
      <w:r>
        <w:t>يعني اذا شئت الفكر الصحيح يجب يجب الزام يجب عليك ان تخضع لهذه المعايير</w:t>
      </w:r>
    </w:p>
    <w:p>
      <w:r>
        <w:t>ويمكن الا تخضع</w:t>
      </w:r>
    </w:p>
    <w:p>
      <w:r>
        <w:t>نعم</w:t>
      </w:r>
    </w:p>
    <w:p>
      <w:r>
        <w:t>تخربط في فكرك</w:t>
      </w:r>
    </w:p>
    <w:p>
      <w:r>
        <w:t>اذا خضعت الخضوع الصحيح والمعطيات الخارجية صحيحة كذلك ليست وهمية تصل الى التصور الصحيح والقضايا التصديقية الصحيحة</w:t>
      </w:r>
    </w:p>
    <w:p>
      <w:r>
        <w:t>اذا ناسب يصادر على ماذا? على العلم الذي ينقسم الى تصور وتصديق من العلم الحصولي</w:t>
      </w:r>
    </w:p>
    <w:p>
      <w:r>
        <w:t>اذا العلم قسمه عندك اما علم حضوري واما علم حصولي</w:t>
      </w:r>
    </w:p>
    <w:p>
      <w:r>
        <w:t>العلم الحضوري انت في متن الواقع</w:t>
      </w:r>
    </w:p>
    <w:p>
      <w:r>
        <w:t>فانت في الحقيقة الانطلوجية وليس في الحقيقة المنطقية</w:t>
      </w:r>
    </w:p>
    <w:p>
      <w:r>
        <w:t>اذا العلم الحضوري خرج تخصصا موضوعا على الحقل المنطقي</w:t>
      </w:r>
    </w:p>
    <w:p>
      <w:r>
        <w:t>اذا لا يهمنا الان نركز على العلم الحصولي</w:t>
      </w:r>
    </w:p>
    <w:p>
      <w:r>
        <w:t>ما معناه نحن في النظم المنطقي يعني في نظم التصورات والقضايا</w:t>
      </w:r>
    </w:p>
    <w:p>
      <w:r>
        <w:t>فقط فالعلم يتجلى في بعد التصور وفي بعده التصديق</w:t>
      </w:r>
    </w:p>
    <w:p>
      <w:r>
        <w:t>العلم اما تصور وتصديق</w:t>
      </w:r>
    </w:p>
    <w:p>
      <w:r>
        <w:t>فعندنا المقصد هذا هو العلم المقصمي لا بشرط المقصمي عندنا قسم تصوري وقسم تصديقي وكذلك علاقة بين التصور والتصديق لماذا? لان التصور هو الذي يصير تصديقا فالتصور له لحظان لحظ بشرط لا ما عنده علاقة بالتصديق ولحظ لا بشرط يعني الانفتاح على الحكم يمكن ان ينضم الى شيء يناسبه هذه الحيثية هي بشرط قسمي وليس المقسمي اذا عندنا كم مفردة? عندنا آآ اربع مفردات آآ الا بشرط المقسمي وهو العلم المقسم الذي يسري في جميع الاقسام عندنا التصور المنغلق بشرط لا تصور المنفتح الا بشرط القسمة بشرط شيء وهو التصديق</w:t>
      </w:r>
    </w:p>
    <w:p>
      <w:r>
        <w:t>هذه الامور ان شاء الله تأتي مفصلة في الحصة القادمة</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