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الفصل الخامس في البرهان والحد</w:t>
      </w:r>
    </w:p>
    <w:p>
      <w:r>
        <w:t>وهو تاج هذا الكتاب لباب هذا الكتاب لان العلوم تقصد وتتحرك نحو اليقين</w:t>
      </w:r>
    </w:p>
    <w:p>
      <w:r>
        <w:t>الذي يورث اليقين في التصور هي الحدود وفي التصديقات هي البراهين التي تورث اليقين</w:t>
      </w:r>
    </w:p>
    <w:p>
      <w:r>
        <w:t>يقول الماكن رحمة الله عليه العلم اما تصور فقط واما تصور معه تصديق</w:t>
      </w:r>
    </w:p>
    <w:p>
      <w:r>
        <w:t>قد تقول ما دخل العلم ونحن في علم المنطق الذي يحل وينكب القواعد السرمدية التي يخضع لها الفكر البشري اذا اراد الوصول الى الواقع ويلمس الحقيقة</w:t>
      </w:r>
    </w:p>
    <w:p>
      <w:r>
        <w:t>اقول لان موضوع علم المنطق هو التعريف الموصل الى التصور والحجة الموصلة الى التصديق والتصور من اقسام العلم والتصديق من اقسام العلم العلم واما التصور واما التصديق طبعا العلم الحصولي هنا العلم المفاهيم في النظم المنطقي</w:t>
      </w:r>
    </w:p>
    <w:p>
      <w:r>
        <w:t>فناسب ان يبدأ بهذا الموضوع موضوع العلم وان كان موضوع العلم ينتمي الى الانطلوجية</w:t>
      </w:r>
    </w:p>
    <w:p>
      <w:r>
        <w:t>هناك الانطلوجيات تدرسه بالتفصيل تحت باب العلم</w:t>
      </w:r>
    </w:p>
    <w:p>
      <w:r>
        <w:t>هنا يقسم العلم الحصولي من لا يتناول العلم الشهودي العلم الحضوري لماذا? لان العلم الحضوري له علاقة بالحقيقة الانطلوجية</w:t>
      </w:r>
    </w:p>
    <w:p>
      <w:r>
        <w:t>العلم هو الواقع شيء واحد هناك</w:t>
      </w:r>
    </w:p>
    <w:p>
      <w:r>
        <w:t>اما العلم الحصولي لا العلم الحصولي عندنا حقيقة انطولوجية</w:t>
      </w:r>
    </w:p>
    <w:p>
      <w:r>
        <w:t>ونريد ان نقننها على مستوى الحقيقة المنطقية</w:t>
      </w:r>
    </w:p>
    <w:p>
      <w:r>
        <w:t>هناك تتشكل المفاهيم والقضايا يعني العلم الحصولي</w:t>
      </w:r>
    </w:p>
    <w:p>
      <w:r>
        <w:t>فالقسمة الاولية للعلم وهي مطلق الكاشفية</w:t>
      </w:r>
    </w:p>
    <w:p>
      <w:r>
        <w:t>هو اما علم حضوري واما علم حصولي</w:t>
      </w:r>
    </w:p>
    <w:p>
      <w:r>
        <w:t>كل قسمة منطقية تحتاج الى ضابط</w:t>
      </w:r>
    </w:p>
    <w:p>
      <w:r>
        <w:t>ما هي الضابطة المعلومة المكشوف اذا كنا في دائرة المكشوف في دائرة وجوده في دائرة واقعيته فنحن في العلم الشهودي او العلم الحضوري</w:t>
      </w:r>
    </w:p>
    <w:p>
      <w:r>
        <w:t>يسمى باللغة الاجنبية نعم</w:t>
      </w:r>
    </w:p>
    <w:p>
      <w:r>
        <w:t>ودائما يكون بديهيا</w:t>
      </w:r>
    </w:p>
    <w:p>
      <w:r>
        <w:t>اذا كنا في متن الواقع تأتي البداهة بمعنى ان الواقع ظاهر لنا لا يحتاج الى واسطة في انارته</w:t>
      </w:r>
    </w:p>
    <w:p>
      <w:r>
        <w:t>اضاءته</w:t>
      </w:r>
    </w:p>
    <w:p>
      <w:r>
        <w:t>مرة لا مرة الواقع ليس بيدنا</w:t>
      </w:r>
    </w:p>
    <w:p>
      <w:r>
        <w:t>نتعامل معه من خلال الجهاز الادراكي من خلال النظم المنطقي</w:t>
      </w:r>
    </w:p>
    <w:p>
      <w:r>
        <w:t>من خلال واسطة هذه الواسطة هي العلم الحصولي</w:t>
      </w:r>
    </w:p>
    <w:p>
      <w:r>
        <w:t>العلم المفاهيمي</w:t>
      </w:r>
    </w:p>
    <w:p>
      <w:r>
        <w:t>هذا علم الحصول الذي هو يستخرج من الحقيقة الانطلوجية</w:t>
      </w:r>
    </w:p>
    <w:p>
      <w:r>
        <w:t>من الواقع</w:t>
      </w:r>
    </w:p>
    <w:p>
      <w:r>
        <w:t>ينقسم بدوره الى قسمين</w:t>
      </w:r>
    </w:p>
    <w:p>
      <w:r>
        <w:t>مرة نكون في داءة المفردات</w:t>
      </w:r>
    </w:p>
    <w:p>
      <w:r>
        <w:t>مرة نكون في دائرة ماذا? من دائرة التصديق</w:t>
      </w:r>
    </w:p>
    <w:p>
      <w:r>
        <w:t>يعني عندنا مفردة لا توصلنا الى الواقع ابدا ليس لها علاقة مع الواقع</w:t>
      </w:r>
    </w:p>
    <w:p>
      <w:r>
        <w:t>وان كان اصلها ومصدرها هو الواقع</w:t>
      </w:r>
    </w:p>
    <w:p>
      <w:r>
        <w:t>الا انها هي لا تسعفنا بالواقع</w:t>
      </w:r>
    </w:p>
    <w:p>
      <w:r>
        <w:t>لأن ما بدا الهوية كما بيناه يورث التصورات والتصورات ليست محيثة لا بالوجود ولا بالعدم</w:t>
      </w:r>
    </w:p>
    <w:p>
      <w:r>
        <w:t>اذا لم تكن محيفة بالوجود اذا لا توصلنا الى الوجود</w:t>
      </w:r>
    </w:p>
    <w:p>
      <w:r>
        <w:t>واذا لم تكن محيثة بالعدم لا يمكن ان نفتي انها ليست موجودة</w:t>
      </w:r>
    </w:p>
    <w:p>
      <w:r>
        <w:t>اذا التصورات لا تنتظر منها انها توصلك الى الواقع</w:t>
      </w:r>
    </w:p>
    <w:p>
      <w:r>
        <w:t>خلاف منطق الاشياء</w:t>
      </w:r>
    </w:p>
    <w:p>
      <w:r>
        <w:t>يجب ان ننتقل الى مبدأ جوهرية</w:t>
      </w:r>
    </w:p>
    <w:p>
      <w:r>
        <w:t>مبدأ الجوهرية</w:t>
      </w:r>
    </w:p>
    <w:p>
      <w:r>
        <w:t>يأتي الى الهوية ثم ثم يطعمها بمحمول اساس التطعيم هو الواقع الخارجي</w:t>
      </w:r>
    </w:p>
    <w:p>
      <w:r>
        <w:t>الواقع الخارجي</w:t>
      </w:r>
    </w:p>
    <w:p>
      <w:r>
        <w:t>سابين هذه المسألة اذا وصلنا الى التصديق</w:t>
      </w:r>
    </w:p>
    <w:p>
      <w:r>
        <w:t>هناك تاتي القضايا</w:t>
      </w:r>
    </w:p>
    <w:p>
      <w:r>
        <w:t>هذه القضايا باعتبارها موصلة الى الواقع الخارجي تسمى التصديق</w:t>
      </w:r>
    </w:p>
    <w:p>
      <w:r>
        <w:t>فتورث عقيدة في القلب ان الواقع هكذا</w:t>
      </w:r>
    </w:p>
    <w:p>
      <w:r>
        <w:t>اذا العلم الحصولي ينقسم الى تصور وتصديق</w:t>
      </w:r>
    </w:p>
    <w:p>
      <w:r>
        <w:t>ملاك القسمة في هذا التقسيم الثانوي</w:t>
      </w:r>
    </w:p>
    <w:p>
      <w:r>
        <w:t>لأن قسمنا العلم الى حضور وحصول على اساس حضور المعلوم حضوره على اساس حضوره بنفسه او على اساس حضوره بصورة بواسطة</w:t>
      </w:r>
    </w:p>
    <w:p>
      <w:r>
        <w:t>بواسطة العلم الحصولي نقسمه الى التصور هذه القسمة الثانوية</w:t>
      </w:r>
    </w:p>
    <w:p>
      <w:r>
        <w:t>ملاك القسمة آآ حضور الحكم وغياب الحكم</w:t>
      </w:r>
    </w:p>
    <w:p>
      <w:r>
        <w:t>اذا جاء الحكم فنحن في ذلك التصديق</w:t>
      </w:r>
    </w:p>
    <w:p>
      <w:r>
        <w:t>غاب الحكم نحن في مفردات تصورية المفردات التصورية في البحث الفلسفي آآ اوصلها العلماء الى تقريبا سبع مفردات كلها تورث تصورا ولا علاقة لها بالواقع</w:t>
      </w:r>
    </w:p>
    <w:p>
      <w:r>
        <w:t>المفردات الساذجة شجر ماء اله ذهب انسان حمار مفردات مفردات تصورية</w:t>
      </w:r>
    </w:p>
    <w:p>
      <w:r>
        <w:t>الانسان حيوان ناطق</w:t>
      </w:r>
    </w:p>
    <w:p>
      <w:r>
        <w:t>عندها هذه المفردة علاقة بالواقع الخارجي لا وان كان اصلها هو الواقع الخارجي</w:t>
      </w:r>
    </w:p>
    <w:p>
      <w:r>
        <w:t>الا انها لا توصلنا بمفردها الى الواقع الخارجي</w:t>
      </w:r>
    </w:p>
    <w:p>
      <w:r>
        <w:t>تقول لي ما هو الانسان حيوان ناطق? لا موجود ولا معدوم</w:t>
      </w:r>
    </w:p>
    <w:p>
      <w:r>
        <w:t>هذا هو القسم الاول</w:t>
      </w:r>
    </w:p>
    <w:p>
      <w:r>
        <w:t>القسم الثاني الصفة والموصوف التفاحة الجميلة بعد</w:t>
      </w:r>
    </w:p>
    <w:p>
      <w:r>
        <w:t>تفاحة جميلة موجودة</w:t>
      </w:r>
    </w:p>
    <w:p>
      <w:r>
        <w:t>مقضومة فاسدة جميلة</w:t>
      </w:r>
    </w:p>
    <w:p>
      <w:r>
        <w:t>التفاحة الجميلة</w:t>
      </w:r>
    </w:p>
    <w:p>
      <w:r>
        <w:t>اه تركيب وصف غير مشبع ليس تركيبا خبريا</w:t>
      </w:r>
    </w:p>
    <w:p>
      <w:r>
        <w:t>فهذا يورث تصورا ولا يعطيك تصديقا</w:t>
      </w:r>
    </w:p>
    <w:p>
      <w:r>
        <w:t>لماذا? لانه غير مشبع</w:t>
      </w:r>
    </w:p>
    <w:p>
      <w:r>
        <w:t>ليس تركيبا خبريا</w:t>
      </w:r>
    </w:p>
    <w:p>
      <w:r>
        <w:t>تركيب ناقص</w:t>
      </w:r>
    </w:p>
    <w:p>
      <w:r>
        <w:t>المضاف المضاف اليه</w:t>
      </w:r>
    </w:p>
    <w:p>
      <w:r>
        <w:t>كتاب المتنبي ديوان المتنبي بعد مطبوع في مصر</w:t>
      </w:r>
    </w:p>
    <w:p>
      <w:r>
        <w:t>هناك تركيب خبري</w:t>
      </w:r>
    </w:p>
    <w:p>
      <w:r>
        <w:t>اما قولك ديوان المتنبي فقط هذا مفردة تصورية</w:t>
      </w:r>
    </w:p>
    <w:p>
      <w:r>
        <w:t>لا تورث تصديقا ابدا</w:t>
      </w:r>
    </w:p>
    <w:p>
      <w:r>
        <w:t>لانك لم تحكم كتاب الديوان المتنبي طبع في مصر</w:t>
      </w:r>
    </w:p>
    <w:p>
      <w:r>
        <w:t>هذا خبر</w:t>
      </w:r>
    </w:p>
    <w:p>
      <w:r>
        <w:t>ديوان المتنبي راقي</w:t>
      </w:r>
    </w:p>
    <w:p>
      <w:r>
        <w:t>هذا حكم</w:t>
      </w:r>
    </w:p>
    <w:p>
      <w:r>
        <w:t>اذا هنا غاب الحكم</w:t>
      </w:r>
    </w:p>
    <w:p>
      <w:r>
        <w:t>فالمضاف المضاف اليه يورث مفردة تصورية</w:t>
      </w:r>
    </w:p>
    <w:p>
      <w:r>
        <w:t>اه الجار والمجرور في الدار وبعد</w:t>
      </w:r>
    </w:p>
    <w:p>
      <w:r>
        <w:t>اما اذا قلت طه في الدار ليلة في الدار شيء جميل</w:t>
      </w:r>
    </w:p>
    <w:p>
      <w:r>
        <w:t>في الدار</w:t>
      </w:r>
    </w:p>
    <w:p>
      <w:r>
        <w:t>جار مجرور</w:t>
      </w:r>
    </w:p>
    <w:p>
      <w:r>
        <w:t>ثم الظرف والمظروف</w:t>
      </w:r>
    </w:p>
    <w:p>
      <w:r>
        <w:t>امام البيت تحت الشجرة</w:t>
      </w:r>
    </w:p>
    <w:p>
      <w:r>
        <w:t>هذه خمسة</w:t>
      </w:r>
    </w:p>
    <w:p>
      <w:r>
        <w:t>الستة جزء الشرطية</w:t>
      </w:r>
    </w:p>
    <w:p>
      <w:r>
        <w:t>اذا جاء نصر الله</w:t>
      </w:r>
    </w:p>
    <w:p>
      <w:r>
        <w:t>الخبر مشبع ام لا? تقول لا شيخنا غير مشبع</w:t>
      </w:r>
    </w:p>
    <w:p>
      <w:r>
        <w:t>يحتاج الى التالي</w:t>
      </w:r>
    </w:p>
    <w:p>
      <w:r>
        <w:t>والفتح ورأيت الناس كذا كذا كمل</w:t>
      </w:r>
    </w:p>
    <w:p>
      <w:r>
        <w:t>اذا طلعت الشمس لا تفيد شيئا فقط صورت طلوع الشمس</w:t>
      </w:r>
    </w:p>
    <w:p>
      <w:r>
        <w:t>اذا طلعت الشمس فالنهار موجود</w:t>
      </w:r>
    </w:p>
    <w:p>
      <w:r>
        <w:t>التركيب خبري تام في قضية شرطية متصلة</w:t>
      </w:r>
    </w:p>
    <w:p>
      <w:r>
        <w:t>اذا السادس ما هو جزء جزء الشرطية</w:t>
      </w:r>
    </w:p>
    <w:p>
      <w:r>
        <w:t>السابع هو القضية</w:t>
      </w:r>
    </w:p>
    <w:p>
      <w:r>
        <w:t>تركيب خبري عند من لا يحكم من لا يؤمن به</w:t>
      </w:r>
    </w:p>
    <w:p>
      <w:r>
        <w:t>انت تقول للخصم الملحد مثلا الله موجود</w:t>
      </w:r>
    </w:p>
    <w:p>
      <w:r>
        <w:t>اخبرت بثبوت الحقيقة الإلهية في دار الوجود</w:t>
      </w:r>
    </w:p>
    <w:p>
      <w:r>
        <w:t>هو يتصور هذه القضية الى هو موجود بموضوع محمولها</w:t>
      </w:r>
    </w:p>
    <w:p>
      <w:r>
        <w:t>ولا يحكم لأنه اذا حكم صدق وهو ملحد</w:t>
      </w:r>
    </w:p>
    <w:p>
      <w:r>
        <w:t>اذا القضية في بعدها غير الحكم</w:t>
      </w:r>
    </w:p>
    <w:p>
      <w:r>
        <w:t>كذلك كصور</w:t>
      </w:r>
    </w:p>
    <w:p>
      <w:r>
        <w:t>كم? سبعة</w:t>
      </w:r>
    </w:p>
    <w:p>
      <w:r>
        <w:t>المفردات الساذجة شجر ماء ذهب حمار المضاف والمضاف اليه ديوان المتنبي الجر المجرور في الدار الظرف الم امام البيت تحت الشجرة آآ الصفة والموصوف التفاحة الجميلة</w:t>
      </w:r>
    </w:p>
    <w:p>
      <w:r>
        <w:t>الجزء الشرطية اذا طلعت الشمس بعد</w:t>
      </w:r>
    </w:p>
    <w:p>
      <w:r>
        <w:t>ثم القضية التي عند الشخص الذي لا يحكم ولا بها تبقى على مستوى التصور</w:t>
      </w:r>
    </w:p>
    <w:p>
      <w:r>
        <w:t>اذا الملحد يتصور الله موجود</w:t>
      </w:r>
    </w:p>
    <w:p>
      <w:r>
        <w:t>الله خالق يتصوره الا انه لا يصدق به</w:t>
      </w:r>
    </w:p>
    <w:p>
      <w:r>
        <w:t>ما عنده الحكم</w:t>
      </w:r>
    </w:p>
    <w:p>
      <w:r>
        <w:t>اذا تبقى القضية في بعدها التصور</w:t>
      </w:r>
    </w:p>
    <w:p>
      <w:r>
        <w:t>هذه سجلها جيدا عندك</w:t>
      </w:r>
    </w:p>
    <w:p>
      <w:r>
        <w:t>تنفعك في الدراسة غير المنطقية</w:t>
      </w:r>
    </w:p>
    <w:p>
      <w:r>
        <w:t>هذه كلها تصورات</w:t>
      </w:r>
    </w:p>
    <w:p>
      <w:r>
        <w:t>اما اذا جينا الى التركيب التام الخبرية وحكمنا على الموضوع بالمحمول الله موجود</w:t>
      </w:r>
    </w:p>
    <w:p>
      <w:r>
        <w:t>وصدقنا ان الواقع كذلك</w:t>
      </w:r>
    </w:p>
    <w:p>
      <w:r>
        <w:t>يعني هذه القضية اوصلتني للواقع كما هو</w:t>
      </w:r>
    </w:p>
    <w:p>
      <w:r>
        <w:t>ونأتي التصديق</w:t>
      </w:r>
    </w:p>
    <w:p>
      <w:r>
        <w:t>يقول العلم اما تصور فقط واما تصور معه تصديق</w:t>
      </w:r>
    </w:p>
    <w:p>
      <w:r>
        <w:t>هذا تقسيم لمطلق العلم</w:t>
      </w:r>
    </w:p>
    <w:p>
      <w:r>
        <w:t>العلم المقسمي الذي شرط المقسم لا تجده في الذهن</w:t>
      </w:r>
    </w:p>
    <w:p>
      <w:r>
        <w:t>لوحده ابدا اما يسري في التصور واما يسري في التصديق</w:t>
      </w:r>
    </w:p>
    <w:p>
      <w:r>
        <w:t>لا تجد العلم المقسمي هكذا لوحده</w:t>
      </w:r>
    </w:p>
    <w:p>
      <w:r>
        <w:t>هذا التقسيم تقسيم النظري</w:t>
      </w:r>
    </w:p>
    <w:p>
      <w:r>
        <w:t>تقسيم صناعي</w:t>
      </w:r>
    </w:p>
    <w:p>
      <w:r>
        <w:t>تقسيم للتفهيم</w:t>
      </w:r>
    </w:p>
    <w:p>
      <w:r>
        <w:t>حتى لا نخلط الأقسام العلم المقسمي يسمى لا بشرط المقصمي</w:t>
      </w:r>
    </w:p>
    <w:p>
      <w:r>
        <w:t>التصور قسم من الذي شرط المقصمي? التصديق قسم</w:t>
      </w:r>
    </w:p>
    <w:p>
      <w:r>
        <w:t>التصور في مقابل التصديق قسيم</w:t>
      </w:r>
    </w:p>
    <w:p>
      <w:r>
        <w:t>التصديق في مقابل التصور قسيم</w:t>
      </w:r>
    </w:p>
    <w:p>
      <w:r>
        <w:t>والمقسم يسري في الاقسام يعني التصور هو العلم بدون حكم</w:t>
      </w:r>
    </w:p>
    <w:p>
      <w:r>
        <w:t>والتصديق هو العلم نفسه بالحكم</w:t>
      </w:r>
    </w:p>
    <w:p>
      <w:r>
        <w:t>نعم</w:t>
      </w:r>
    </w:p>
    <w:p>
      <w:r>
        <w:t>اذا عندنا هنا كم مفردة? عندنا العلم المقسمي</w:t>
      </w:r>
    </w:p>
    <w:p>
      <w:r>
        <w:t>التصور القسمي والتصديق القسمي فقط فقط التصور القسمي يلاحظ بلحظين</w:t>
      </w:r>
    </w:p>
    <w:p>
      <w:r>
        <w:t>انغلاق على الحكم بشرط له</w:t>
      </w:r>
    </w:p>
    <w:p>
      <w:r>
        <w:t>يرفض الحكم</w:t>
      </w:r>
    </w:p>
    <w:p>
      <w:r>
        <w:t>مرة ينفتح على الحكم حتى يترقى الى التصديق</w:t>
      </w:r>
    </w:p>
    <w:p>
      <w:r>
        <w:t>هو هو</w:t>
      </w:r>
    </w:p>
    <w:p>
      <w:r>
        <w:t>يترقى الى التصديق</w:t>
      </w:r>
    </w:p>
    <w:p>
      <w:r>
        <w:t>هنا بشرط القسم الا بشرط القسم</w:t>
      </w:r>
    </w:p>
    <w:p>
      <w:r>
        <w:t>اذا الاعتبارات آآ الاعتبارات اربعة</w:t>
      </w:r>
    </w:p>
    <w:p>
      <w:r>
        <w:t>لا بشرط المقسمي هو مطلق العلم</w:t>
      </w:r>
    </w:p>
    <w:p>
      <w:r>
        <w:t>مطلق العلم</w:t>
      </w:r>
    </w:p>
    <w:p>
      <w:r>
        <w:t>التصور يلاحظ بلحظه</w:t>
      </w:r>
    </w:p>
    <w:p>
      <w:r>
        <w:t>الانغلاق على الحكم بشرط لا من الحكم لا يقبل الحكم</w:t>
      </w:r>
    </w:p>
    <w:p>
      <w:r>
        <w:t>مرة لا ينفتح على الحكم حتى يترقى الى التصديق</w:t>
      </w:r>
    </w:p>
    <w:p>
      <w:r>
        <w:t>يعني يتعين بمحمول ثم هو وتعينه بالمحمول</w:t>
      </w:r>
    </w:p>
    <w:p>
      <w:r>
        <w:t>يصير تصديقا</w:t>
      </w:r>
    </w:p>
    <w:p>
      <w:r>
        <w:t>هذا الانفتاح يسمى بشرط القسمي لاننا في القسم</w:t>
      </w:r>
    </w:p>
    <w:p>
      <w:r>
        <w:t>لا بشرط القسم ما هو الانفتاح يعني لا بشرط من قبول المحمولات الاخرى التي تؤهل ان يصير تصديق</w:t>
      </w:r>
    </w:p>
    <w:p>
      <w:r>
        <w:t>التصديق وبشرطه</w:t>
      </w:r>
    </w:p>
    <w:p>
      <w:r>
        <w:t>بشرط الحكم</w:t>
      </w:r>
    </w:p>
    <w:p>
      <w:r>
        <w:t>اذا العلم صوره هكذا</w:t>
      </w:r>
    </w:p>
    <w:p>
      <w:r>
        <w:t>العلم المقسمي</w:t>
      </w:r>
    </w:p>
    <w:p>
      <w:r>
        <w:t>خط تضع انت القلم على هذا الخط</w:t>
      </w:r>
    </w:p>
    <w:p>
      <w:r>
        <w:t>هناك العلم حاضر اينما وضعت القلم العلم حاضرون لنا سريان المقسمي سريان المقسم موجود في جميع اقسامه</w:t>
      </w:r>
    </w:p>
    <w:p>
      <w:r>
        <w:t>مرة تضع القلم على الخط تكون في التصور هنا التصور</w:t>
      </w:r>
    </w:p>
    <w:p>
      <w:r>
        <w:t>نسمة في التصديق</w:t>
      </w:r>
    </w:p>
    <w:p>
      <w:r>
        <w:t>التصديق في مرتبة اخرى من هذا الخط</w:t>
      </w:r>
    </w:p>
    <w:p>
      <w:r>
        <w:t>هذا التصور مر يكون منغلقا على الحكم يعني لا يقبل محمولا ما</w:t>
      </w:r>
    </w:p>
    <w:p>
      <w:r>
        <w:t>ولا يصير تصديقا بشرط لا</w:t>
      </w:r>
    </w:p>
    <w:p>
      <w:r>
        <w:t>مرة لا هذه النقطة منفتحة على المحمولات</w:t>
      </w:r>
    </w:p>
    <w:p>
      <w:r>
        <w:t>التي تؤهلها ان تصير تصديقا</w:t>
      </w:r>
    </w:p>
    <w:p>
      <w:r>
        <w:t>هذا لا بشرط</w:t>
      </w:r>
    </w:p>
    <w:p>
      <w:r>
        <w:t>اذا العلم المقسمي موجود في بشرط لا</w:t>
      </w:r>
    </w:p>
    <w:p>
      <w:r>
        <w:t>موجود في الله بشرط</w:t>
      </w:r>
    </w:p>
    <w:p>
      <w:r>
        <w:t>الفرق بين لا بشرط المقسم لا بشرط القسم</w:t>
      </w:r>
    </w:p>
    <w:p>
      <w:r>
        <w:t>شرط المقسم يقسمون</w:t>
      </w:r>
    </w:p>
    <w:p>
      <w:r>
        <w:t>هذا هو العلم العام</w:t>
      </w:r>
    </w:p>
    <w:p>
      <w:r>
        <w:t>الذي شرط القسمي هو التصور المنفتح</w:t>
      </w:r>
    </w:p>
    <w:p>
      <w:r>
        <w:t>في ذات في دائرة التصديق</w:t>
      </w:r>
    </w:p>
    <w:p>
      <w:r>
        <w:t>والتصديق هو نفس هذا التصور المنفتح اذا عانق الماء عانق مفردة اخرى يصير تصديقا</w:t>
      </w:r>
    </w:p>
    <w:p>
      <w:r>
        <w:t>اذا هذه القسمة المنطقية العلم اما تصول وتصديق تورثك ان التصور يعاند التصديق</w:t>
      </w:r>
    </w:p>
    <w:p>
      <w:r>
        <w:t>هذه افة التقسيمات</w:t>
      </w:r>
    </w:p>
    <w:p>
      <w:r>
        <w:t>الا انه اذا قاربناه بخط واحد سريان الصدراء سريان الصدراء السيان التشكيكي على مبنى صدر المتالين نخرج من سطوة المنطق الى وقائع الاشياء</w:t>
      </w:r>
    </w:p>
    <w:p>
      <w:r>
        <w:t>العلم حقيقة واحدة سارية</w:t>
      </w:r>
    </w:p>
    <w:p>
      <w:r>
        <w:t>مرة يكون في مرتبة التصور ينغلق بشرط لا</w:t>
      </w:r>
    </w:p>
    <w:p>
      <w:r>
        <w:t>ينفتح لا بشرط قسمي ثم يترقى الى التصديق</w:t>
      </w:r>
    </w:p>
    <w:p>
      <w:r>
        <w:t>مع الحكم</w:t>
      </w:r>
    </w:p>
    <w:p>
      <w:r>
        <w:t>يعني هناك تصور مع الحكم</w:t>
      </w:r>
    </w:p>
    <w:p>
      <w:r>
        <w:t>نعم</w:t>
      </w:r>
    </w:p>
    <w:p>
      <w:r>
        <w:t>العلم اما تصور فقط واما تصور تصديق</w:t>
      </w:r>
    </w:p>
    <w:p>
      <w:r>
        <w:t>اما تصوموا فقط هنا التصور هذا اذا عاند التصديق يصدق عليه بشرط لا</w:t>
      </w:r>
    </w:p>
    <w:p>
      <w:r>
        <w:t>واما تصوم معه التصديق هذا التصور المفت الا بشرط القسم</w:t>
      </w:r>
    </w:p>
    <w:p>
      <w:r>
        <w:t>نعم مع التصديق تصور مع الحكم</w:t>
      </w:r>
    </w:p>
    <w:p>
      <w:r>
        <w:t>نعم</w:t>
      </w:r>
    </w:p>
    <w:p>
      <w:r>
        <w:t>اقول العلم هو حصول صورة الشيء في الذهن</w:t>
      </w:r>
    </w:p>
    <w:p>
      <w:r>
        <w:t>محور دلالي محور معرفي</w:t>
      </w:r>
    </w:p>
    <w:p>
      <w:r>
        <w:t>فسره كما انا اميل الى المحور المعرفي لان التعريف يورثنا التصور معرفة</w:t>
      </w:r>
    </w:p>
    <w:p>
      <w:r>
        <w:t>العلم هو حصول صورة الشيء في الدين</w:t>
      </w:r>
    </w:p>
    <w:p>
      <w:r>
        <w:t>يعني عرف العلم ما هو? حصول صورة الشيء في الذهن ليس الشيء</w:t>
      </w:r>
    </w:p>
    <w:p>
      <w:r>
        <w:t>الشيء في العلم الحضوري</w:t>
      </w:r>
    </w:p>
    <w:p>
      <w:r>
        <w:t>هنا صورة يعني اننا نظمن غير النظم التحققي هو النظم المنطقي فيه العلم</w:t>
      </w:r>
    </w:p>
    <w:p>
      <w:r>
        <w:t>هذا العلم اما التصور واما تصديق</w:t>
      </w:r>
    </w:p>
    <w:p>
      <w:r>
        <w:t>وهذا الحصول لا يخلو اما ان لا يقترن شيء من الاحكام يعني ما في حكم</w:t>
      </w:r>
    </w:p>
    <w:p>
      <w:r>
        <w:t>اذا الملاك هو الحكم وعدم الحكم</w:t>
      </w:r>
    </w:p>
    <w:p>
      <w:r>
        <w:t>تقسيم العلم المطلق الى تصور تصديق الحكم وعدم الحكم</w:t>
      </w:r>
    </w:p>
    <w:p>
      <w:r>
        <w:t>وهو التصور الساذج</w:t>
      </w:r>
    </w:p>
    <w:p>
      <w:r>
        <w:t>بينتها بينتها لك كم? سبعة عكس او سبعة اقسام</w:t>
      </w:r>
    </w:p>
    <w:p>
      <w:r>
        <w:t>مفردات ساذجة مضاف مضاف اليه</w:t>
      </w:r>
    </w:p>
    <w:p>
      <w:r>
        <w:t>ظرف مظروف</w:t>
      </w:r>
    </w:p>
    <w:p>
      <w:r>
        <w:t>جر ومجرور</w:t>
      </w:r>
    </w:p>
    <w:p>
      <w:r>
        <w:t>اه صفة وموصوف</w:t>
      </w:r>
    </w:p>
    <w:p>
      <w:r>
        <w:t>جزء الشرطية</w:t>
      </w:r>
    </w:p>
    <w:p>
      <w:r>
        <w:t>القضية التي لا يصدق بها الطرف المقابل</w:t>
      </w:r>
    </w:p>
    <w:p>
      <w:r>
        <w:t>نعم هذا هو التصور الساذج</w:t>
      </w:r>
    </w:p>
    <w:p>
      <w:r>
        <w:t>او يقترن به حكم</w:t>
      </w:r>
    </w:p>
    <w:p>
      <w:r>
        <w:t>متى يقترن هذا الحصول? اذا صارت تصول لا بشرط قسمي</w:t>
      </w:r>
    </w:p>
    <w:p>
      <w:r>
        <w:t>يعني منفتح على المحمولات</w:t>
      </w:r>
    </w:p>
    <w:p>
      <w:r>
        <w:t>تقول الماء مفردة تصور الساذجة الماء بارد</w:t>
      </w:r>
    </w:p>
    <w:p>
      <w:r>
        <w:t>يعني الماء انفتح على محمول جديد هو البرودة الماء بارد</w:t>
      </w:r>
    </w:p>
    <w:p>
      <w:r>
        <w:t>حكمنا على الماء بالبرودة هذا هو التصديق</w:t>
      </w:r>
    </w:p>
    <w:p>
      <w:r>
        <w:t>نعم</w:t>
      </w:r>
    </w:p>
    <w:p>
      <w:r>
        <w:t>اذا كان عندك صديق مشكاك ماء بارد جدا وهو يريد يرفع العطش</w:t>
      </w:r>
    </w:p>
    <w:p>
      <w:r>
        <w:t>تقول له هذا الماء بارد</w:t>
      </w:r>
    </w:p>
    <w:p>
      <w:r>
        <w:t>يشك يقول لا لا اعتقد</w:t>
      </w:r>
    </w:p>
    <w:p>
      <w:r>
        <w:t>هنا بقي الماء بارد عنده على مستوى التصور</w:t>
      </w:r>
    </w:p>
    <w:p>
      <w:r>
        <w:t>لا لا لم يرق الى التصديق</w:t>
      </w:r>
    </w:p>
    <w:p>
      <w:r>
        <w:t>اما انت لا</w:t>
      </w:r>
    </w:p>
    <w:p>
      <w:r>
        <w:t>انت ذقت هذا الماء</w:t>
      </w:r>
    </w:p>
    <w:p>
      <w:r>
        <w:t>تصدق يعني كذلك</w:t>
      </w:r>
    </w:p>
    <w:p>
      <w:r>
        <w:t>نعم</w:t>
      </w:r>
    </w:p>
    <w:p>
      <w:r>
        <w:t>او يقترن به حال الاقتران اكتب لا بشرط القسم</w:t>
      </w:r>
    </w:p>
    <w:p>
      <w:r>
        <w:t>يقترن به حكم ما</w:t>
      </w:r>
    </w:p>
    <w:p>
      <w:r>
        <w:t>وهو التصور الموجود في التسديق</w:t>
      </w:r>
    </w:p>
    <w:p>
      <w:r>
        <w:t>يعني التصديق ينطوي على التصور لان التصديق مفردتان بينهما رابطة</w:t>
      </w:r>
    </w:p>
    <w:p>
      <w:r>
        <w:t>المفردة الاولى موظوع المفردة الثانية محمول كلاهما تصور ربطنا بينه هذا الربط هو الحكم</w:t>
      </w:r>
    </w:p>
    <w:p>
      <w:r>
        <w:t>اذا الحكم مرة يطلق حقيقة ومرم يطلق مجازا</w:t>
      </w:r>
    </w:p>
    <w:p>
      <w:r>
        <w:t>الحقيقة هو في علون يربط بين الموضوع محمول لمناسبة ما</w:t>
      </w:r>
    </w:p>
    <w:p>
      <w:r>
        <w:t>في اتفاق بين الموضوع المحمول</w:t>
      </w:r>
    </w:p>
    <w:p>
      <w:r>
        <w:t>نعم يليق به</w:t>
      </w:r>
    </w:p>
    <w:p>
      <w:r>
        <w:t>هذا الفعل النفس يعني اكشن مثل الكتابة</w:t>
      </w:r>
    </w:p>
    <w:p>
      <w:r>
        <w:t>الكتابة اكشن فعل خارجي</w:t>
      </w:r>
    </w:p>
    <w:p>
      <w:r>
        <w:t>الحكم الفعل الباطني</w:t>
      </w:r>
    </w:p>
    <w:p>
      <w:r>
        <w:t>فعل واقعية خارجية</w:t>
      </w:r>
    </w:p>
    <w:p>
      <w:r>
        <w:t>في باطننا</w:t>
      </w:r>
    </w:p>
    <w:p>
      <w:r>
        <w:t>مؤدى هذا الفعل</w:t>
      </w:r>
    </w:p>
    <w:p>
      <w:r>
        <w:t>اثار هذا الفعل هي القضية</w:t>
      </w:r>
    </w:p>
    <w:p>
      <w:r>
        <w:t>مرة على القضية التي هي نتاج ذلك الفعل هو الذي هو الحكم اكشن يطلق عليها الحكم تسامحا مجازا على الاطلاق مجازي</w:t>
      </w:r>
    </w:p>
    <w:p>
      <w:r>
        <w:t>لماذا? لان الفعل لا يحكي</w:t>
      </w:r>
    </w:p>
    <w:p>
      <w:r>
        <w:t>الفعل لا يحكي الذي يحكي والقضية</w:t>
      </w:r>
    </w:p>
    <w:p>
      <w:r>
        <w:t>لا يحكي</w:t>
      </w:r>
    </w:p>
    <w:p>
      <w:r>
        <w:t>نعم</w:t>
      </w:r>
    </w:p>
    <w:p>
      <w:r>
        <w:t>ممكن الفعل آآ يحكي بطريقة اخرى</w:t>
      </w:r>
    </w:p>
    <w:p>
      <w:r>
        <w:t>محلل نفساني يرى حركة من شخص ما يحللها</w:t>
      </w:r>
    </w:p>
    <w:p>
      <w:r>
        <w:t>يقول هذا مريض بكذا مريض بكذا عنده عقدة كذا</w:t>
      </w:r>
    </w:p>
    <w:p>
      <w:r>
        <w:t>اما الفعل ما عنده كاشفية</w:t>
      </w:r>
    </w:p>
    <w:p>
      <w:r>
        <w:t>مثلا ضرب طفلا صغيرا بطريقة تشنجية</w:t>
      </w:r>
    </w:p>
    <w:p>
      <w:r>
        <w:t>المحلل النفساني يقول هذا عنده عقدة</w:t>
      </w:r>
    </w:p>
    <w:p>
      <w:r>
        <w:t>والده كان يضربه في الصغر</w:t>
      </w:r>
    </w:p>
    <w:p>
      <w:r>
        <w:t>اما هذا الظرب كالمرآة يكشف لك عن غيره لا</w:t>
      </w:r>
    </w:p>
    <w:p>
      <w:r>
        <w:t>اذا مرة يطلق الحكم ويراد به الفعل النفساني</w:t>
      </w:r>
    </w:p>
    <w:p>
      <w:r>
        <w:t>الكاشف مرة يطلق على القضية</w:t>
      </w:r>
    </w:p>
    <w:p>
      <w:r>
        <w:t>على النتاج</w:t>
      </w:r>
    </w:p>
    <w:p>
      <w:r>
        <w:t>يعني باعتبار الاثر اذا وصف الحكم للقضية مجاز باعتبار الفعل</w:t>
      </w:r>
    </w:p>
    <w:p>
      <w:r>
        <w:t>اما القضية لا توصف بالحكم</w:t>
      </w:r>
    </w:p>
    <w:p>
      <w:r>
        <w:t>بالمجاز فقط</w:t>
      </w:r>
    </w:p>
    <w:p>
      <w:r>
        <w:t>نعم</w:t>
      </w:r>
    </w:p>
    <w:p>
      <w:r>
        <w:t>والتصديق قد جعله المصنف الله هو الحكم نفسه</w:t>
      </w:r>
    </w:p>
    <w:p>
      <w:r>
        <w:t>هنا الحكم المجازي</w:t>
      </w:r>
    </w:p>
    <w:p>
      <w:r>
        <w:t>الحكم المجازي</w:t>
      </w:r>
    </w:p>
    <w:p>
      <w:r>
        <w:t>لان التصديق قضية تحكي الواقع</w:t>
      </w:r>
    </w:p>
    <w:p>
      <w:r>
        <w:t>ليس فعلا من الافعال هنا في كاشفية</w:t>
      </w:r>
    </w:p>
    <w:p>
      <w:r>
        <w:t>اذا الحكم هنا بالمعنى المجازي</w:t>
      </w:r>
    </w:p>
    <w:p>
      <w:r>
        <w:t>يعني الحكم اندك في القضية</w:t>
      </w:r>
    </w:p>
    <w:p>
      <w:r>
        <w:t>نعم</w:t>
      </w:r>
    </w:p>
    <w:p>
      <w:r>
        <w:t>اذا يكون تصديقا بالحقيقة بالمجاز بالمجاز باعتبار الاندكاك</w:t>
      </w:r>
    </w:p>
    <w:p>
      <w:r>
        <w:t>يعني التصديق هو نصدق بالقضية</w:t>
      </w:r>
    </w:p>
    <w:p>
      <w:r>
        <w:t>لا نصدق بالفعل النفساني</w:t>
      </w:r>
    </w:p>
    <w:p>
      <w:r>
        <w:t>والحكم نفسه كما ذهب اليه نعم</w:t>
      </w:r>
    </w:p>
    <w:p>
      <w:r>
        <w:t>هنا اختلاف بين الحكماء والفخر الرازي</w:t>
      </w:r>
    </w:p>
    <w:p>
      <w:r>
        <w:t>فخر الرازي يقول تصور الموضوع والمحمول والنسبة ثم الحكم ثم الحكم كله تصديق</w:t>
      </w:r>
    </w:p>
    <w:p>
      <w:r>
        <w:t>التصديق مركب</w:t>
      </w:r>
    </w:p>
    <w:p>
      <w:r>
        <w:t>حقيقة مركبة</w:t>
      </w:r>
    </w:p>
    <w:p>
      <w:r>
        <w:t>عند الحكماء لا التصديق بحقيقة بسيطة</w:t>
      </w:r>
    </w:p>
    <w:p>
      <w:r>
        <w:t>اما المفردة الاولى الموضوع والمفردة الثانية المحمول</w:t>
      </w:r>
    </w:p>
    <w:p>
      <w:r>
        <w:t>الحكم والنسبة هذه كلها شروط معدة لبروز ماذا? التصديق</w:t>
      </w:r>
    </w:p>
    <w:p>
      <w:r>
        <w:t>اشارة الى هذه النقطة بين آآ الحكماء والفخر الرازي والحق مع الحكماء ليس مع الفوق الراسي</w:t>
      </w:r>
    </w:p>
    <w:p>
      <w:r>
        <w:t>والتصديق قد جعله مصنفوا المحقق الطوسي رحمه الله هو الحكم نفى آآ جعله المصنف هو آآ الحكم نفسه كما ذهب اليه القدماء اي الحكماء وها هنا بحث لا يمكن ايراده هنا كما ذكرناه في كتاب الاسرار صفحة حداش وطناش الاسرار الخفية العلامة الحلي والخلاف هو بين الفخرازي والحكماء الحكماء يقولون تصديق بسيط والباقي كلها شروط ومعدات يعني تصور والمحمول والنسبة والحكم كفعل هذه كلها شروط اما التصديق بسيط</w:t>
      </w:r>
    </w:p>
    <w:p>
      <w:r>
        <w:t>فخر الرازي يقول التصديق مركب من موضوع ومحمول والنسبة والحكم يعني حقيقة مركبة لا ليس حقيقة مركبة</w:t>
      </w:r>
    </w:p>
    <w:p>
      <w:r>
        <w:t>العلامة الحين اللي احالك الى اه الاصالة الخفية صفحة حداش الى اتناش</w:t>
      </w:r>
    </w:p>
    <w:p>
      <w:r>
        <w:t>البحث معروف وفلسفي لا ندخل فيه الان نعم</w:t>
      </w:r>
    </w:p>
    <w:p>
      <w:r>
        <w:t>اذا بينا العلم الان العلم الحصولي يعني النظم المنطقي تصديق وفصلنا البحث</w:t>
      </w:r>
    </w:p>
    <w:p>
      <w:r>
        <w:t>كلها كاشفية</w:t>
      </w:r>
    </w:p>
    <w:p>
      <w:r>
        <w:t>التصور كاشفية</w:t>
      </w:r>
    </w:p>
    <w:p>
      <w:r>
        <w:t>التصديق كاشفية</w:t>
      </w:r>
    </w:p>
    <w:p>
      <w:r>
        <w:t>كاشفية</w:t>
      </w:r>
    </w:p>
    <w:p>
      <w:r>
        <w:t>فقط التصور</w:t>
      </w:r>
    </w:p>
    <w:p>
      <w:r>
        <w:t>يكشف عن المعنى</w:t>
      </w:r>
    </w:p>
    <w:p>
      <w:r>
        <w:t>ما عنده علاقة بالوجود</w:t>
      </w:r>
    </w:p>
    <w:p>
      <w:r>
        <w:t>القضايا التصديقية</w:t>
      </w:r>
    </w:p>
    <w:p>
      <w:r>
        <w:t>القضايا ليس القضية بما هي قضية قضية بما هي قضية بعد تصوري</w:t>
      </w:r>
    </w:p>
    <w:p>
      <w:r>
        <w:t>لا القضية بما هي التصديق هناك انت في متن الواقع الخارجي</w:t>
      </w:r>
    </w:p>
    <w:p>
      <w:r>
        <w:t>خرجت من المرآة الى الواقع الخارجي</w:t>
      </w:r>
    </w:p>
    <w:p>
      <w:r>
        <w:t>نعم</w:t>
      </w:r>
    </w:p>
    <w:p>
      <w:r>
        <w:t>هذا بحث فلسفي انا بينته بمقدار ما نحتاجه في هذا الكتاب</w:t>
      </w:r>
    </w:p>
    <w:p>
      <w:r>
        <w:t>جيد</w:t>
      </w:r>
    </w:p>
    <w:p>
      <w:r>
        <w:t>فقط مسألة ونعبر الى المطلب الجديد</w:t>
      </w:r>
    </w:p>
    <w:p>
      <w:r>
        <w:t>كيف يتم التصديق? كيف يتم التصديق؟ هل الاصالة للتصور ام للتصديق؟ لا الاصالة للتصديق، لماذا؟ لانك انت اذا وصلت الى التصديق يعني انت في متن الواقع</w:t>
      </w:r>
    </w:p>
    <w:p>
      <w:r>
        <w:t>انتقلت الى الحقيقة الخارجية</w:t>
      </w:r>
    </w:p>
    <w:p>
      <w:r>
        <w:t>نعم</w:t>
      </w:r>
    </w:p>
    <w:p>
      <w:r>
        <w:t>هل في الحقيقة الخارجية عندنا مفردات هكذا? مفردات خاصة ماء خالص</w:t>
      </w:r>
    </w:p>
    <w:p>
      <w:r>
        <w:t>حمار خالص</w:t>
      </w:r>
    </w:p>
    <w:p>
      <w:r>
        <w:t>اله خالص</w:t>
      </w:r>
    </w:p>
    <w:p>
      <w:r>
        <w:t>شجرة خالصة</w:t>
      </w:r>
    </w:p>
    <w:p>
      <w:r>
        <w:t>لا ابدا</w:t>
      </w:r>
    </w:p>
    <w:p>
      <w:r>
        <w:t>هذه الواقعيات لا تخلو من حيثيات</w:t>
      </w:r>
    </w:p>
    <w:p>
      <w:r>
        <w:t>الماء بارد الماء سيان والله حي الله عالم</w:t>
      </w:r>
    </w:p>
    <w:p>
      <w:r>
        <w:t>شجرة مثمرة باسقة</w:t>
      </w:r>
    </w:p>
    <w:p>
      <w:r>
        <w:t>الحمار بليد</w:t>
      </w:r>
    </w:p>
    <w:p>
      <w:r>
        <w:t>الانسان يتحرك الانسان مؤمن</w:t>
      </w:r>
    </w:p>
    <w:p>
      <w:r>
        <w:t>الانسان كريم</w:t>
      </w:r>
    </w:p>
    <w:p>
      <w:r>
        <w:t>اذا كلها ماذا? تصديقات</w:t>
      </w:r>
    </w:p>
    <w:p>
      <w:r>
        <w:t>تأتي الى عالم عالم الذهني الى ان نظم المنطقي</w:t>
      </w:r>
    </w:p>
    <w:p>
      <w:r>
        <w:t>نفكك بين الموضوع والمحمول نفهم الموضوع في دائرته كمفردة تصورية ونفهم المحمول بالوجود نعيد هذه القضية مرة ثانية الى واقعها</w:t>
      </w:r>
    </w:p>
    <w:p>
      <w:r>
        <w:t>هذا هو التصديق</w:t>
      </w:r>
    </w:p>
    <w:p>
      <w:r>
        <w:t>ولهذا يقولون في اللغات آآ غير العربية</w:t>
      </w:r>
    </w:p>
    <w:p>
      <w:r>
        <w:t>آآ يقولون انسان عالم هادي تشير الى ماذا? الى ان الانسان عالم اين? في مثل الواقع</w:t>
      </w:r>
    </w:p>
    <w:p>
      <w:r>
        <w:t>هذا دليل على ان ارجعنا هذه القضية الى الواقع الخارجي</w:t>
      </w:r>
    </w:p>
    <w:p>
      <w:r>
        <w:t>ارجعوا هذه القضية الى الواقع الخارجي صديق بالنسبة لا انا لا لا اما الواقع الخارجي انسان مؤمن انسان كيما كريم الله حي الله عالم الشجرة مثمرا هادي واقع خارجي واقع خارجي لا يمكن ان تتصرف فيه انت انت تتصرفت في افقك الذهني بارادة اردت ان تكشف الواقع كما هو في البعد العلمي تقنن له في البعد العلمي</w:t>
      </w:r>
    </w:p>
    <w:p>
      <w:r>
        <w:t>شجرة مثمرة فانت تقول شجرة مثمرة</w:t>
      </w:r>
    </w:p>
    <w:p>
      <w:r>
        <w:t>شجرة مثمرة يعني الشجرة الكائنة مثمرة</w:t>
      </w:r>
    </w:p>
    <w:p>
      <w:r>
        <w:t>في اللغة العربية في اللغة الفارسية شجرة مثمرة اصد</w:t>
      </w:r>
    </w:p>
    <w:p>
      <w:r>
        <w:t>نعم مو مشكل التعبيرات لا معنى لها</w:t>
      </w:r>
    </w:p>
    <w:p>
      <w:r>
        <w:t>هذا هو الذي يبطل مبنى السفسطة</w:t>
      </w:r>
    </w:p>
    <w:p>
      <w:r>
        <w:t>مبنى السفسطة</w:t>
      </w:r>
    </w:p>
    <w:p>
      <w:r>
        <w:t>الصفصطي او الشكاك يستخدم الوجود قصد مع يقول الشجرة ليست بموجودة</w:t>
      </w:r>
    </w:p>
    <w:p>
      <w:r>
        <w:t>اذا انت من اهلك حتى تنفي الشجرة من الواقع هو اس ليست موجودة</w:t>
      </w:r>
    </w:p>
    <w:p>
      <w:r>
        <w:t>هو الوجود شجر يعني انت تتحدث بالاسطوي انيست يعني بالوجود وبلا وجود</w:t>
      </w:r>
    </w:p>
    <w:p>
      <w:r>
        <w:t>اذا لا يمكن ان تفر من الوجود</w:t>
      </w:r>
    </w:p>
    <w:p>
      <w:r>
        <w:t>ايها الشكاك وايها في الدراسات الفلسفية الاسلامية وغير الاسلامية</w:t>
      </w:r>
    </w:p>
    <w:p>
      <w:r>
        <w:t>يقعون في مغالطة الشكاك ويدخلون في متاهات</w:t>
      </w:r>
    </w:p>
    <w:p>
      <w:r>
        <w:t>وهو يستهزأ بهذه المحاولات</w:t>
      </w:r>
    </w:p>
    <w:p>
      <w:r>
        <w:t>لا انت من الأول وقفه</w:t>
      </w:r>
    </w:p>
    <w:p>
      <w:r>
        <w:t>انت تقول الواقعية ليست موجودة</w:t>
      </w:r>
    </w:p>
    <w:p>
      <w:r>
        <w:t>انت وظفت الوجود مثل الملحد</w:t>
      </w:r>
    </w:p>
    <w:p>
      <w:r>
        <w:t>يقول الله ليس بموجود</w:t>
      </w:r>
    </w:p>
    <w:p>
      <w:r>
        <w:t>يعني نزع الله تعالى من مطلق الموجودية</w:t>
      </w:r>
    </w:p>
    <w:p>
      <w:r>
        <w:t>اذا مطلق الموجودية عندك انت اعلى من الله</w:t>
      </w:r>
    </w:p>
    <w:p>
      <w:r>
        <w:t>اذا انت عندك اله اوسع من الله تعالى</w:t>
      </w:r>
    </w:p>
    <w:p>
      <w:r>
        <w:t>فانت اشد ايمانا منه</w:t>
      </w:r>
    </w:p>
    <w:p>
      <w:r>
        <w:t>نعم نحن نقول الوجود المطلق يسوق الله تعالى</w:t>
      </w:r>
    </w:p>
    <w:p>
      <w:r>
        <w:t>انت حرمت الله تعالى احسن من اذا انت عندك اعتقاد بالموجودية المطلقة لم ترى الله مصداقا منها</w:t>
      </w:r>
    </w:p>
    <w:p>
      <w:r>
        <w:t>اذا انت عندك موجود اعلى بكثير من الله تعالى ايها الملحد</w:t>
      </w:r>
    </w:p>
    <w:p>
      <w:r>
        <w:t>من هذا المنطلق ناقش الملحد والصوت صادأ</w:t>
      </w:r>
    </w:p>
    <w:p>
      <w:r>
        <w:t>نعم</w:t>
      </w:r>
    </w:p>
    <w:p>
      <w:r>
        <w:t>الضروري والكسب الان عندنا تصديق</w:t>
      </w:r>
    </w:p>
    <w:p>
      <w:r>
        <w:t>وعندنا تصور</w:t>
      </w:r>
    </w:p>
    <w:p>
      <w:r>
        <w:t>هذا التصور كيف وصلنا اليه? مرة شهودي بديهي يظهر نفسه التصور</w:t>
      </w:r>
    </w:p>
    <w:p>
      <w:r>
        <w:t>مرن عملية التحليل والتركيب على مستوى تعرف والتصديق كذلك مرة هذا التصديق واضح بديهي ظاهر مظهر لنفسه مرة لا يحتاج الى واسطة</w:t>
      </w:r>
    </w:p>
    <w:p>
      <w:r>
        <w:t>واسطة استدلالية</w:t>
      </w:r>
    </w:p>
    <w:p>
      <w:r>
        <w:t>التصور يحتاج الى واسطة تعريفية</w:t>
      </w:r>
    </w:p>
    <w:p>
      <w:r>
        <w:t>التصديق يحتاج الى واسطة كدليلية</w:t>
      </w:r>
    </w:p>
    <w:p>
      <w:r>
        <w:t>اذا نقسم العلم الحصولي العلم الحصولي الى تصول وتصديق التصور الى بديهي</w:t>
      </w:r>
    </w:p>
    <w:p>
      <w:r>
        <w:t>واضح في بعده التصوري والى نظري نحتاج الى تعريف</w:t>
      </w:r>
    </w:p>
    <w:p>
      <w:r>
        <w:t>الية التعريف هنا تدخل تجلي هذه المفردة التصورية</w:t>
      </w:r>
    </w:p>
    <w:p>
      <w:r>
        <w:t>توضحها بالية التعريف</w:t>
      </w:r>
    </w:p>
    <w:p>
      <w:r>
        <w:t>حد تام حد ناقص رسم رسم ناقص آآ كما بينا فيما سبق</w:t>
      </w:r>
    </w:p>
    <w:p>
      <w:r>
        <w:t>في التصديق التصديق القضاوي مر هذا التصديق بديهي واضح مظهر لنفسه</w:t>
      </w:r>
    </w:p>
    <w:p>
      <w:r>
        <w:t>مبرز لنفسه مرة لا يحتاج الى عملية تدليل استدلال</w:t>
      </w:r>
    </w:p>
    <w:p>
      <w:r>
        <w:t>الذي لا يحتاج الى واسطة هو البديهي الذي يحتاج الى واسطة هو النظري</w:t>
      </w:r>
    </w:p>
    <w:p>
      <w:r>
        <w:t>في كلا القسمين في التصور والتسديد</w:t>
      </w:r>
    </w:p>
    <w:p>
      <w:r>
        <w:t>قال والمكتسب منهما يعني من التصور والتصديق</w:t>
      </w:r>
    </w:p>
    <w:p>
      <w:r>
        <w:t>انما يكتسب بغير يحتجم واسطة اما واسطة تعريفية في بعدها التصوري يعني في في البعد التصوري واما واسطة تدليلية استدلالية في بوعليات تصديق جيد والمكتسب من التصور والتصديق اما انما يكتسب بغيره</w:t>
      </w:r>
    </w:p>
    <w:p>
      <w:r>
        <w:t>وغير المكتسب بديهي</w:t>
      </w:r>
    </w:p>
    <w:p>
      <w:r>
        <w:t>في التصور في التاس ضيق</w:t>
      </w:r>
    </w:p>
    <w:p>
      <w:r>
        <w:t>اذا قسم التصور الى بديه ونظره والتصديق والتصديق الى بليغ نظري</w:t>
      </w:r>
    </w:p>
    <w:p>
      <w:r>
        <w:t>ملاك القسمة ما هو الاحتياج الى التعريف او عدم الاحتياج في التصورات</w:t>
      </w:r>
    </w:p>
    <w:p>
      <w:r>
        <w:t>الاحتياج الى الدليل وعدم الدليل في التصديقات</w:t>
      </w:r>
    </w:p>
    <w:p>
      <w:r>
        <w:t>والبقية تأتي ان شاء الله اللهم صلي على محمد وال محمد</w:t>
      </w:r>
    </w:p>
    <w:p>
      <w:r>
        <w:t>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