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وآآ الاخلاص</w:t>
      </w:r>
    </w:p>
    <w:p>
      <w:r>
        <w:t>وصلنا معكم الى هذه العبارة الشارح والحجة قال وما يكتسب به التصور وما يكتسب به التصوير يعني الالية التي بها نصل الى التصور فحد او ما يشبهه وما يكتسب به التصديق فبرهان يعني حجة او ما يشبهه هي الحجة غير قينية</w:t>
      </w:r>
    </w:p>
    <w:p>
      <w:r>
        <w:t>قبل الدخول في تفكيك هذا المتن اعيد التطبيق السابق</w:t>
      </w:r>
    </w:p>
    <w:p>
      <w:r>
        <w:t>لاني آآ تسرعت في تطبيقه آآ ضيق الوقت كان</w:t>
      </w:r>
    </w:p>
    <w:p>
      <w:r>
        <w:t>اعيد فقط اه تطبيق على كلام الحلي تحملني</w:t>
      </w:r>
    </w:p>
    <w:p>
      <w:r>
        <w:t>خمس دقائق فقط</w:t>
      </w:r>
    </w:p>
    <w:p>
      <w:r>
        <w:t>اقول ان كل واحد من التصور والتصديق</w:t>
      </w:r>
    </w:p>
    <w:p>
      <w:r>
        <w:t>يقسم والتصديق الى بديهي ونظره</w:t>
      </w:r>
    </w:p>
    <w:p>
      <w:r>
        <w:t>يعني عندنا تصور بديهي ونظري وعندنا تصديق بديهي ونظري</w:t>
      </w:r>
    </w:p>
    <w:p>
      <w:r>
        <w:t>منه ضروري هنا يعني بديهي</w:t>
      </w:r>
    </w:p>
    <w:p>
      <w:r>
        <w:t>لان عندنا النظر كذلك ضروري</w:t>
      </w:r>
    </w:p>
    <w:p>
      <w:r>
        <w:t>نعم</w:t>
      </w:r>
    </w:p>
    <w:p>
      <w:r>
        <w:t>ضرورية</w:t>
      </w:r>
    </w:p>
    <w:p>
      <w:r>
        <w:t>قضية ضرورية ويقينية لانها ليس بديهية استدلالية</w:t>
      </w:r>
    </w:p>
    <w:p>
      <w:r>
        <w:t>تقول الله عالم وكل عالم حي الله حي</w:t>
      </w:r>
    </w:p>
    <w:p>
      <w:r>
        <w:t>ومنه كسبي كسبي يعني في باب التصور تستخدم التعريفات الموصلة الى التصور في التصديقات تستخدم الاقيس الاستنباط الاستقراء التمثيل لواحق القياس التي بيناه</w:t>
      </w:r>
    </w:p>
    <w:p>
      <w:r>
        <w:t>اذا كنت في اليقينيات سيأتي بيانه</w:t>
      </w:r>
    </w:p>
    <w:p>
      <w:r>
        <w:t>فالضروري يعني البديهي من التصور ما لا يتوقف على طلب وكذب</w:t>
      </w:r>
    </w:p>
    <w:p>
      <w:r>
        <w:t>لا معنى ان تطلب هناك وتكسب لماذا? لانك في متن المفهوم بالشهود</w:t>
      </w:r>
    </w:p>
    <w:p>
      <w:r>
        <w:t>مثل مفهوم الوجود</w:t>
      </w:r>
    </w:p>
    <w:p>
      <w:r>
        <w:t>والكسب ما ي يعني في طلب وكسب يعني توظف في التصور التعريفات</w:t>
      </w:r>
    </w:p>
    <w:p>
      <w:r>
        <w:t>والضروري من التصديق يعني والبديه من التصديق ما لا يتوقف الدين في الحكم بالنسبة يعني التي تربط الموضوع المحمول على غير تصور الطرف يعني البديهي التصديقي يكفي لتصور الطرفين الموضوع والمحمول وبينت هذه المسألة فيما مضى</w:t>
      </w:r>
    </w:p>
    <w:p>
      <w:r>
        <w:t>والكسب الكسب التصديقي الذي يحتاج الى طلب بماذا? بالعقيس</w:t>
      </w:r>
    </w:p>
    <w:p>
      <w:r>
        <w:t>يعني بالحجج</w:t>
      </w:r>
    </w:p>
    <w:p>
      <w:r>
        <w:t>والكسب ما يقابله</w:t>
      </w:r>
    </w:p>
    <w:p>
      <w:r>
        <w:t>يعني يحتاج الى نشاط فكري</w:t>
      </w:r>
    </w:p>
    <w:p>
      <w:r>
        <w:t>هذا النشاط الفكري هو الاستدلال</w:t>
      </w:r>
    </w:p>
    <w:p>
      <w:r>
        <w:t>يعني الاتيان بالحجج</w:t>
      </w:r>
    </w:p>
    <w:p>
      <w:r>
        <w:t>نعم</w:t>
      </w:r>
    </w:p>
    <w:p>
      <w:r>
        <w:t>الاستنباط الاستقراء التمثيل اذا كنا في اليقينيات نشوف الاستقرار يفيد اليقين</w:t>
      </w:r>
    </w:p>
    <w:p>
      <w:r>
        <w:t>تمثيل يفيد اليقين</w:t>
      </w:r>
    </w:p>
    <w:p>
      <w:r>
        <w:t>ومتى يفيد? ومت لا يفيد</w:t>
      </w:r>
    </w:p>
    <w:p>
      <w:r>
        <w:t>والمكتسب من كل واحد من هذين يعني من التصور والتصديق يكتسب بالبديهي</w:t>
      </w:r>
    </w:p>
    <w:p>
      <w:r>
        <w:t>انظر هنا قال البديهي</w:t>
      </w:r>
    </w:p>
    <w:p>
      <w:r>
        <w:t>نعم البديهي</w:t>
      </w:r>
    </w:p>
    <w:p>
      <w:r>
        <w:t>اذا هنا يبدأ الاشارة الى المبنى التي بينتها لكم منه يعني التصور لا يمكن ان نصل اليه التصور النظري الا اذا بنينا على تصور بديه</w:t>
      </w:r>
    </w:p>
    <w:p>
      <w:r>
        <w:t>والتصديقات القضايا التصديقية لا يمكن ان نصل الي النظرية طبعا</w:t>
      </w:r>
    </w:p>
    <w:p>
      <w:r>
        <w:t>وتصير يقينية الا على اساس تصديق بديهي</w:t>
      </w:r>
    </w:p>
    <w:p>
      <w:r>
        <w:t>او مما ينتهي اليه في قوس قوس التحليل</w:t>
      </w:r>
    </w:p>
    <w:p>
      <w:r>
        <w:t>قوس التحليل</w:t>
      </w:r>
    </w:p>
    <w:p>
      <w:r>
        <w:t>تعود من النظر الى الاصل البذيء</w:t>
      </w:r>
    </w:p>
    <w:p>
      <w:r>
        <w:t>تحلل تحلل حتى تصل الى الاصل</w:t>
      </w:r>
    </w:p>
    <w:p>
      <w:r>
        <w:t>قوس التركيب لا تنطلق من البديهي وتزداد المعلومات النظرية</w:t>
      </w:r>
    </w:p>
    <w:p>
      <w:r>
        <w:t>هذا هو التركيب</w:t>
      </w:r>
    </w:p>
    <w:p>
      <w:r>
        <w:t>تتركب تتركب يعني تزداد</w:t>
      </w:r>
    </w:p>
    <w:p>
      <w:r>
        <w:t>هذا قوس التركيب</w:t>
      </w:r>
    </w:p>
    <w:p>
      <w:r>
        <w:t>هذا مصطلح عرفاني وينطبق على هذا الباب</w:t>
      </w:r>
    </w:p>
    <w:p>
      <w:r>
        <w:t>نعم والمكتسب من كل واحد من هذين يعني من التصور والتصديق يكتسب نعم المكتسب مبتدأ يكتسب خبر جملة خبرية اه البديهي منه او ما ينتهي اليه حسب قوس التحليل</w:t>
      </w:r>
    </w:p>
    <w:p>
      <w:r>
        <w:t>لانه لولا ذلك استدلال على آآ على اصل المبنى</w:t>
      </w:r>
    </w:p>
    <w:p>
      <w:r>
        <w:t>لانه لولا ذلك لك العلوم كلها كسبية</w:t>
      </w:r>
    </w:p>
    <w:p>
      <w:r>
        <w:t>ما كسبية ثم اذا كانت كسبية كيف? كسبي بعد كسبي بعد كسبي نقع في التسلسل او كسبي بكسبي وكسبي بكسب يدور</w:t>
      </w:r>
    </w:p>
    <w:p>
      <w:r>
        <w:t>والتسلسل انطولوجيا باطن والدور في الانطلوجية باطنون</w:t>
      </w:r>
    </w:p>
    <w:p>
      <w:r>
        <w:t>وحينئذ يلزم الدور والتسلسل</w:t>
      </w:r>
    </w:p>
    <w:p>
      <w:r>
        <w:t>اذا هذا بحث ميتافيزيقي ليس بحثا ما منطقيا</w:t>
      </w:r>
    </w:p>
    <w:p>
      <w:r>
        <w:t>لان الكاسب ان لم يكن بديهيا الكاسب الذي يورثنا العلم</w:t>
      </w:r>
    </w:p>
    <w:p>
      <w:r>
        <w:t>ان لم يكن بديهيا احتاج الى كاسب اخر يبينه اذا لم يكن بديهيا كان نظريا يحتاج الى من يبينه يضيء</w:t>
      </w:r>
    </w:p>
    <w:p>
      <w:r>
        <w:t>فان كان المكتسب نفس الذي بينا دار يعني الف بالنسبة لنا نظريون</w:t>
      </w:r>
    </w:p>
    <w:p>
      <w:r>
        <w:t>احتجنا الى باء اضاء الف ثم باء اضاءه الف</w:t>
      </w:r>
    </w:p>
    <w:p>
      <w:r>
        <w:t>نعم</w:t>
      </w:r>
    </w:p>
    <w:p>
      <w:r>
        <w:t>هذا دور يعني الف اعتمد على باب في الاضاءة</w:t>
      </w:r>
    </w:p>
    <w:p>
      <w:r>
        <w:t>تصور وما اعتمد على الف الاظاءة التصورية هذا الدور الباطن</w:t>
      </w:r>
    </w:p>
    <w:p>
      <w:r>
        <w:t>او تقول لا الف اعتمد على باب في الاظاءة وباء اعتمد على جيم وجيم على دال ودال على ميم ولا تنتهي يعني الاظاءة غير موجودة</w:t>
      </w:r>
    </w:p>
    <w:p>
      <w:r>
        <w:t>اظاءة لم تتحقق هذا هو سر تسلسل والدور</w:t>
      </w:r>
    </w:p>
    <w:p>
      <w:r>
        <w:t>وان كان غيره يعني غير باء</w:t>
      </w:r>
    </w:p>
    <w:p>
      <w:r>
        <w:t>اضعنا الف باء وباء بالف هذا الدور</w:t>
      </w:r>
    </w:p>
    <w:p>
      <w:r>
        <w:t>مرة لا نضيء الف باء وما نضيء بجيم</w:t>
      </w:r>
    </w:p>
    <w:p>
      <w:r>
        <w:t>جيم الوضوء يوم ميم وهكذا لا تنتهي وان كان غيره يعني لسنا في دائرة الدور نقلنا الكلام الى جيم من يضيء جيم? ميم من يضيء ميم? عين عين من يضيء لام وهكذا دواليك</w:t>
      </w:r>
    </w:p>
    <w:p>
      <w:r>
        <w:t>لكن اللازم يعني الدور باطن والتسلسل باطن لازم اين? في هذا القياس الشرطي المتصل انظر قياس استثنائي لولا ذلك لكانت العلوم كلها كسبية وحينئذ يلزم الدور والتسلسل</w:t>
      </w:r>
    </w:p>
    <w:p>
      <w:r>
        <w:t>يعني اذا لو كانت كلها كزبية لازم تضر بالتسلسل</w:t>
      </w:r>
    </w:p>
    <w:p>
      <w:r>
        <w:t>بطلان التالي يعني بطلان ندورو التسلسل</w:t>
      </w:r>
    </w:p>
    <w:p>
      <w:r>
        <w:t>بطلان تالي كل العلوم كسبية</w:t>
      </w:r>
    </w:p>
    <w:p>
      <w:r>
        <w:t>باطن</w:t>
      </w:r>
    </w:p>
    <w:p>
      <w:r>
        <w:t>اذا عندنا علوم بديهية</w:t>
      </w:r>
    </w:p>
    <w:p>
      <w:r>
        <w:t>هي الاساس فيتأسس الهرم المعرفي</w:t>
      </w:r>
    </w:p>
    <w:p>
      <w:r>
        <w:t>نعم</w:t>
      </w:r>
    </w:p>
    <w:p>
      <w:r>
        <w:t>لكن اللازم ما هو بوتان دور وتسلسل في الشرقية بطلان التالي يكشف عن بطلان المقدم ما هو? كانت العلوم كلها كسبية باطنون</w:t>
      </w:r>
    </w:p>
    <w:p>
      <w:r>
        <w:t>اذا في علوم كذبية وفي علوم بديهية</w:t>
      </w:r>
    </w:p>
    <w:p>
      <w:r>
        <w:t>لكن اللازم باطل من? الباطل</w:t>
      </w:r>
    </w:p>
    <w:p>
      <w:r>
        <w:t>والتسلسل</w:t>
      </w:r>
    </w:p>
    <w:p>
      <w:r>
        <w:t>فالملزوم مثله العلوم كسبية باطلون</w:t>
      </w:r>
    </w:p>
    <w:p>
      <w:r>
        <w:t>بعض العلوم كسبية وبعض العلوم غير كسبية يعني بديهية</w:t>
      </w:r>
    </w:p>
    <w:p>
      <w:r>
        <w:t>تشكلت المبنى فقد ظهر من ذلك ان من العلوم ما هو بديهي اساس</w:t>
      </w:r>
    </w:p>
    <w:p>
      <w:r>
        <w:t>يبنى عليه الصرح المعرفي</w:t>
      </w:r>
    </w:p>
    <w:p>
      <w:r>
        <w:t>ولا يجوز ان آآ كلها بديهية</w:t>
      </w:r>
    </w:p>
    <w:p>
      <w:r>
        <w:t>نعم والا لما جهلنا شيئا البتة هذا قول بعد كل المؤسسات التعليمية تسكر تغلق</w:t>
      </w:r>
    </w:p>
    <w:p>
      <w:r>
        <w:t>كل العلوم بديهة بعد ما نحتاج الى فلسفة الى فقه الى اصول الى تفسير الى هندسة الى فلك الى حاسوب وهكذا دواليك</w:t>
      </w:r>
    </w:p>
    <w:p>
      <w:r>
        <w:t>اذا اتضح لنا الامر</w:t>
      </w:r>
    </w:p>
    <w:p>
      <w:r>
        <w:t>وشكرا على صبرك</w:t>
      </w:r>
    </w:p>
    <w:p>
      <w:r>
        <w:t>القول الشارح والحجة يعني يبدأ يتحدث عن ادوات ادوات المنطق التي توصلنا الى التصور والتي توصلنا الى التصديق</w:t>
      </w:r>
    </w:p>
    <w:p>
      <w:r>
        <w:t>خرجنا من التصور والتصديق دخلنا في الادوات المنطقية</w:t>
      </w:r>
    </w:p>
    <w:p>
      <w:r>
        <w:t>يعني في تلك المعايير المنطقية التي يخضع لها المفكر في صنعه للتصورات والتصديقات</w:t>
      </w:r>
    </w:p>
    <w:p>
      <w:r>
        <w:t>بالمواد المعرفية يخضعها لتلك المعايير يورثنا التصور والتصديق</w:t>
      </w:r>
    </w:p>
    <w:p>
      <w:r>
        <w:t>فتتأسس العلوم النظرية</w:t>
      </w:r>
    </w:p>
    <w:p>
      <w:r>
        <w:t>قال وما يكتسب به التصور فحد</w:t>
      </w:r>
    </w:p>
    <w:p>
      <w:r>
        <w:t>او ما يشبهه رسم</w:t>
      </w:r>
    </w:p>
    <w:p>
      <w:r>
        <w:t>في التعريف الى تعريف حدي وتعريف رسمي</w:t>
      </w:r>
    </w:p>
    <w:p>
      <w:r>
        <w:t>والتعريف الحدي الى حد تام وحد ناقص</w:t>
      </w:r>
    </w:p>
    <w:p>
      <w:r>
        <w:t>والرسم الى رسم تام ورسم ناقص</w:t>
      </w:r>
    </w:p>
    <w:p>
      <w:r>
        <w:t>كلها معقولات ثانية منطقية</w:t>
      </w:r>
    </w:p>
    <w:p>
      <w:r>
        <w:t>كما بينا ذلك فيما سبق</w:t>
      </w:r>
    </w:p>
    <w:p>
      <w:r>
        <w:t>نعم وما يكتسب به التصديق فبرهان</w:t>
      </w:r>
    </w:p>
    <w:p>
      <w:r>
        <w:t>يعني حجة برهانية او ما يشبهه</w:t>
      </w:r>
    </w:p>
    <w:p>
      <w:r>
        <w:t>نعم ما يشبهه هي الاقيسا التي لا تورث اليقين</w:t>
      </w:r>
    </w:p>
    <w:p>
      <w:r>
        <w:t>نعم</w:t>
      </w:r>
    </w:p>
    <w:p>
      <w:r>
        <w:t>اذا شرع في تفكيك هذه القواعد</w:t>
      </w:r>
    </w:p>
    <w:p>
      <w:r>
        <w:t>القواعد المنطقية</w:t>
      </w:r>
    </w:p>
    <w:p>
      <w:r>
        <w:t>اقول لما بين ان كل واحد من التصور والتصديق</w:t>
      </w:r>
    </w:p>
    <w:p>
      <w:r>
        <w:t>هذا بحث علمي ينتمي الى الفلسفة</w:t>
      </w:r>
    </w:p>
    <w:p>
      <w:r>
        <w:t>نعم</w:t>
      </w:r>
    </w:p>
    <w:p>
      <w:r>
        <w:t>لما بين ان كل واحد من تصديق ينقسم الى بادي وكسبي</w:t>
      </w:r>
    </w:p>
    <w:p>
      <w:r>
        <w:t>وكان الكسبي من كل منهما يعني من التصور والتصديق انما يكتسب من غيره</w:t>
      </w:r>
    </w:p>
    <w:p>
      <w:r>
        <w:t>اذا ما هي الاداة? نعم</w:t>
      </w:r>
    </w:p>
    <w:p>
      <w:r>
        <w:t>لاستحالة كون الكاسب الذي هو علة في المعرفة نفس المعلول المكتسب</w:t>
      </w:r>
    </w:p>
    <w:p>
      <w:r>
        <w:t>اذا الذي يورثنا التصور غير التصور</w:t>
      </w:r>
    </w:p>
    <w:p>
      <w:r>
        <w:t>شيء اخر</w:t>
      </w:r>
    </w:p>
    <w:p>
      <w:r>
        <w:t>نعم</w:t>
      </w:r>
    </w:p>
    <w:p>
      <w:r>
        <w:t>ذكر كاسب كل واحد منهما فكاسب التصور يسمى قولا شارحان</w:t>
      </w:r>
    </w:p>
    <w:p>
      <w:r>
        <w:t>يعني التعريف تسمى الاقوال الشريحة كذلك</w:t>
      </w:r>
    </w:p>
    <w:p>
      <w:r>
        <w:t>وهو ينقسم القول عن التعريف الى الحد وهو المؤلف من الذاتيات</w:t>
      </w:r>
    </w:p>
    <w:p>
      <w:r>
        <w:t>الذاتيات يعني انت لم تخرج من مبدأ الهوية</w:t>
      </w:r>
    </w:p>
    <w:p>
      <w:r>
        <w:t>اذا كنت في تمام الهوية حد تام</w:t>
      </w:r>
    </w:p>
    <w:p>
      <w:r>
        <w:t>اذا كنت في اجزاء فقط من مادة الهوية فيه مكونا في مبدأ الهوية غير موجودة هذا حد ناقص</w:t>
      </w:r>
    </w:p>
    <w:p>
      <w:r>
        <w:t>اذا خرجت من مبدأ الهوية الى اللوازم يعني ما يطوف الذات من لوازم التي لا تنفك وانت في الرسم</w:t>
      </w:r>
    </w:p>
    <w:p>
      <w:r>
        <w:t>نعم</w:t>
      </w:r>
    </w:p>
    <w:p>
      <w:r>
        <w:t>نعم</w:t>
      </w:r>
    </w:p>
    <w:p>
      <w:r>
        <w:t>وهو ينقسم الى الحد وهو المؤلف من الذاتيات الذاتيات قد تكون تامة حد تام قد تكون ناقصة حد ناقص</w:t>
      </w:r>
    </w:p>
    <w:p>
      <w:r>
        <w:t>والى الراس</w:t>
      </w:r>
    </w:p>
    <w:p>
      <w:r>
        <w:t>الرسم تروح الى اللوازم</w:t>
      </w:r>
    </w:p>
    <w:p>
      <w:r>
        <w:t>وهو المؤلف من العرضيات</w:t>
      </w:r>
    </w:p>
    <w:p>
      <w:r>
        <w:t>او من القسمين يعني مخلوط الرسم من الذاتي</w:t>
      </w:r>
    </w:p>
    <w:p>
      <w:r>
        <w:t>العرض احسن هو اللوازم لان تعريف الشيء بغير اللوازم لا لا يفيد شيئا</w:t>
      </w:r>
    </w:p>
    <w:p>
      <w:r>
        <w:t>او من القسمين مثلا تقول الانسان وهو حيوان متعجب</w:t>
      </w:r>
    </w:p>
    <w:p>
      <w:r>
        <w:t>اذا في الرسم القسم الذاتي دائما يكون هو الجنس كتبها هادي ملحوظة</w:t>
      </w:r>
    </w:p>
    <w:p>
      <w:r>
        <w:t>في الرسوم يعني التعريفات الرسمية</w:t>
      </w:r>
    </w:p>
    <w:p>
      <w:r>
        <w:t>اذا كان ذاتي مقوم ينتمي الى مبدأ الهوية فهو يكون الجينز</w:t>
      </w:r>
    </w:p>
    <w:p>
      <w:r>
        <w:t>لا يكون الفصل</w:t>
      </w:r>
    </w:p>
    <w:p>
      <w:r>
        <w:t>فلا معنى لي اتيان باللازم والفصل موجود</w:t>
      </w:r>
    </w:p>
    <w:p>
      <w:r>
        <w:t>اذا غاب الفصل يعني ما وصلنا الى الفصل نذهب الى اللوازم</w:t>
      </w:r>
    </w:p>
    <w:p>
      <w:r>
        <w:t>هذه خذها آآ يقينية</w:t>
      </w:r>
    </w:p>
    <w:p>
      <w:r>
        <w:t>او من القسمين يعني عندنا ذات مقوم ولازم</w:t>
      </w:r>
    </w:p>
    <w:p>
      <w:r>
        <w:t>العرضي هنا يعني ما بعد الذات ما بعد الهوية</w:t>
      </w:r>
    </w:p>
    <w:p>
      <w:r>
        <w:t>نعم</w:t>
      </w:r>
    </w:p>
    <w:p>
      <w:r>
        <w:t>مرة تأتي باللازم فقط لوحده</w:t>
      </w:r>
    </w:p>
    <w:p>
      <w:r>
        <w:t>مرة لا تأتي بالجنس الذي هو من صميم الذات مبدأ الهوية واطعمه بلازم</w:t>
      </w:r>
    </w:p>
    <w:p>
      <w:r>
        <w:t>هذا يسمى الرسم التام</w:t>
      </w:r>
    </w:p>
    <w:p>
      <w:r>
        <w:t>والى المثال تعريف بالم وهو قول المؤلف لا من الذاتيات ولا من العرضيات</w:t>
      </w:r>
    </w:p>
    <w:p>
      <w:r>
        <w:t>مرة تعرف بالمصداق نعم يفيد صورة شبيهة بالمعرف كقولنا نسبة النفس الى البدن كنسبة الملك الى الملك الى المدينة من حيث التدبير فقط</w:t>
      </w:r>
    </w:p>
    <w:p>
      <w:r>
        <w:t>يعني يعطيك بعدا من الناس البعد التدبيري اما حقيقة النفس لا</w:t>
      </w:r>
    </w:p>
    <w:p>
      <w:r>
        <w:t>هذا هو الراس</w:t>
      </w:r>
    </w:p>
    <w:p>
      <w:r>
        <w:t>نعم</w:t>
      </w:r>
    </w:p>
    <w:p>
      <w:r>
        <w:t>والاول هو المعرف الحقيقي</w:t>
      </w:r>
    </w:p>
    <w:p>
      <w:r>
        <w:t>يعني الحد الحد واذا كان بتمامة بتمام الذاتيات فهو الحد الاعلى</w:t>
      </w:r>
    </w:p>
    <w:p>
      <w:r>
        <w:t>والاول يعني الحد التعريف الحدي وهو المعرف الحقيقي المعرف الحقيقي</w:t>
      </w:r>
    </w:p>
    <w:p>
      <w:r>
        <w:t>لانه يفيد معرفة حقيقة الشيء على ما هو عليه</w:t>
      </w:r>
    </w:p>
    <w:p>
      <w:r>
        <w:t>اذا تعريف الحقيقي هو الذي يورث ما هي كما تترشح بتمامها من من مبدأ الهوية</w:t>
      </w:r>
    </w:p>
    <w:p>
      <w:r>
        <w:t>نعم هذا هو التعريف الحقيقي</w:t>
      </w:r>
    </w:p>
    <w:p>
      <w:r>
        <w:t>يعني كل الذاتيات موجودة فلما هي حاضرة عندك بتمامها</w:t>
      </w:r>
    </w:p>
    <w:p>
      <w:r>
        <w:t>نعم</w:t>
      </w:r>
    </w:p>
    <w:p>
      <w:r>
        <w:t>والاول من? يعني الحد والحد التام الذي بجميع الذاتيات</w:t>
      </w:r>
    </w:p>
    <w:p>
      <w:r>
        <w:t>والمعرف الحقيقي لانه يفيد معرفة حقيقة الشيء على ما هو عليه بخلاف البقي</w:t>
      </w:r>
    </w:p>
    <w:p>
      <w:r>
        <w:t>يعني اه الحد الناقص والرسم التام والرسم الناقص</w:t>
      </w:r>
    </w:p>
    <w:p>
      <w:r>
        <w:t>فقوله او ما يشبهه يريد به الرسم والمثال</w:t>
      </w:r>
    </w:p>
    <w:p>
      <w:r>
        <w:t>والتعريف بالمصداق كذلك</w:t>
      </w:r>
    </w:p>
    <w:p>
      <w:r>
        <w:t>مسألة واضحة جدا</w:t>
      </w:r>
    </w:p>
    <w:p>
      <w:r>
        <w:t>ليست سهلة</w:t>
      </w:r>
    </w:p>
    <w:p>
      <w:r>
        <w:t>فقط فقط اه خليني نكمل المطلب حتى نصل الى رأس مطلب جديد ابين هذه النكتة</w:t>
      </w:r>
    </w:p>
    <w:p>
      <w:r>
        <w:t>وكاسب التصديق سنة حجة</w:t>
      </w:r>
    </w:p>
    <w:p>
      <w:r>
        <w:t>حجة قد تكون استنباطا قد تكون استقراءا قد تكون تمثيلا</w:t>
      </w:r>
    </w:p>
    <w:p>
      <w:r>
        <w:t>قد تكون بلواحق الاغيسا التي درسناه</w:t>
      </w:r>
    </w:p>
    <w:p>
      <w:r>
        <w:t>وهو ينقسم الى القياس والى الاستقراء والى التمثيل</w:t>
      </w:r>
    </w:p>
    <w:p>
      <w:r>
        <w:t>هنا اكتب القياس الاستنباطي</w:t>
      </w:r>
    </w:p>
    <w:p>
      <w:r>
        <w:t>وفي الحقيقة ينقسم الى استنباط واستقراء وتمثيل</w:t>
      </w:r>
    </w:p>
    <w:p>
      <w:r>
        <w:t>لا ينقسم الى القياس والاستقراء والتمثيل</w:t>
      </w:r>
    </w:p>
    <w:p>
      <w:r>
        <w:t>لان في الشريف القياس هو الاستنباط في قسمون هذا التقسيم آآ المسامحي فيه مسامحة</w:t>
      </w:r>
    </w:p>
    <w:p>
      <w:r>
        <w:t>في كتب التراث المسامحة شائعة ومتسعة</w:t>
      </w:r>
    </w:p>
    <w:p>
      <w:r>
        <w:t>نعم</w:t>
      </w:r>
    </w:p>
    <w:p>
      <w:r>
        <w:t>وينقسم يعني الحجة ينقسم الى استنباط يعني انتقال من الكل الى الادنى الى الجزئي</w:t>
      </w:r>
    </w:p>
    <w:p>
      <w:r>
        <w:t>والى الاستقراء استقراء الجزئيات ثم مع ظابطة كلية تعطيك قاعدة كلية</w:t>
      </w:r>
    </w:p>
    <w:p>
      <w:r>
        <w:t>والى التمثيل انتقال من الفرع الى الاصل لجامع</w:t>
      </w:r>
    </w:p>
    <w:p>
      <w:r>
        <w:t>بينا هذه الامور</w:t>
      </w:r>
    </w:p>
    <w:p>
      <w:r>
        <w:t>والاول هو المفيد لليقين</w:t>
      </w:r>
    </w:p>
    <w:p>
      <w:r>
        <w:t>لا حتى يفيد اليقين</w:t>
      </w:r>
    </w:p>
    <w:p>
      <w:r>
        <w:t>نعم والباقيان به واليه اشار بقوله او ما يشبهه البرهان ما يشبه البرهان في تصور الاعلام الحالي الاستقراء والتمثيل لا الاستقراء يفيد اليقين</w:t>
      </w:r>
    </w:p>
    <w:p>
      <w:r>
        <w:t>كل الادلة استقرائية خصوصا العلوم التجريبية</w:t>
      </w:r>
    </w:p>
    <w:p>
      <w:r>
        <w:t>التعليم والتعلم قبل الدخول الى هذا العنوان</w:t>
      </w:r>
    </w:p>
    <w:p>
      <w:r>
        <w:t>اشير الى نقطة هذه النقطة جميلة جدا والطالب لا يلتفت اليها</w:t>
      </w:r>
    </w:p>
    <w:p>
      <w:r>
        <w:t>اذا بقيت في ذهنه تبقى</w:t>
      </w:r>
    </w:p>
    <w:p>
      <w:r>
        <w:t>آآ ظلاما</w:t>
      </w:r>
    </w:p>
    <w:p>
      <w:r>
        <w:t>اريد اضيء هذه المسألة</w:t>
      </w:r>
    </w:p>
    <w:p>
      <w:r>
        <w:t>هنا يقول التعريف الموصل الى التصديق</w:t>
      </w:r>
    </w:p>
    <w:p>
      <w:r>
        <w:t>والحجة الموصلة الى تعريف الموصل الى التصوف</w:t>
      </w:r>
    </w:p>
    <w:p>
      <w:r>
        <w:t>والحجة الموصلة للتصديق</w:t>
      </w:r>
    </w:p>
    <w:p>
      <w:r>
        <w:t>الحجة لها تجليات</w:t>
      </w:r>
    </w:p>
    <w:p>
      <w:r>
        <w:t>استنباط استقراء تمثيل وو</w:t>
      </w:r>
    </w:p>
    <w:p>
      <w:r>
        <w:t>تورث التصديق يعني توصلني الى الواقع</w:t>
      </w:r>
    </w:p>
    <w:p>
      <w:r>
        <w:t>التصور يعطيني فقط تعريف يعطيني التصور مفردات فقط</w:t>
      </w:r>
    </w:p>
    <w:p>
      <w:r>
        <w:t>ما يوصلنا الى الواقع</w:t>
      </w:r>
    </w:p>
    <w:p>
      <w:r>
        <w:t>وليس من سلخ التصور انه يضعك في الواقع</w:t>
      </w:r>
    </w:p>
    <w:p>
      <w:r>
        <w:t>وان كان اصله آآ في الواقع</w:t>
      </w:r>
    </w:p>
    <w:p>
      <w:r>
        <w:t>جيد</w:t>
      </w:r>
    </w:p>
    <w:p>
      <w:r>
        <w:t>التعريف الموصل الى التصور</w:t>
      </w:r>
    </w:p>
    <w:p>
      <w:r>
        <w:t>يعني انا الان اريد ان اعرف ماهية الانسان</w:t>
      </w:r>
    </w:p>
    <w:p>
      <w:r>
        <w:t>نأتي بالتعريف</w:t>
      </w:r>
    </w:p>
    <w:p>
      <w:r>
        <w:t>ما هو جنس الانسان? ما هو فصله ناطق? فاقول الانسان حيوان ناطق</w:t>
      </w:r>
    </w:p>
    <w:p>
      <w:r>
        <w:t>حيوان ناطق تعريف والانسان آآ عرفنا الانسان</w:t>
      </w:r>
    </w:p>
    <w:p>
      <w:r>
        <w:t>يعني هذه الية الحيوان والناطق</w:t>
      </w:r>
    </w:p>
    <w:p>
      <w:r>
        <w:t>فاصح صحيح يعني الانسان من انواع الحيوان التي تدرك الكليات</w:t>
      </w:r>
    </w:p>
    <w:p>
      <w:r>
        <w:t>فهمت ماهية الانسان? بعض العلماء اه المدققين يرفض هذا التعريف</w:t>
      </w:r>
    </w:p>
    <w:p>
      <w:r>
        <w:t>اه يقول الحقيقة الانسانية اعلى من هذا بكثير</w:t>
      </w:r>
    </w:p>
    <w:p>
      <w:r>
        <w:t>اوافقه هذه تعريفات صناعية للتعليم فقط</w:t>
      </w:r>
    </w:p>
    <w:p>
      <w:r>
        <w:t>بعد الطالب يتلقى في العلوم ويكتشف الحقيقة الانسانية</w:t>
      </w:r>
    </w:p>
    <w:p>
      <w:r>
        <w:t>انا حقيقة اصلا لا تنتمي الى الحيوان</w:t>
      </w:r>
    </w:p>
    <w:p>
      <w:r>
        <w:t>وانما الحيوان ارضية فقط</w:t>
      </w:r>
    </w:p>
    <w:p>
      <w:r>
        <w:t>لهذه النشأة</w:t>
      </w:r>
    </w:p>
    <w:p>
      <w:r>
        <w:t>المهم يقول تعريف الموصل الى التصور</w:t>
      </w:r>
    </w:p>
    <w:p>
      <w:r>
        <w:t>جيد انا اريد اتصور الانسان</w:t>
      </w:r>
    </w:p>
    <w:p>
      <w:r>
        <w:t>جئت بتعريف ما هو حيوان ناطق</w:t>
      </w:r>
    </w:p>
    <w:p>
      <w:r>
        <w:t>اين اين اين المنطق هنا? اين التعريف هنا? التعريف عبارة عن ماذا? المعايير</w:t>
      </w:r>
    </w:p>
    <w:p>
      <w:r>
        <w:t>انا ا يعني التعريف ما هو? التعريف هو ذلك القانون</w:t>
      </w:r>
    </w:p>
    <w:p>
      <w:r>
        <w:t>وذلك المعيار الذي يقول يقول لي علي املاء واجبي</w:t>
      </w:r>
    </w:p>
    <w:p>
      <w:r>
        <w:t>الزام اذا اردت ان اصل الى التصور الحقيقي للإنسان يلزمني اني اقدم الجنس هو الحيوان واتي بالفصل الذي يميزه ويقسمه وهو الناطق</w:t>
      </w:r>
    </w:p>
    <w:p>
      <w:r>
        <w:t>اذا التعريف الموصل الى التصور عندنا هنا بعد وبعد معرفي البعد المعرفي هو الحيوان الناطق</w:t>
      </w:r>
    </w:p>
    <w:p>
      <w:r>
        <w:t>انا اتحرك في المعرفة انا</w:t>
      </w:r>
    </w:p>
    <w:p>
      <w:r>
        <w:t>انا لا اتحرك في في القواعد المنطقية</w:t>
      </w:r>
    </w:p>
    <w:p>
      <w:r>
        <w:t>القواعد المنطقية صارمة</w:t>
      </w:r>
    </w:p>
    <w:p>
      <w:r>
        <w:t>سرمدية</w:t>
      </w:r>
    </w:p>
    <w:p>
      <w:r>
        <w:t>معيارية حاكمة علية</w:t>
      </w:r>
    </w:p>
    <w:p>
      <w:r>
        <w:t>لا يمكن ان تتدخل خلفها انا لا اثبتها ولا ان فيها اذا التعريف هنا المقصود به اخضاع المعطيات معطيات العلمية لمعيار التعريف</w:t>
      </w:r>
    </w:p>
    <w:p>
      <w:r>
        <w:t>معيار التعريف ما هو? العام مخصص بالخاص</w:t>
      </w:r>
    </w:p>
    <w:p>
      <w:r>
        <w:t>جنس وفصل</w:t>
      </w:r>
    </w:p>
    <w:p>
      <w:r>
        <w:t>ثم نأتي الى المعطيات المعرفية</w:t>
      </w:r>
    </w:p>
    <w:p>
      <w:r>
        <w:t>من اين اعاينها? اعاينها من الواقع الخارجي</w:t>
      </w:r>
    </w:p>
    <w:p>
      <w:r>
        <w:t>اتأمل في هذا الانسان</w:t>
      </w:r>
    </w:p>
    <w:p>
      <w:r>
        <w:t>اجده ذات</w:t>
      </w:r>
    </w:p>
    <w:p>
      <w:r>
        <w:t>ذاتا ليس عرظا</w:t>
      </w:r>
    </w:p>
    <w:p>
      <w:r>
        <w:t>يعني ذات جوهرية ممتدة يعني جوهر نام حساس متحرك بالإرادة ناطق سميه الحيوان الناطق</w:t>
      </w:r>
    </w:p>
    <w:p>
      <w:r>
        <w:t>هذه هي حقيقته</w:t>
      </w:r>
    </w:p>
    <w:p>
      <w:r>
        <w:t>اذا التعريف معيار اخضع له المعطيات المعرفية التي تورثني التصور</w:t>
      </w:r>
    </w:p>
    <w:p>
      <w:r>
        <w:t>اذا التصور حيوان ناطقون تتصور في الإنسان</w:t>
      </w:r>
    </w:p>
    <w:p>
      <w:r>
        <w:t>بين لي الإنسان المعرفة التي تورثك التصور</w:t>
      </w:r>
    </w:p>
    <w:p>
      <w:r>
        <w:t>اذا اذا قال التعريف الموصل الى تصول المعطى المعرفي الخاضع لمعيار المنطقي الذي يورثني التصور الذي لا يخضع للمعيار المنطقي يعطيني تصورا مشوشا خاطئا لاحظت هنا المنطقي لا يدرس الحيوان الناطق نشاطك الفكري ما عنده علاقة بالنشاط الفكري</w:t>
      </w:r>
    </w:p>
    <w:p>
      <w:r>
        <w:t>هذا النشاط الفكري يدرس في علم النفس الفلسفي</w:t>
      </w:r>
    </w:p>
    <w:p>
      <w:r>
        <w:t>في علم النفس النفس الفلسفي او علم النفس العقلي</w:t>
      </w:r>
    </w:p>
    <w:p>
      <w:r>
        <w:t>تدرسه كواقعية نفسانية</w:t>
      </w:r>
    </w:p>
    <w:p>
      <w:r>
        <w:t>المنطقي ما عنده علاقة بفكرك</w:t>
      </w:r>
    </w:p>
    <w:p>
      <w:r>
        <w:t>المنطقي يقول عندي قاعدة تريد تعرف الانسان يجب ان تعرفه بمكوناته الذاتية جنس وفاز</w:t>
      </w:r>
    </w:p>
    <w:p>
      <w:r>
        <w:t>هو يعطيك الجنس والفصل لا انت تبحث عن الجنس والفصل</w:t>
      </w:r>
    </w:p>
    <w:p>
      <w:r>
        <w:t>اذا التصور الذي هو معرفة يولده معرفة معرفة والد المعرفة</w:t>
      </w:r>
    </w:p>
    <w:p>
      <w:r>
        <w:t>معرفة ولد المعرفة</w:t>
      </w:r>
    </w:p>
    <w:p>
      <w:r>
        <w:t>مثال اخر يوضح لك المسألة جيدا لان هذه الامور لا توضح للطلاب</w:t>
      </w:r>
    </w:p>
    <w:p>
      <w:r>
        <w:t>ويتيهون الطالب التائه لا يكون مجتهدا في المادة ولا يبتكر</w:t>
      </w:r>
    </w:p>
    <w:p>
      <w:r>
        <w:t>انما عنده موجب الابتكار من اين ينطلق مسكين? مثال اخر اريد ان اثبت هذه القضية</w:t>
      </w:r>
    </w:p>
    <w:p>
      <w:r>
        <w:t>الله حي</w:t>
      </w:r>
    </w:p>
    <w:p>
      <w:r>
        <w:t>سابحث في المعطيات المعرفية</w:t>
      </w:r>
    </w:p>
    <w:p>
      <w:r>
        <w:t>عند الله تعالى له حيثيات متعددة</w:t>
      </w:r>
    </w:p>
    <w:p>
      <w:r>
        <w:t>فاكتشفت بسبب ما بطريقة ما انه عالم</w:t>
      </w:r>
    </w:p>
    <w:p>
      <w:r>
        <w:t>ثم ركزت على العلم هو العلم هو ركزت في الحياة</w:t>
      </w:r>
    </w:p>
    <w:p>
      <w:r>
        <w:t>الحياة ما هي? الحياة هي الدراك يعني العالم الدراك الفعال</w:t>
      </w:r>
    </w:p>
    <w:p>
      <w:r>
        <w:t>يعني هو يدرك عندو كاشفية وفعال</w:t>
      </w:r>
    </w:p>
    <w:p>
      <w:r>
        <w:t>معطاء اكشن</w:t>
      </w:r>
    </w:p>
    <w:p>
      <w:r>
        <w:t>هادي هو الحياة</w:t>
      </w:r>
    </w:p>
    <w:p>
      <w:r>
        <w:t>اه اذن الحياة في عمقها الادراك العلم</w:t>
      </w:r>
    </w:p>
    <w:p>
      <w:r>
        <w:t>نعم</w:t>
      </w:r>
    </w:p>
    <w:p>
      <w:r>
        <w:t>فنقول الله عالم وكل اه عالم لا اه الله نعم اه او نريد نبين اه نريد نبين العلم العلم او الحياة</w:t>
      </w:r>
    </w:p>
    <w:p>
      <w:r>
        <w:t>اه نسيت انا لان مسائل الهية</w:t>
      </w:r>
    </w:p>
    <w:p>
      <w:r>
        <w:t>اه العلم هو اه الحياة هو نعم اه الدراك الفعال</w:t>
      </w:r>
    </w:p>
    <w:p>
      <w:r>
        <w:t>اذا نقول الله عالم لا الله حي وكل حي عالم اريد نبين الحياة</w:t>
      </w:r>
    </w:p>
    <w:p>
      <w:r>
        <w:t>الله حي وكل حي العالم لان الحياة ما هي? الدراك الفعال</w:t>
      </w:r>
    </w:p>
    <w:p>
      <w:r>
        <w:t>الدراك منطوي في في الحياة</w:t>
      </w:r>
    </w:p>
    <w:p>
      <w:r>
        <w:t>فقضية تحليلية</w:t>
      </w:r>
    </w:p>
    <w:p>
      <w:r>
        <w:t>يعني كل حي عالم</w:t>
      </w:r>
    </w:p>
    <w:p>
      <w:r>
        <w:t>وكل حي عليم</w:t>
      </w:r>
    </w:p>
    <w:p>
      <w:r>
        <w:t>الله عالم</w:t>
      </w:r>
    </w:p>
    <w:p>
      <w:r>
        <w:t>جيد</w:t>
      </w:r>
    </w:p>
    <w:p>
      <w:r>
        <w:t>اذا انا وصلت الى الله عالم</w:t>
      </w:r>
    </w:p>
    <w:p>
      <w:r>
        <w:t>او الله حي</w:t>
      </w:r>
    </w:p>
    <w:p>
      <w:r>
        <w:t>بطريقة اخرى</w:t>
      </w:r>
    </w:p>
    <w:p>
      <w:r>
        <w:t>لا يهم المثال</w:t>
      </w:r>
    </w:p>
    <w:p>
      <w:r>
        <w:t>المهم الآن ابين المسألة</w:t>
      </w:r>
    </w:p>
    <w:p>
      <w:r>
        <w:t>انا اريد ان اصل الى تصديق</w:t>
      </w:r>
    </w:p>
    <w:p>
      <w:r>
        <w:t>تصديق نظري يصير عندي يقينا يقينا نظريا</w:t>
      </w:r>
    </w:p>
    <w:p>
      <w:r>
        <w:t>وهو الله عالم</w:t>
      </w:r>
    </w:p>
    <w:p>
      <w:r>
        <w:t>اقول الله حي وكل حي عالم الله اه عالم</w:t>
      </w:r>
    </w:p>
    <w:p>
      <w:r>
        <w:t>جيد</w:t>
      </w:r>
    </w:p>
    <w:p>
      <w:r>
        <w:t>هنا تصديق اورثني تصديقه</w:t>
      </w:r>
    </w:p>
    <w:p>
      <w:r>
        <w:t>التصديق الاول هو الله حي</w:t>
      </w:r>
    </w:p>
    <w:p>
      <w:r>
        <w:t>التصديق الثاني هو كل حي عالم</w:t>
      </w:r>
    </w:p>
    <w:p>
      <w:r>
        <w:t>اورثني</w:t>
      </w:r>
    </w:p>
    <w:p>
      <w:r>
        <w:t>تصديقا جديدا ما هو? الله عالم</w:t>
      </w:r>
    </w:p>
    <w:p>
      <w:r>
        <w:t>اذا المعلوم التصديقي الذي كان مجهولا تصديقيا من ولده? العلم الا ان هذا العلم لا يمكن ان يورث التصديق الذي كان نظريا</w:t>
      </w:r>
    </w:p>
    <w:p>
      <w:r>
        <w:t>يقينيا الا بنظم خاص</w:t>
      </w:r>
    </w:p>
    <w:p>
      <w:r>
        <w:t>المنطقي عنده علاقة بذلك النظم الخاص وهو القياس</w:t>
      </w:r>
    </w:p>
    <w:p>
      <w:r>
        <w:t>القياس الاستنباطي هنا</w:t>
      </w:r>
    </w:p>
    <w:p>
      <w:r>
        <w:t>القياس الاستنباطي</w:t>
      </w:r>
    </w:p>
    <w:p>
      <w:r>
        <w:t>المنطقي يدرس ذلك المعيار</w:t>
      </w:r>
    </w:p>
    <w:p>
      <w:r>
        <w:t>عنده علاقة بالله عالم والله حي</w:t>
      </w:r>
    </w:p>
    <w:p>
      <w:r>
        <w:t>وما اشبه ذلك</w:t>
      </w:r>
    </w:p>
    <w:p>
      <w:r>
        <w:t>ما عنده هذه في العلوم في الالهيات</w:t>
      </w:r>
    </w:p>
    <w:p>
      <w:r>
        <w:t>وبالتالي المنطق لا يعطيك معرفة</w:t>
      </w:r>
    </w:p>
    <w:p>
      <w:r>
        <w:t>يعني علم المنطق يعطيك قواعد</w:t>
      </w:r>
    </w:p>
    <w:p>
      <w:r>
        <w:t>تخضع لها الخضوع تولد المعرفة</w:t>
      </w:r>
    </w:p>
    <w:p>
      <w:r>
        <w:t>اذا اذا قال التعريف الموصل الى التصور التعريف هنا يعني تلك المعطيات المعرفية التي اخذناها مما اخذناها من الواقع طبعا</w:t>
      </w:r>
    </w:p>
    <w:p>
      <w:r>
        <w:t>واخضعناها لماذا? معايير التعريف تورثنا التصور اذا من يورثنا التصور? امران المعرفة التصورية او المعرفة التصديقية</w:t>
      </w:r>
    </w:p>
    <w:p>
      <w:r>
        <w:t>يعني اما المعرفة تولد المعرفة بنظم خاص</w:t>
      </w:r>
    </w:p>
    <w:p>
      <w:r>
        <w:t>يعني اخضعت للكلمة يعني المعرفة لنظم خاص</w:t>
      </w:r>
    </w:p>
    <w:p>
      <w:r>
        <w:t>نعم</w:t>
      </w:r>
    </w:p>
    <w:p>
      <w:r>
        <w:t>ذاك النظم الخاص منطق سرمادي حكمة الهية خالدة</w:t>
      </w:r>
    </w:p>
    <w:p>
      <w:r>
        <w:t>تبويبه بالتحليل والتركيب</w:t>
      </w:r>
    </w:p>
    <w:p>
      <w:r>
        <w:t>يصبح ماذا? علم المنطق</w:t>
      </w:r>
    </w:p>
    <w:p>
      <w:r>
        <w:t>اذا ما عندنا تصور وصلنا اليه بالتعريف المنطقي لا بالمعرفة التي اخذناه من الواقع الخارجي غاية الأمر هذه المعرفة تخضع لنظم خاص التعريف او لنظم خاص والقياس يعني الحجاج المنطق يدرس التعريف خالي عن المعرفة والحجة خالي عن المعرفة</w:t>
      </w:r>
    </w:p>
    <w:p>
      <w:r>
        <w:t>فمها جيدا هذه المسألة</w:t>
      </w:r>
    </w:p>
    <w:p>
      <w:r>
        <w:t>نعم</w:t>
      </w:r>
    </w:p>
    <w:p>
      <w:r>
        <w:t>اذا انت الان في الفيزياء او في الفلسفة او في علم الاصول او في الفقه</w:t>
      </w:r>
    </w:p>
    <w:p>
      <w:r>
        <w:t>او او في الحقول المعرفية</w:t>
      </w:r>
    </w:p>
    <w:p>
      <w:r>
        <w:t>تتصور انت القوالب المنطقية تولد لك المعرفة ابدا</w:t>
      </w:r>
    </w:p>
    <w:p>
      <w:r>
        <w:t>ابدا يجب ان تأتي الى المعطى الفيزيائي المعطى الفلسفي المعطى الاصولي</w:t>
      </w:r>
    </w:p>
    <w:p>
      <w:r>
        <w:t>المعطى الفقهي المعطى الفلكي</w:t>
      </w:r>
    </w:p>
    <w:p>
      <w:r>
        <w:t>هذه كلها حقائق</w:t>
      </w:r>
    </w:p>
    <w:p>
      <w:r>
        <w:t>علميات يعني قضايا معرفية ثم تخضعها للمعايير</w:t>
      </w:r>
    </w:p>
    <w:p>
      <w:r>
        <w:t>هذا معنى التعريف يوصل الى التصور</w:t>
      </w:r>
    </w:p>
    <w:p>
      <w:r>
        <w:t>يعني تلك المعرفة التي خضعت لقوالب التعريف</w:t>
      </w:r>
    </w:p>
    <w:p>
      <w:r>
        <w:t>قواعد التعريف حينها تورث التصور الصحيح</w:t>
      </w:r>
    </w:p>
    <w:p>
      <w:r>
        <w:t>من المعرفة ليس القالب المنطقي</w:t>
      </w:r>
    </w:p>
    <w:p>
      <w:r>
        <w:t>القالب المنطقي سرمدي ليس من شأنه توليد المعرفة</w:t>
      </w:r>
    </w:p>
    <w:p>
      <w:r>
        <w:t>ومن هنا قال بعض الاغبياء ان المنطق لا يفيد العلم</w:t>
      </w:r>
    </w:p>
    <w:p>
      <w:r>
        <w:t>من قال ان المنطق يفيد العلم? خضوع المعرفة للمعايير المنطقية الذي يفيد العلم</w:t>
      </w:r>
    </w:p>
    <w:p>
      <w:r>
        <w:t>هذا دليل انه ما يفهم المنطق اصلا</w:t>
      </w:r>
    </w:p>
    <w:p>
      <w:r>
        <w:t>خذوا المعرفة يعني الهندسي يأتي بمعارف هندسية</w:t>
      </w:r>
    </w:p>
    <w:p>
      <w:r>
        <w:t>يخضعها للقوالب المنطقية</w:t>
      </w:r>
    </w:p>
    <w:p>
      <w:r>
        <w:t>يورث معرفة هندسية</w:t>
      </w:r>
    </w:p>
    <w:p>
      <w:r>
        <w:t>المعرفة الفلسفية خاضعة للقوالب المنطقية تورث معرفة فلسفية</w:t>
      </w:r>
    </w:p>
    <w:p>
      <w:r>
        <w:t>المعرفة تورث معرفة</w:t>
      </w:r>
    </w:p>
    <w:p>
      <w:r>
        <w:t>ليس القواعد والمنطقية هي التي تورث المعرفة</w:t>
      </w:r>
    </w:p>
    <w:p>
      <w:r>
        <w:t>المعرفة</w:t>
      </w:r>
    </w:p>
    <w:p>
      <w:r>
        <w:t>تصورية وتصديقية لا فرق</w:t>
      </w:r>
    </w:p>
    <w:p>
      <w:r>
        <w:t>خضعت لقواعد سرمدية</w:t>
      </w:r>
    </w:p>
    <w:p>
      <w:r>
        <w:t>حين تورثك المعرفة الصحيحة</w:t>
      </w:r>
    </w:p>
    <w:p>
      <w:r>
        <w:t>المعرفة تولد المعرفة صحيحة</w:t>
      </w:r>
    </w:p>
    <w:p>
      <w:r>
        <w:t>شرط توليد المعرفة للمعرفة الصحيحة تناغمها مع القواعد المنطقية</w:t>
      </w:r>
    </w:p>
    <w:p>
      <w:r>
        <w:t>هذه افهمها جيدا لانها جميلة جدا جوهرة</w:t>
      </w:r>
    </w:p>
    <w:p>
      <w:r>
        <w:t>نعم</w:t>
      </w:r>
    </w:p>
    <w:p>
      <w:r>
        <w:t>وصلنا الى التعليم والتعلم ان شاء الله يأتي</w:t>
      </w:r>
    </w:p>
    <w:p>
      <w:r>
        <w:t>واللهم صل على محمد وال محمد</w:t>
      </w:r>
    </w:p>
    <w:p>
      <w:r>
        <w:t>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