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 وبه تعالى نست والصلاة والسلام على محمد واله الطيبين الطاهرين</w:t>
      </w:r>
    </w:p>
    <w:p>
      <w:r>
        <w:t>اللهم صلي على محمد وال محمد</w:t>
      </w:r>
    </w:p>
    <w:p>
      <w:r>
        <w:t>اللهم ارزقنا التوفيق والاخلاص</w:t>
      </w:r>
    </w:p>
    <w:p>
      <w:r>
        <w:t>وصلنا معكم الى هذا العنوان التعليم والتعلم قال فكل تعليم وتعلم ذهني انما يكون بعلم سابق</w:t>
      </w:r>
    </w:p>
    <w:p>
      <w:r>
        <w:t>طبعا هنا في تأثير وتأثر في تبادل معلومات في تواصل معرفي بقول الحدثيين</w:t>
      </w:r>
    </w:p>
    <w:p>
      <w:r>
        <w:t>نعم هذا التواصل لا يكون الا بوحدة ذهنية</w:t>
      </w:r>
    </w:p>
    <w:p>
      <w:r>
        <w:t>في وحدة ذهنية هي التي تؤهل الاثنين عملية التواصل</w:t>
      </w:r>
    </w:p>
    <w:p>
      <w:r>
        <w:t>ولهذا يشترط في العلوم الاشتراك المعنوي</w:t>
      </w:r>
    </w:p>
    <w:p>
      <w:r>
        <w:t>المعنى المشترك عند الجميع</w:t>
      </w:r>
    </w:p>
    <w:p>
      <w:r>
        <w:t>نعم قد تكون الالفاظ مختلفة</w:t>
      </w:r>
    </w:p>
    <w:p>
      <w:r>
        <w:t>اما المعنى يكون يقول فكل تعليم وتعلم يعني في استاذ فيه طالب فيه تبادل معلوماتي في تواصل معرفي ذهني لماذا ذهني? يشمل مراتب الذهن آآ راتب الديني كلها</w:t>
      </w:r>
    </w:p>
    <w:p>
      <w:r>
        <w:t>العقلي والوهمي والحسي اه غير وغير ذلك</w:t>
      </w:r>
    </w:p>
    <w:p>
      <w:r>
        <w:t>انما يكون بعلم سابق</w:t>
      </w:r>
    </w:p>
    <w:p>
      <w:r>
        <w:t>العلم السابق ما هو? يعني عندك انت معطيات معرفية تجلي معطيات اخرى في بعدها التصوري</w:t>
      </w:r>
    </w:p>
    <w:p>
      <w:r>
        <w:t>اذا علم سابق ادى بنا الى تجلية تصورية توضيح تصوري او لا عندك مبادئ</w:t>
      </w:r>
    </w:p>
    <w:p>
      <w:r>
        <w:t>تستدل بها على نظريات هذه النظريات تصير واضحة</w:t>
      </w:r>
    </w:p>
    <w:p>
      <w:r>
        <w:t>اذن العلم الحصولي هكذا العلم الحصولي فإذا تحرك الإنسان يجب ان ان يصادر على بعض الأمور</w:t>
      </w:r>
    </w:p>
    <w:p>
      <w:r>
        <w:t>نعم</w:t>
      </w:r>
    </w:p>
    <w:p>
      <w:r>
        <w:t>يعبر عن هذا الأمر بهذا التعبير انما يكون بعلم سابق</w:t>
      </w:r>
    </w:p>
    <w:p>
      <w:r>
        <w:t>لا يمكن ان تنطلق لا شيء في العمل الحصول</w:t>
      </w:r>
    </w:p>
    <w:p>
      <w:r>
        <w:t>اقول الاكتساب الاكتساب يعني العلم الحصول</w:t>
      </w:r>
    </w:p>
    <w:p>
      <w:r>
        <w:t>اخراج الشيء من القوة عن الجهل يعني الجهل البسيط</w:t>
      </w:r>
    </w:p>
    <w:p>
      <w:r>
        <w:t>ليس الجهل المركب الجهل البسيط الذي يقع مقابل العلم الجهة المركب يقع في مقابل آآ في مقابل اليقين</w:t>
      </w:r>
    </w:p>
    <w:p>
      <w:r>
        <w:t>نعم</w:t>
      </w:r>
    </w:p>
    <w:p>
      <w:r>
        <w:t>يعني هنا قابلية التعلم الجهل بسيط يعني قابلية التعلم فارغ الذهن فقط</w:t>
      </w:r>
    </w:p>
    <w:p>
      <w:r>
        <w:t>الاكتساب يعني اكتساب المعرفي اخراج الشيء من القوة عن الجهل يعني الجهل البسيط يعني قابلية التعلم الى الفعل للفعل العلم يصير فعليا في ذهنك</w:t>
      </w:r>
    </w:p>
    <w:p>
      <w:r>
        <w:t>اعني العلم نعم وهو يستدعي مقابل الجهل البسيط العلم مطلق العلم</w:t>
      </w:r>
    </w:p>
    <w:p>
      <w:r>
        <w:t>ليس العلم اليقين</w:t>
      </w:r>
    </w:p>
    <w:p>
      <w:r>
        <w:t>ما قسمنا لا ادري قسمنا هذا التقسيم فيما سبق امنا</w:t>
      </w:r>
    </w:p>
    <w:p>
      <w:r>
        <w:t>ممكن يأتي آآ تقسيمه في مبادئ الاقيسة</w:t>
      </w:r>
    </w:p>
    <w:p>
      <w:r>
        <w:t>نعم</w:t>
      </w:r>
    </w:p>
    <w:p>
      <w:r>
        <w:t>عندنا الموهوم وعندنا المشكوك وعندنا المظلوم وعندنا اليقين بالمعنى الاخص</w:t>
      </w:r>
    </w:p>
    <w:p>
      <w:r>
        <w:t>اليقين بالمعنى الجهة المركب الجهل البسيط وهذه الامور</w:t>
      </w:r>
    </w:p>
    <w:p>
      <w:r>
        <w:t>اذا في مقابل القابلية قابلية التعلم سماها هنا الجهل جهل بسيط قابلية</w:t>
      </w:r>
    </w:p>
    <w:p>
      <w:r>
        <w:t>يعني خالي الذهن من اي معلومة</w:t>
      </w:r>
    </w:p>
    <w:p>
      <w:r>
        <w:t>نعم</w:t>
      </w:r>
    </w:p>
    <w:p>
      <w:r>
        <w:t>اه هذا الاكتساب يخرج هذه القابلية الى الفعلية</w:t>
      </w:r>
    </w:p>
    <w:p>
      <w:r>
        <w:t>فيحصل العلم ولهذا يقول الاكتساب اخراج الشيء من القوة عن الجهل القابلية</w:t>
      </w:r>
    </w:p>
    <w:p>
      <w:r>
        <w:t>هنا الجهل ليس بالمعنى القيمي</w:t>
      </w:r>
    </w:p>
    <w:p>
      <w:r>
        <w:t>هنا الجهل بمعنى التكويني</w:t>
      </w:r>
    </w:p>
    <w:p>
      <w:r>
        <w:t>تقول جاهل هذا تقييم قيمة قيمة اه اخلاقية ولا هنا الجهل كحقيقة تكوينية يعني خلو الذهن من اي معلومة في قابلية للتعلم الى الفعل يعني العلم الفعلية صار عالما وهو يستدعي هذا الاكتساب يستدعي نسبة الى الفاعل وهو التعليم معطي المعرفة</w:t>
      </w:r>
    </w:p>
    <w:p>
      <w:r>
        <w:t>معطي المعرفة</w:t>
      </w:r>
    </w:p>
    <w:p>
      <w:r>
        <w:t>ونسبة الى المنفعل قابل المعرفة</w:t>
      </w:r>
    </w:p>
    <w:p>
      <w:r>
        <w:t>وهي اذا في تعليم يعني في فاعل يعطي العلم وفي قابل يستقبل العلم وهو الم تعلم</w:t>
      </w:r>
    </w:p>
    <w:p>
      <w:r>
        <w:t>نعم</w:t>
      </w:r>
    </w:p>
    <w:p>
      <w:r>
        <w:t>والعملية تسمى التعنيم اذا نسبناه الى من يعطي العلم والتعلم اذا نسبناه الى من يأخذ فلاجل ذلك ذكرها المصنف رحمه الله رحمه الله</w:t>
      </w:r>
    </w:p>
    <w:p>
      <w:r>
        <w:t>ولو قال كل مكتسب لكان مغنيا عنهما</w:t>
      </w:r>
    </w:p>
    <w:p>
      <w:r>
        <w:t>نعم هذه اه لحاظات هرموناتية فقط</w:t>
      </w:r>
    </w:p>
    <w:p>
      <w:r>
        <w:t>لا تنطوي على اي بعد منطقي</w:t>
      </w:r>
    </w:p>
    <w:p>
      <w:r>
        <w:t>واعلم ان التعليم والتعلم قد يكونان بالفكر بان يحصل الحد الاوسط في المقدمات</w:t>
      </w:r>
    </w:p>
    <w:p>
      <w:r>
        <w:t>واجزاء التعريف في القول الشارع</w:t>
      </w:r>
    </w:p>
    <w:p>
      <w:r>
        <w:t>مم بدأ بالحجة آآ عرج على التعريف</w:t>
      </w:r>
    </w:p>
    <w:p>
      <w:r>
        <w:t>المفروض يبدأ بتعريف ثم الحجة هذا هو الترتيب المنطقي</w:t>
      </w:r>
    </w:p>
    <w:p>
      <w:r>
        <w:t>واعلم ان التعليم والتعلم يعني هذا التبادل المعرفي التواصل المعرفي بقول الحداثيين الاخذ العطاء</w:t>
      </w:r>
    </w:p>
    <w:p>
      <w:r>
        <w:t>اه بان يحصل الحد الحد الاوسط في المقدمات</w:t>
      </w:r>
    </w:p>
    <w:p>
      <w:r>
        <w:t>لان الحد الاوسط هو علة التي اعلنت النتيجة وعلت العلم واجزاء التعريف جا التعريف اذا كانت المفردة التصورية مركبة من جنسي وفصل او من لوازم مجموع مجموع التعريف مجموعة لوازم متنا واجزاء واجزاء التعريف في القول الشرعي</w:t>
      </w:r>
    </w:p>
    <w:p>
      <w:r>
        <w:t>القول الشرعي يعني التعريف</w:t>
      </w:r>
    </w:p>
    <w:p>
      <w:r>
        <w:t>لانه قول يشرح المفرد</w:t>
      </w:r>
    </w:p>
    <w:p>
      <w:r>
        <w:t>بتجشم بجهد بتجشم كسب جديد</w:t>
      </w:r>
    </w:p>
    <w:p>
      <w:r>
        <w:t>وطلبين سابق نعم يعني يسعى الى تعريف مفردات والى الاستدلال على القضايا</w:t>
      </w:r>
    </w:p>
    <w:p>
      <w:r>
        <w:t>يجب ان يكون هناك منطلق منطلق في البعد التصوري منطلق في البعد التصديقي</w:t>
      </w:r>
    </w:p>
    <w:p>
      <w:r>
        <w:t>ذلك المنطلق هو اللي يجلي المفرد ذلك المنطلق هو الذي يجلي القضايا النظرية</w:t>
      </w:r>
    </w:p>
    <w:p>
      <w:r>
        <w:t>ذلك المنطلق يسمى في المجال التداولي العلمي في كل العلوم المبادئ التصورية والمبادئ التاس بقول الحدثيين الخلفيات المعرفية</w:t>
      </w:r>
    </w:p>
    <w:p>
      <w:r>
        <w:t>نعم وقد يكونان بالحدس بان يحصل في النفس ابتداء من غير طلب وتجشم كسب جديد</w:t>
      </w:r>
    </w:p>
    <w:p>
      <w:r>
        <w:t>فهذا خاص فقط</w:t>
      </w:r>
    </w:p>
    <w:p>
      <w:r>
        <w:t>خاص</w:t>
      </w:r>
    </w:p>
    <w:p>
      <w:r>
        <w:t>قد يحدث حتى للعامي الا انه ليس قاعدة كل اذا من يشمل الفكر والحدث هو الذهني? نعم</w:t>
      </w:r>
    </w:p>
    <w:p>
      <w:r>
        <w:t>وقد يكونان بالتفيين بان يحصل بتعليم المعلم وافادة المرشد</w:t>
      </w:r>
    </w:p>
    <w:p>
      <w:r>
        <w:t>ولما كان الذهني شامل للجميع ذكره ليعلم ان المقصود هو امر العام</w:t>
      </w:r>
    </w:p>
    <w:p>
      <w:r>
        <w:t>الشامل للجميع</w:t>
      </w:r>
    </w:p>
    <w:p>
      <w:r>
        <w:t>يعني الشامل للعلم للحدس للعلم الكسبي</w:t>
      </w:r>
    </w:p>
    <w:p>
      <w:r>
        <w:t>ولعملية التعليم والتعلم</w:t>
      </w:r>
    </w:p>
    <w:p>
      <w:r>
        <w:t>وهذه المكتسبات مكتسبة او التصديقية انما تحصل بعلم سابق لا يمكن بدون الانطلاقة</w:t>
      </w:r>
    </w:p>
    <w:p>
      <w:r>
        <w:t>لان التصور النظري والتصديق النظري كيف تحصل عليه? هو نظري</w:t>
      </w:r>
    </w:p>
    <w:p>
      <w:r>
        <w:t>يجب ان تجلي بما يناسبه</w:t>
      </w:r>
    </w:p>
    <w:p>
      <w:r>
        <w:t>في البعد التصوري بالتعريف يعني في معطيات علمية تخضعها لالية التعريف كما بينا ذلك في الجنازة السابقة تجلي المفرد التصوري</w:t>
      </w:r>
    </w:p>
    <w:p>
      <w:r>
        <w:t>وكذلك في التصديقات</w:t>
      </w:r>
    </w:p>
    <w:p>
      <w:r>
        <w:t>عندك نظريات قضايا نظرية تأتي بمعطيات معرفية تخضعها قوانين منطقية وهي القياس ببعد الاستنباط والاستقراء والتمثيل وو تولد معرفة جديدة تسمى التصديقات نعم وهذه المكتسبات التصورية والتصديقية انما تحصل بعلم سابق كالأقوال الشارحة في التصورات والحجج في التصديقات مع هذه الدقيقة التي بيناها البارحة ليست تعريف كقالب منطقي هو الذي يولد التصورات ويجلي المفردات التصورية لا لا لا القوالب الابليسية هي تعطيك النظريات</w:t>
      </w:r>
    </w:p>
    <w:p>
      <w:r>
        <w:t>لا</w:t>
      </w:r>
    </w:p>
    <w:p>
      <w:r>
        <w:t>معرفة من اين جاءت هذه المعرفة من الواقع الخارجي</w:t>
      </w:r>
    </w:p>
    <w:p>
      <w:r>
        <w:t>ثم هذه المعرفة تولد لك تجلية تصورية وتجلية تصديقية</w:t>
      </w:r>
    </w:p>
    <w:p>
      <w:r>
        <w:t>غاية الامر انك اذا اردت ان تجلي المجهول يعني المكتسب</w:t>
      </w:r>
    </w:p>
    <w:p>
      <w:r>
        <w:t>المجهول التصوري او المجهول التصديقي المكتسب التصديقي</w:t>
      </w:r>
    </w:p>
    <w:p>
      <w:r>
        <w:t>تجليه بمعرفة تسابقها</w:t>
      </w:r>
    </w:p>
    <w:p>
      <w:r>
        <w:t>معرفة تولد معرفة</w:t>
      </w:r>
    </w:p>
    <w:p>
      <w:r>
        <w:t>ولهذا يقول بمعرفة سابقة</w:t>
      </w:r>
    </w:p>
    <w:p>
      <w:r>
        <w:t>غاية المنطقي يقول لا تجلي التصورات بشكل صحيح ولا تجلي التصديقات بالشكل الصحيح الا اذا اخذت هذه المعرفة التي تأخذها من الواقع الخارجي الى قواعد سرمدية هي القواعد المنطقية</w:t>
      </w:r>
    </w:p>
    <w:p>
      <w:r>
        <w:t>علم المنطق يدرس تلك القواعد السرمدية يبوبها باب الكليات الخمس باب التعريف باب القسمة باب القضايا باب الاقيسا باب المغالطات الى اخره</w:t>
      </w:r>
    </w:p>
    <w:p>
      <w:r>
        <w:t>الخط</w:t>
      </w:r>
    </w:p>
    <w:p>
      <w:r>
        <w:t>يدرسها فارغة من مضمون معرفي</w:t>
      </w:r>
    </w:p>
    <w:p>
      <w:r>
        <w:t>لان هي ما عندها علاقة بالمضمون المعرفي المضمون المعرفي اين? في الحقول المعرفية</w:t>
      </w:r>
    </w:p>
    <w:p>
      <w:r>
        <w:t>في علم الهندسة في علم الفلسفة في علم الكلام</w:t>
      </w:r>
    </w:p>
    <w:p>
      <w:r>
        <w:t>في علم الفلك في علم الكيمياء وعلم الاصول وهكذا</w:t>
      </w:r>
    </w:p>
    <w:p>
      <w:r>
        <w:t>نعم اذا اذا قال هنا وهذه المكتسب المكتسبات يعني المجهول التصوري والمجهول التصديقي</w:t>
      </w:r>
    </w:p>
    <w:p>
      <w:r>
        <w:t>انما تحصل بعلم سابق</w:t>
      </w:r>
    </w:p>
    <w:p>
      <w:r>
        <w:t>علم علم</w:t>
      </w:r>
    </w:p>
    <w:p>
      <w:r>
        <w:t>يعني عندك معطيات تأخذها من الخارج</w:t>
      </w:r>
    </w:p>
    <w:p>
      <w:r>
        <w:t>الخارج هذا واسع جدا</w:t>
      </w:r>
    </w:p>
    <w:p>
      <w:r>
        <w:t>الخارج الحسي</w:t>
      </w:r>
    </w:p>
    <w:p>
      <w:r>
        <w:t>الخارج فوق الحسي</w:t>
      </w:r>
    </w:p>
    <w:p>
      <w:r>
        <w:t>يعني اه الخارج نفساني نعم بعلم سابق</w:t>
      </w:r>
    </w:p>
    <w:p>
      <w:r>
        <w:t>كالأقوال الشريحة كالأقوال الشريحة في التصورات والحجج في التصديقات هنا احطاط</w:t>
      </w:r>
    </w:p>
    <w:p>
      <w:r>
        <w:t>يعني تلك الخلفيات العلمية في البعد التصوري او البعد التصديقي</w:t>
      </w:r>
    </w:p>
    <w:p>
      <w:r>
        <w:t>الخاضعة لمعايير التعريف معايير الحجج</w:t>
      </w:r>
    </w:p>
    <w:p>
      <w:r>
        <w:t>اذا من يعرف المجهول التصوري? علم</w:t>
      </w:r>
    </w:p>
    <w:p>
      <w:r>
        <w:t>من يبرهن على المجهولات التصديقية? علم اين المنطق لا المنطق معايير يخضع لها ذلك العلم حتى يجلي التصورات صحيحا ويدلل صحيحا فيصل الى الواقع</w:t>
      </w:r>
    </w:p>
    <w:p>
      <w:r>
        <w:t>يجب ان تفهم المسألة هكذا جيدا</w:t>
      </w:r>
    </w:p>
    <w:p>
      <w:r>
        <w:t>اقسام المطالب هنا يريد يشير يشير الى هذه المسألة</w:t>
      </w:r>
    </w:p>
    <w:p>
      <w:r>
        <w:t>مهمة جدا هذه المعلومات التي تترشح في افق الذهن</w:t>
      </w:r>
    </w:p>
    <w:p>
      <w:r>
        <w:t>معلومات تصورية مع معلومات تصديقية</w:t>
      </w:r>
    </w:p>
    <w:p>
      <w:r>
        <w:t>هذه آآ وفقا للمعايير العقلية السرمدية</w:t>
      </w:r>
    </w:p>
    <w:p>
      <w:r>
        <w:t>المعايير العقلية السرمدية ما هي? مبدأ الهوية</w:t>
      </w:r>
    </w:p>
    <w:p>
      <w:r>
        <w:t>نحن فقط في بعد الذات</w:t>
      </w:r>
    </w:p>
    <w:p>
      <w:r>
        <w:t>او مكونات مكونات الذات الداخلية</w:t>
      </w:r>
    </w:p>
    <w:p>
      <w:r>
        <w:t>جنس وفصل</w:t>
      </w:r>
    </w:p>
    <w:p>
      <w:r>
        <w:t>يعني الذات</w:t>
      </w:r>
    </w:p>
    <w:p>
      <w:r>
        <w:t>مبدأ الجوهرية نروح الى تعين من تعينات الذات</w:t>
      </w:r>
    </w:p>
    <w:p>
      <w:r>
        <w:t>يعني هناك تترشح القضايا</w:t>
      </w:r>
    </w:p>
    <w:p>
      <w:r>
        <w:t>ثم مبدأ مبدأ التناقض يحافظ على مبدأ الهوية</w:t>
      </w:r>
    </w:p>
    <w:p>
      <w:r>
        <w:t>ثم مبدأ الثالث المرفوع جوار مبنى التناقض</w:t>
      </w:r>
    </w:p>
    <w:p>
      <w:r>
        <w:t>ثم مبدأ السبب الكافي يبحث عن علة التعين</w:t>
      </w:r>
    </w:p>
    <w:p>
      <w:r>
        <w:t>كيف تعينت الهوية بتعين ما? واه بقول ساذج كيف حمل المحمول على الموضوع? يعني لماذا? ثم الاتصال ومبدأ الانفصال مبدأ الغاية</w:t>
      </w:r>
    </w:p>
    <w:p>
      <w:r>
        <w:t>هذه المبادئ المعيارية القوالب المعيارية التي هي اساس الدين في ترشحه بالمعرفة اذا احتك بالواقع الخارجي</w:t>
      </w:r>
    </w:p>
    <w:p>
      <w:r>
        <w:t>اذا المعرفة لا تترشح في افق مهما كانت هذه المعرفة معرفة هندسية رياضية فلسفية اصولية فلكية معرفية كيميائية لا يهمني المعرفة كيف تترشح في افق الذهن المنظمة نسقية متناغمة فتتشكل العلو بهذه الكيفية</w:t>
      </w:r>
    </w:p>
    <w:p>
      <w:r>
        <w:t>عندنا معطيات خارجية والخارج واسع جدا وخارج محسوس فوق المحسوس</w:t>
      </w:r>
    </w:p>
    <w:p>
      <w:r>
        <w:t>نفسانيات داخلية يعني اعيشها بالعلم والحصول وليست سهلة</w:t>
      </w:r>
    </w:p>
    <w:p>
      <w:r>
        <w:t>من اعمق البحوث هي النفسانيات</w:t>
      </w:r>
    </w:p>
    <w:p>
      <w:r>
        <w:t>هذه المعطيات وممكن حتى معطيات وحياة هذه المعطيات انا احطاط ان نأتي بها كما هي</w:t>
      </w:r>
    </w:p>
    <w:p>
      <w:r>
        <w:t>اذا جئت بها ناقصة العلم يكون ناقصا اذا احطاط يأتي بها كما هي</w:t>
      </w:r>
    </w:p>
    <w:p>
      <w:r>
        <w:t>واذا انقصت شيئا يأتي عالم اخر ويقول شيخنا العزيز انت انقزت فيه مفردة زائلة</w:t>
      </w:r>
    </w:p>
    <w:p>
      <w:r>
        <w:t>هذا هو الذي يسبب في تطور العلو</w:t>
      </w:r>
    </w:p>
    <w:p>
      <w:r>
        <w:t>جيد</w:t>
      </w:r>
    </w:p>
    <w:p>
      <w:r>
        <w:t>لنفرض اننا اتينا بالواقع الخارجي ما هو? لماذا نأتيه الى الذئب? لماذا نجر الى الذئب? اكتب هذه ملحوظة</w:t>
      </w:r>
    </w:p>
    <w:p>
      <w:r>
        <w:t>ملحوظة نقطتان</w:t>
      </w:r>
    </w:p>
    <w:p>
      <w:r>
        <w:t>فاذا نقطتان</w:t>
      </w:r>
    </w:p>
    <w:p>
      <w:r>
        <w:t>العمل الذهني هو عمل معياري كيف? يعني انا اجعل هذا الواقع الخارجي بدرجاته المتفاوتة في قوانين معيارية</w:t>
      </w:r>
    </w:p>
    <w:p>
      <w:r>
        <w:t>اتعامل مع هذه القوانين المعيارية ثم بعدما تعامل مع الخارج</w:t>
      </w:r>
    </w:p>
    <w:p>
      <w:r>
        <w:t>قوانين معيارية</w:t>
      </w:r>
    </w:p>
    <w:p>
      <w:r>
        <w:t>كل حديد يتمدد بالحرارة خلاص</w:t>
      </w:r>
    </w:p>
    <w:p>
      <w:r>
        <w:t>خرجت من الحديد الحسي</w:t>
      </w:r>
    </w:p>
    <w:p>
      <w:r>
        <w:t>اخضعت بعض المفردات للنار وتمددت</w:t>
      </w:r>
    </w:p>
    <w:p>
      <w:r>
        <w:t>اسست لقانون معياري</w:t>
      </w:r>
    </w:p>
    <w:p>
      <w:r>
        <w:t>قانون كل حديد يتمدد بالحرر</w:t>
      </w:r>
    </w:p>
    <w:p>
      <w:r>
        <w:t>ولهذا في بداية الحكمة ونهاية الحكمة السيد العلامة يركز على هذه النقطة ان الفلسفة تدرس اه الواقعيات بشكل كلي</w:t>
      </w:r>
    </w:p>
    <w:p>
      <w:r>
        <w:t>ليس فقط الفلسفة سيدنا كل العلوم</w:t>
      </w:r>
    </w:p>
    <w:p>
      <w:r>
        <w:t>كل العلوم ما عدا التاريخ يقولون والآن يحاولون ان يؤسسوا لفلسفة التاريخ يرقى التاريخ من معطيات جزئية الى معايير كلية بها نفسر الحوادث الانسان الثانية سقوط الحضارات اه نشوء الحضارات استمرار الحضارات وهذه الامور</w:t>
      </w:r>
    </w:p>
    <w:p>
      <w:r>
        <w:t>اذا اريد ان اصل الى قضايا كلية يعني قضايا بيع يارية معيارية هنا ليس بالمعنى المنطقي</w:t>
      </w:r>
    </w:p>
    <w:p>
      <w:r>
        <w:t>آآ الأخلاق الى معيار يعني قوانين كلية ما عندها علاقة بالواقع الخارجي</w:t>
      </w:r>
    </w:p>
    <w:p>
      <w:r>
        <w:t>اصلوها الواقع الخارجي</w:t>
      </w:r>
    </w:p>
    <w:p>
      <w:r>
        <w:t>تحكي الواقع الخارجي</w:t>
      </w:r>
    </w:p>
    <w:p>
      <w:r>
        <w:t>اما هي لا هي معايير يعني كان الحديد ام لم يكن</w:t>
      </w:r>
    </w:p>
    <w:p>
      <w:r>
        <w:t>اذا وضع على النار هي في اي مرتبة وجودية كان في عالم الحس</w:t>
      </w:r>
    </w:p>
    <w:p>
      <w:r>
        <w:t>كان في المريخ او كان على وجه الأرض</w:t>
      </w:r>
    </w:p>
    <w:p>
      <w:r>
        <w:t>نعم</w:t>
      </w:r>
    </w:p>
    <w:p>
      <w:r>
        <w:t>اذا المعطيات الخارجية بانبساطها المتعدد</w:t>
      </w:r>
    </w:p>
    <w:p>
      <w:r>
        <w:t>تتعين في الدين افق الادراك انا اسميه النظم المنطقي</w:t>
      </w:r>
    </w:p>
    <w:p>
      <w:r>
        <w:t>في قضايا كلية</w:t>
      </w:r>
    </w:p>
    <w:p>
      <w:r>
        <w:t>لا يتم الامر الا اذا اخضعنا هذه المعطيات الخارجية في افق الذيل</w:t>
      </w:r>
    </w:p>
    <w:p>
      <w:r>
        <w:t>لمعايير ارقى وهي العقلية السرمدية وما يشتق من المعايير العقلية السرمدية وهي المعايير المنطقية</w:t>
      </w:r>
    </w:p>
    <w:p>
      <w:r>
        <w:t>حين تتولد القضايا الكلية الميع يا رياء</w:t>
      </w:r>
    </w:p>
    <w:p>
      <w:r>
        <w:t>نعم</w:t>
      </w:r>
    </w:p>
    <w:p>
      <w:r>
        <w:t>تحكي على الطبائع ان وجدت ام لم تنوجد</w:t>
      </w:r>
    </w:p>
    <w:p>
      <w:r>
        <w:t>نعم</w:t>
      </w:r>
    </w:p>
    <w:p>
      <w:r>
        <w:t>كل اله حي قاعدة معيارية</w:t>
      </w:r>
    </w:p>
    <w:p>
      <w:r>
        <w:t>كل اله كل اله حي قضية معيارية</w:t>
      </w:r>
    </w:p>
    <w:p>
      <w:r>
        <w:t>تقول لي في الخرج في اله واحد</w:t>
      </w:r>
    </w:p>
    <w:p>
      <w:r>
        <w:t>ما عنده علاقة بالقضية هنا</w:t>
      </w:r>
    </w:p>
    <w:p>
      <w:r>
        <w:t>كان في النظم المنطقي</w:t>
      </w:r>
    </w:p>
    <w:p>
      <w:r>
        <w:t>في النظم المنطق يعطي صفة الحياة لكل من تعين بالألوهية</w:t>
      </w:r>
    </w:p>
    <w:p>
      <w:r>
        <w:t>تذهب الى النظم التحققي في الى واحد هذا خاصية لمن؟ للنظام التحققي</w:t>
      </w:r>
    </w:p>
    <w:p>
      <w:r>
        <w:t>يعني النظم الوجودي</w:t>
      </w:r>
    </w:p>
    <w:p>
      <w:r>
        <w:t>ما عنده علاقة بالنظم المنطقي</w:t>
      </w:r>
    </w:p>
    <w:p>
      <w:r>
        <w:t>هذا التفكيك يجب ان نفهمه جيدا</w:t>
      </w:r>
    </w:p>
    <w:p>
      <w:r>
        <w:t>اذا ان المعرفة لا تترشح في افق الدين الا بهذه الكيفية</w:t>
      </w:r>
    </w:p>
    <w:p>
      <w:r>
        <w:t>معطيات خارجية لا تهمني هذه المعطيات المعطيات الخارجية</w:t>
      </w:r>
    </w:p>
    <w:p>
      <w:r>
        <w:t>قد تكون حسية فوق حسية نفسانية وحياة لا يهم</w:t>
      </w:r>
    </w:p>
    <w:p>
      <w:r>
        <w:t>المهم هذه المعطيات تريد اجعلها مقننة في ذهني افق الذهن يعني انا احكي عن طبائعه كليا وجدت ام لن تنوجد</w:t>
      </w:r>
    </w:p>
    <w:p>
      <w:r>
        <w:t>نعم الواقع الخارجي يساعدني في التأسيس الكلي</w:t>
      </w:r>
    </w:p>
    <w:p>
      <w:r>
        <w:t>اما بعد التأسيس الكلي هذا الواقع الخارجي بعد لا يهمني</w:t>
      </w:r>
    </w:p>
    <w:p>
      <w:r>
        <w:t>نعم لا يهمني</w:t>
      </w:r>
    </w:p>
    <w:p>
      <w:r>
        <w:t>اينشتاين لما بين ان النور ينجذب بنظرية كلية فتمت التجربة اين في البرازيل اعتقد فجاءت هذه الكاتبة مبتهجة مسرورة تريد ان تخبر اينشتاين بهذا الانجاز في البرازيل فقط ينجذب النور انجذب النور فعليا في البرازيل قال لا ادري</w:t>
      </w:r>
    </w:p>
    <w:p>
      <w:r>
        <w:t>انا ادري بقضية كلية سرمدية</w:t>
      </w:r>
    </w:p>
    <w:p>
      <w:r>
        <w:t>التطبيق المصداقي في البرازيل في روسيا في الصين في استراليا في لا يهمني</w:t>
      </w:r>
    </w:p>
    <w:p>
      <w:r>
        <w:t>لا يهمني هكذا تتأسس المعرفة</w:t>
      </w:r>
    </w:p>
    <w:p>
      <w:r>
        <w:t>هذا العنوان يشير الى ماذا? يشير الى مجموعة من المطالب عندها علاقة بالمعايير السرمدية التي بينتها لك</w:t>
      </w:r>
    </w:p>
    <w:p>
      <w:r>
        <w:t>مبدأ الهوية مبدأ الجوهرية مبدأ مرفوع مبدأ السبب الكافي مبدأ الانفصال والاتصال مبدأ الغاية</w:t>
      </w:r>
    </w:p>
    <w:p>
      <w:r>
        <w:t>وممكن فيه مبادئ اخرى انا نسيتها</w:t>
      </w:r>
    </w:p>
    <w:p>
      <w:r>
        <w:t>كيف هذا المعطى الخارجي مع هذه المعايير العقلية كيف تتولد المعرفة</w:t>
      </w:r>
    </w:p>
    <w:p>
      <w:r>
        <w:t>هذه المطالب مهمة جدا ومع الاسف الشديد الان صارت لا تدرس الا في المنطق القديم</w:t>
      </w:r>
    </w:p>
    <w:p>
      <w:r>
        <w:t>اقسام المطالب آآ الف يعني واحد الف يعني هنا بالتدريج الف باء جيم الف مطلب ما مبنى الهوية</w:t>
      </w:r>
    </w:p>
    <w:p>
      <w:r>
        <w:t>ما يعني مبدأ الهوية</w:t>
      </w:r>
    </w:p>
    <w:p>
      <w:r>
        <w:t>قال والمطالب اصول وفروع هذا تقسيم اولي</w:t>
      </w:r>
    </w:p>
    <w:p>
      <w:r>
        <w:t>نعم</w:t>
      </w:r>
    </w:p>
    <w:p>
      <w:r>
        <w:t>والاصول ثلاثة مطالب ما وهو اما ان يطلب شرح الاسم</w:t>
      </w:r>
    </w:p>
    <w:p>
      <w:r>
        <w:t>كقولنا ملعون او ماهية المسمى كقولنا ما الحركة اما تعريف اسمي قاموسي واما لا تعريف الهوية اقول لما كان الكسبي الكسبي يعني العلوم الكسبية بعد التصور والتصديق</w:t>
      </w:r>
    </w:p>
    <w:p>
      <w:r>
        <w:t>ينقسم الى تصوير وتصديق كان الطلب متوجه الى طلب التصور والى طلب التصديق</w:t>
      </w:r>
    </w:p>
    <w:p>
      <w:r>
        <w:t>لاحظت هنا المعايير المعايير العقلية تتجلى</w:t>
      </w:r>
    </w:p>
    <w:p>
      <w:r>
        <w:t>نعم</w:t>
      </w:r>
    </w:p>
    <w:p>
      <w:r>
        <w:t>ولكل واحد من المطلبين</w:t>
      </w:r>
    </w:p>
    <w:p>
      <w:r>
        <w:t>يعني مطلب التصور والتصديق نعم اداة وصيغة تدل عليه وتنقسم تلك الصيغ الى اصول وفروع</w:t>
      </w:r>
    </w:p>
    <w:p>
      <w:r>
        <w:t>ونعني بالاصول ما يستغني به في اكثر المواضع عن غيره</w:t>
      </w:r>
    </w:p>
    <w:p>
      <w:r>
        <w:t>وبالفروع ما لا يستغنى به في اكثر عن غيره</w:t>
      </w:r>
    </w:p>
    <w:p>
      <w:r>
        <w:t>الفرع تابع للأصل</w:t>
      </w:r>
    </w:p>
    <w:p>
      <w:r>
        <w:t>نعم</w:t>
      </w:r>
    </w:p>
    <w:p>
      <w:r>
        <w:t>فالأصول ثلاثة مطالب</w:t>
      </w:r>
    </w:p>
    <w:p>
      <w:r>
        <w:t>واحد للتصور ومطلبا للتصديق</w:t>
      </w:r>
    </w:p>
    <w:p>
      <w:r>
        <w:t>والسبب في تعدد مطالب التصديق دون مطلب التصور</w:t>
      </w:r>
    </w:p>
    <w:p>
      <w:r>
        <w:t>ان التصديق محتاج الى امرين</w:t>
      </w:r>
    </w:p>
    <w:p>
      <w:r>
        <w:t>العلم بالحكم والعلم بال علة</w:t>
      </w:r>
    </w:p>
    <w:p>
      <w:r>
        <w:t>يعني هنا العلامة الحلي يقول لماذا التصديق يحتاج الى اليتين والتصور يحتاج الى الية واحدة</w:t>
      </w:r>
    </w:p>
    <w:p>
      <w:r>
        <w:t>فابين الاليتين ما هما? لانك انت في مبدأ الهوية</w:t>
      </w:r>
    </w:p>
    <w:p>
      <w:r>
        <w:t>مبدأ الهوية تقول ما الهوية فقط</w:t>
      </w:r>
    </w:p>
    <w:p>
      <w:r>
        <w:t>هنا انت بعيد عن كل تعين من التعينات</w:t>
      </w:r>
    </w:p>
    <w:p>
      <w:r>
        <w:t>انسان انسان فقط</w:t>
      </w:r>
    </w:p>
    <w:p>
      <w:r>
        <w:t>ما هو الانسان وانتهى الامر? اما اذا انتقلنا الى مبدأ الجوهرية</w:t>
      </w:r>
    </w:p>
    <w:p>
      <w:r>
        <w:t>نقول الانسان عالم الانسان مؤمن</w:t>
      </w:r>
    </w:p>
    <w:p>
      <w:r>
        <w:t>الانسان خبيث الانسان كافر</w:t>
      </w:r>
    </w:p>
    <w:p>
      <w:r>
        <w:t>هذه التعينات المتعددة التي نعاينها في دار الوجود</w:t>
      </w:r>
    </w:p>
    <w:p>
      <w:r>
        <w:t>هنا نقول لم? لما هو كريم لما هو مؤمن لما هو خبيث لما هو نكار</w:t>
      </w:r>
    </w:p>
    <w:p>
      <w:r>
        <w:t>نعم لما هو مرتاب</w:t>
      </w:r>
    </w:p>
    <w:p>
      <w:r>
        <w:t>هذي اللمية اللمية سؤال من مبدأ السبب الكافي ان مبدأ التناقض ومبدأ الثالث المرفوض ما عنده علاقة بالقضية عنده علاقة بحفظ مبدأ الهوية كل تعين يخرب مبدأ الهوية يقول لأ</w:t>
      </w:r>
    </w:p>
    <w:p>
      <w:r>
        <w:t>كل تعين يعني التشكل لقضية بمعيار مبدأ الجوهرية</w:t>
      </w:r>
    </w:p>
    <w:p>
      <w:r>
        <w:t>تشكل في القضية تخرب الهوية مبدأ التناقض يقول هذه القضية زيف باطلة</w:t>
      </w:r>
    </w:p>
    <w:p>
      <w:r>
        <w:t>نعم</w:t>
      </w:r>
    </w:p>
    <w:p>
      <w:r>
        <w:t>ومبدأ الثالث المرفوع يذبحه</w:t>
      </w:r>
    </w:p>
    <w:p>
      <w:r>
        <w:t>ليس مستقلا</w:t>
      </w:r>
    </w:p>
    <w:p>
      <w:r>
        <w:t>مبدأ سبب الكافيات ويبين لما التعين</w:t>
      </w:r>
    </w:p>
    <w:p>
      <w:r>
        <w:t>اذا كان في القضية ليست زائفة اذا كان زائفة زائفة</w:t>
      </w:r>
    </w:p>
    <w:p>
      <w:r>
        <w:t>لا معنى لان تبحث عن ملاك التعين</w:t>
      </w:r>
    </w:p>
    <w:p>
      <w:r>
        <w:t>تخيل ان القضية ليست زائفة حتما هي هناك ملف التعين مبدأ السبب الكافي يبحث عنه</w:t>
      </w:r>
    </w:p>
    <w:p>
      <w:r>
        <w:t>فالانسان يتحرك ويكشف هذا الملاك</w:t>
      </w:r>
    </w:p>
    <w:p>
      <w:r>
        <w:t>هذا الملاك مرة يكون خاضع للنظم الطبيعي ملاك في النظم الطبيعي</w:t>
      </w:r>
    </w:p>
    <w:p>
      <w:r>
        <w:t>هذا هو الحكم</w:t>
      </w:r>
    </w:p>
    <w:p>
      <w:r>
        <w:t>مرة يكون ملاك في نظم التحققي هذا هو العلة</w:t>
      </w:r>
    </w:p>
    <w:p>
      <w:r>
        <w:t>هذا هو العلة</w:t>
      </w:r>
    </w:p>
    <w:p>
      <w:r>
        <w:t>ولهذا تعدد تعدد الطلب في التصديق يعني كشف ملك التعين معرفيا يعني في في النظم المنطقي ومرة نكسب الميلاك اين في الواقع الخارجي</w:t>
      </w:r>
    </w:p>
    <w:p>
      <w:r>
        <w:t>السؤال لم اثباتي بقول الحوزاويين له علاقة بالنظم المنطقي وآآ لما آآ الثبوت له علاقة بالنظمة التحققي</w:t>
      </w:r>
    </w:p>
    <w:p>
      <w:r>
        <w:t>نعم</w:t>
      </w:r>
    </w:p>
    <w:p>
      <w:r>
        <w:t>يقول فالاصول ثلاثة مطالب واحد للتصور</w:t>
      </w:r>
    </w:p>
    <w:p>
      <w:r>
        <w:t>في مبدأ الهوية ما عندك تعين حتى تسأل لما لا ما هي الهوية منتهى الأمر? وما مطلبان للتصديق والسبب في تعدد مطلب التصديق</w:t>
      </w:r>
    </w:p>
    <w:p>
      <w:r>
        <w:t>آآ والسبب في تعدد مطلب التصديق دون مطلب التصور ان التصديق والسبب مبتدأ ان التصديق خبر</w:t>
      </w:r>
    </w:p>
    <w:p>
      <w:r>
        <w:t>ان التصديق يحتاج الى امرين</w:t>
      </w:r>
    </w:p>
    <w:p>
      <w:r>
        <w:t>العلم بالحكم هذا في النظم المنطقي</w:t>
      </w:r>
    </w:p>
    <w:p>
      <w:r>
        <w:t>لقول الحوزاويين ما قبل الاثبات</w:t>
      </w:r>
    </w:p>
    <w:p>
      <w:r>
        <w:t>والعلم بالعلة بقول حوزويين</w:t>
      </w:r>
    </w:p>
    <w:p>
      <w:r>
        <w:t>مقام الثبوت هنا الملاك الواقعي</w:t>
      </w:r>
    </w:p>
    <w:p>
      <w:r>
        <w:t>والتصور انما يتوقف على امر واحد</w:t>
      </w:r>
    </w:p>
    <w:p>
      <w:r>
        <w:t>فطلب التصور هو طلب ماء</w:t>
      </w:r>
    </w:p>
    <w:p>
      <w:r>
        <w:t>وهو ينقسم الى امرين</w:t>
      </w:r>
    </w:p>
    <w:p>
      <w:r>
        <w:t>احدهما يتقدم على التصديق وهو ما يطلب به شرح الاسم</w:t>
      </w:r>
    </w:p>
    <w:p>
      <w:r>
        <w:t>يعني تشرح الاسم فقط قاموسيا</w:t>
      </w:r>
    </w:p>
    <w:p>
      <w:r>
        <w:t>كقولنا من العنق فانا نريد بهذا الطلب آآ شرح مدلول هذا اللفظ</w:t>
      </w:r>
    </w:p>
    <w:p>
      <w:r>
        <w:t>والثاني يتأخر عن التصديق</w:t>
      </w:r>
    </w:p>
    <w:p>
      <w:r>
        <w:t>وهو ما يطلب به ماهية المسمى</w:t>
      </w:r>
    </w:p>
    <w:p>
      <w:r>
        <w:t>وآآ حقيقته كقولنا ما الحركة نريد به اطالة ماهية الحركة في نفس الأمر يعني المهية الحقيقية نعم هذه المهية الحقيقية التي تتعين بتعينات اما شرح الإسم فقط لا هو اضاءة لغوية فقط اضاءة نعم</w:t>
      </w:r>
    </w:p>
    <w:p>
      <w:r>
        <w:t>اذا مطلبنا هو تحديد الهوية</w:t>
      </w:r>
    </w:p>
    <w:p>
      <w:r>
        <w:t>يعني مبدأ الهوية مبدأ الهوية معيار سرمدي</w:t>
      </w:r>
    </w:p>
    <w:p>
      <w:r>
        <w:t>يأتي المعط المعرفي مثلا الإنسان</w:t>
      </w:r>
    </w:p>
    <w:p>
      <w:r>
        <w:t>مادة الهوية هنا يملي عليك شئت ام شئ ام ابيت</w:t>
      </w:r>
    </w:p>
    <w:p>
      <w:r>
        <w:t>يقول اذا شئت ان آآ ان تتحدث عن الهوية يجب ان تتحدث في دائرتها بين قوسين</w:t>
      </w:r>
    </w:p>
    <w:p>
      <w:r>
        <w:t>اياك تأتي بالتعينات</w:t>
      </w:r>
    </w:p>
    <w:p>
      <w:r>
        <w:t>نعم</w:t>
      </w:r>
    </w:p>
    <w:p>
      <w:r>
        <w:t>هذا هو الحمل الاولي تقول انسان وانسان</w:t>
      </w:r>
    </w:p>
    <w:p>
      <w:r>
        <w:t>ثم اذا جئت بالتعينات ما هي التعينات? ممتد نام حساس متحرك بالارادة ناطق</w:t>
      </w:r>
    </w:p>
    <w:p>
      <w:r>
        <w:t>هذه كلها تعينات ليست في اصل الذات</w:t>
      </w:r>
    </w:p>
    <w:p>
      <w:r>
        <w:t>استخرجتها من الخارج</w:t>
      </w:r>
    </w:p>
    <w:p>
      <w:r>
        <w:t>لماذا تأتيها في مبدأ الهوية؟ انه غش معرفي هنا</w:t>
      </w:r>
    </w:p>
    <w:p>
      <w:r>
        <w:t>يقولون هذه اللوازم القريبة</w:t>
      </w:r>
    </w:p>
    <w:p>
      <w:r>
        <w:t>هذه اللوازم القريبة اذا جمعناها تشير الى الهوية قريبا</w:t>
      </w:r>
    </w:p>
    <w:p>
      <w:r>
        <w:t>فالنفس من خصوصياتها انها تدرك الكليات</w:t>
      </w:r>
    </w:p>
    <w:p>
      <w:r>
        <w:t>يعني هذه الناطقية يعني العاقلة</w:t>
      </w:r>
    </w:p>
    <w:p>
      <w:r>
        <w:t>النطق هنا بمعنى التعقل</w:t>
      </w:r>
    </w:p>
    <w:p>
      <w:r>
        <w:t>فتقول ناطق ثم الارضية التي تنوجد في هذه النفس الناطقة هو الحيوان</w:t>
      </w:r>
    </w:p>
    <w:p>
      <w:r>
        <w:t>فعرفت انت الحقيقة باقرب لوازمها تكفي معرفيا</w:t>
      </w:r>
    </w:p>
    <w:p>
      <w:r>
        <w:t>تكفي معرفيا معرفيا والا في الحقيقة هي ليست هي الهوية وانما هي لوازم الهوية بعد تعينها</w:t>
      </w:r>
    </w:p>
    <w:p>
      <w:r>
        <w:t>بعد تعينها بتعينات متعددة</w:t>
      </w:r>
    </w:p>
    <w:p>
      <w:r>
        <w:t>الا ان هذه التعينات بالشيء الى آآ الى الهوية</w:t>
      </w:r>
    </w:p>
    <w:p>
      <w:r>
        <w:t>اللوازم القريبة يسميها الشيخ الرئيس ابن سينا اللوازم القريبة</w:t>
      </w:r>
    </w:p>
    <w:p>
      <w:r>
        <w:t>لماذا? لانك انت في مبدأ الهوية الانسان وفقا لمبدأ الهوية</w:t>
      </w:r>
    </w:p>
    <w:p>
      <w:r>
        <w:t>ما عندك الا هذا اللسان</w:t>
      </w:r>
    </w:p>
    <w:p>
      <w:r>
        <w:t>الانسان انسان انتهى الامر الماء ماء بعد بعد فتضطر انت معرف فين تروح الى اللوازم القريبة تجمعها تنظمها بالتنظيم المنطقي والذي يساعدك على هذا التنظيم هو الية التعريف فتعرفها كأن في دائرة الهوية كانك في دائرة هوية نعم هذا هو مطلب ما مطلب هل هل هنا يعني الخروج من الهوية الى مبدأ الجوهرية? يعني الى التعين الاول هو الوجود تقول الانسان موجود</w:t>
      </w:r>
    </w:p>
    <w:p>
      <w:r>
        <w:t>على مبنى المشاء الانسان وجود</w:t>
      </w:r>
    </w:p>
    <w:p>
      <w:r>
        <w:t>والادق وجود الانسان وجود</w:t>
      </w:r>
    </w:p>
    <w:p>
      <w:r>
        <w:t>خلينا من صدر المتعلم</w:t>
      </w:r>
    </w:p>
    <w:p>
      <w:r>
        <w:t>الانسان وجود او موجود يعني تعين بالتحقق</w:t>
      </w:r>
    </w:p>
    <w:p>
      <w:r>
        <w:t>ما معنى الانسان وجود? يعني متحقق</w:t>
      </w:r>
    </w:p>
    <w:p>
      <w:r>
        <w:t>اذا غير الهوية</w:t>
      </w:r>
    </w:p>
    <w:p>
      <w:r>
        <w:t>هوية الانسان غير الهوية المتحققة</w:t>
      </w:r>
    </w:p>
    <w:p>
      <w:r>
        <w:t>اذا بقينا على مستوى الوجود هذه هي الهدية البسيطة</w:t>
      </w:r>
    </w:p>
    <w:p>
      <w:r>
        <w:t>هل الانسان موجود? مرة لا نتجاوز الوجود الى حيثيات ما بعد الوجود</w:t>
      </w:r>
    </w:p>
    <w:p>
      <w:r>
        <w:t>العلم التقوى</w:t>
      </w:r>
    </w:p>
    <w:p>
      <w:r>
        <w:t>الغنى</w:t>
      </w:r>
    </w:p>
    <w:p>
      <w:r>
        <w:t>الخبث</w:t>
      </w:r>
    </w:p>
    <w:p>
      <w:r>
        <w:t>الماكر</w:t>
      </w:r>
    </w:p>
    <w:p>
      <w:r>
        <w:t>تقول الانسان مؤمن الانسان كريم الانسان مكار الانسان خبيث هادي غير التعين الوجودي هذه الهدية المركبة سؤال ما بعد الوجود هل الانسان مؤمن? سؤال بعد الوجود يعني ثم التعين الثاني هذه الهدية المركبة مركبة انسان موجود مؤمن</w:t>
      </w:r>
    </w:p>
    <w:p>
      <w:r>
        <w:t>مركبة نعم مطلب هل قال ومطلب هل وهو اما بسيط في دائرة الوجود? الانسان وجود الماء وجود الله وجود</w:t>
      </w:r>
    </w:p>
    <w:p>
      <w:r>
        <w:t>ويطلب وجود الشيء واني اه النية</w:t>
      </w:r>
    </w:p>
    <w:p>
      <w:r>
        <w:t>النية يعني حقيقته</w:t>
      </w:r>
    </w:p>
    <w:p>
      <w:r>
        <w:t>كقولنا هل الحركة موجودة? سؤال</w:t>
      </w:r>
    </w:p>
    <w:p>
      <w:r>
        <w:t>نعم</w:t>
      </w:r>
    </w:p>
    <w:p>
      <w:r>
        <w:t>اذا دخلنا مبدأ الجوهرية</w:t>
      </w:r>
    </w:p>
    <w:p>
      <w:r>
        <w:t>خرجنا من مبدأ الهوية</w:t>
      </w:r>
    </w:p>
    <w:p>
      <w:r>
        <w:t>مبدأ الجوهرية لها مرتبة</w:t>
      </w:r>
    </w:p>
    <w:p>
      <w:r>
        <w:t>مرتبة الوجود ومرتبة تعينات ما بعد الوجود</w:t>
      </w:r>
    </w:p>
    <w:p>
      <w:r>
        <w:t>الانسان وجود هل هي بسيطة? الانسان عالم</w:t>
      </w:r>
    </w:p>
    <w:p>
      <w:r>
        <w:t>هل يمه? ركب</w:t>
      </w:r>
    </w:p>
    <w:p>
      <w:r>
        <w:t>نعم</w:t>
      </w:r>
    </w:p>
    <w:p>
      <w:r>
        <w:t>ويتخلل في الترتيب بين مطلب ما اه ويتخلل في الترتيب بين مطلب ما</w:t>
      </w:r>
    </w:p>
    <w:p>
      <w:r>
        <w:t>نعم</w:t>
      </w:r>
    </w:p>
    <w:p>
      <w:r>
        <w:t>يعني بعد الهوية يأتي مبدأ الجوهرية واضحة جدا السنة بديهة جدا</w:t>
      </w:r>
    </w:p>
    <w:p>
      <w:r>
        <w:t>الانسان ما الانسان انسان انسان انسان</w:t>
      </w:r>
    </w:p>
    <w:p>
      <w:r>
        <w:t>الناطق اليها</w:t>
      </w:r>
    </w:p>
    <w:p>
      <w:r>
        <w:t>ثم المرتبة الثانية هل هي البسيطة ولهذا يقول ويتخلل في الترتيب بين مطلبيهما</w:t>
      </w:r>
    </w:p>
    <w:p>
      <w:r>
        <w:t>يعني بعد ما تشرح تشرح المعية بشرح قاموسي</w:t>
      </w:r>
    </w:p>
    <w:p>
      <w:r>
        <w:t>لفظي ثم تعاينها كوجود خروج من القاموس الى عالم التحقق تبحث عنه الهوية</w:t>
      </w:r>
    </w:p>
    <w:p>
      <w:r>
        <w:t>فيقول هو هلية البسيطة جاءت بين ما شرح وما الحقيقية</w:t>
      </w:r>
    </w:p>
    <w:p>
      <w:r>
        <w:t>هل هذا صحيح? من حيث المعرفة? نعم صحيح</w:t>
      </w:r>
    </w:p>
    <w:p>
      <w:r>
        <w:t>يعني من حيث الكشف</w:t>
      </w:r>
    </w:p>
    <w:p>
      <w:r>
        <w:t>صحيح</w:t>
      </w:r>
    </w:p>
    <w:p>
      <w:r>
        <w:t>اما من حيث الترتيب المعياري له</w:t>
      </w:r>
    </w:p>
    <w:p>
      <w:r>
        <w:t>الماء الحقيقية في مبدأ الهوية</w:t>
      </w:r>
    </w:p>
    <w:p>
      <w:r>
        <w:t>وهل البسيطة يعني الوجود? في مبنى الجوهرية متأخرة لا تتخلل بينما الشريحة وما الحقيقية</w:t>
      </w:r>
    </w:p>
    <w:p>
      <w:r>
        <w:t>لكن الانسان حتى يصل الى المال الحقيقي يعاير الوجود</w:t>
      </w:r>
    </w:p>
    <w:p>
      <w:r>
        <w:t>ففرظ الوجود وجود الانسان مسبقا ثم بحث عن هويته</w:t>
      </w:r>
    </w:p>
    <w:p>
      <w:r>
        <w:t>ما هي ذات ممتدة نامية حساسة متحركة بالارادة</w:t>
      </w:r>
    </w:p>
    <w:p>
      <w:r>
        <w:t>وناطقة</w:t>
      </w:r>
    </w:p>
    <w:p>
      <w:r>
        <w:t>لاحظت كيف? هذا في الكشف العلمي في النشاط المعرفي</w:t>
      </w:r>
    </w:p>
    <w:p>
      <w:r>
        <w:t>اما في الترتيب المعياري التكويني لا</w:t>
      </w:r>
    </w:p>
    <w:p>
      <w:r>
        <w:t>هل هي البسيطة بعد ما الحقيقية? لان اعمال حقيقية تنتمي الى مبدأ الهوية والهلية البسيطة الانسان وجود في مبدأ الجوهرية</w:t>
      </w:r>
    </w:p>
    <w:p>
      <w:r>
        <w:t>الذي يأتي بعد مع الحقيقية</w:t>
      </w:r>
    </w:p>
    <w:p>
      <w:r>
        <w:t>يعني حقيقة الانسان تتعين بماذا? بالوجود</w:t>
      </w:r>
    </w:p>
    <w:p>
      <w:r>
        <w:t>اذا الهدية البسيطة بعد ما الحقيقية</w:t>
      </w:r>
    </w:p>
    <w:p>
      <w:r>
        <w:t>ليس في الوسط</w:t>
      </w:r>
    </w:p>
    <w:p>
      <w:r>
        <w:t>هذه سجلها عندك</w:t>
      </w:r>
    </w:p>
    <w:p>
      <w:r>
        <w:t>او مركب يعني هل المركب انسان عالم? انسان مؤمن هنا لا نتحدث عن الوجود عن التحقق</w:t>
      </w:r>
    </w:p>
    <w:p>
      <w:r>
        <w:t>نتحدث عن التحقق بصفة من الصفات</w:t>
      </w:r>
    </w:p>
    <w:p>
      <w:r>
        <w:t>او مركب يطلب وجود شيء لغيره كقولنا هذا الحركة دائمة</w:t>
      </w:r>
    </w:p>
    <w:p>
      <w:r>
        <w:t>نعم</w:t>
      </w:r>
    </w:p>
    <w:p>
      <w:r>
        <w:t>او هل الانسان مؤمن على الله عالم وهكذا? هذه تسمى الهدية المركبة</w:t>
      </w:r>
    </w:p>
    <w:p>
      <w:r>
        <w:t>نعم</w:t>
      </w:r>
    </w:p>
    <w:p>
      <w:r>
        <w:t>اقول ياتي ان شاء الله</w:t>
      </w:r>
    </w:p>
    <w:p>
      <w:r>
        <w:t>اللهم صلي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