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w:t>
      </w:r>
    </w:p>
    <w:p>
      <w:r>
        <w:t>وبه تعالى نستع 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w:t>
      </w:r>
    </w:p>
    <w:p>
      <w:r>
        <w:t>اقول هذا المطلب الثاني المطالب الاصول وهو اول مطلب التصديق</w:t>
      </w:r>
    </w:p>
    <w:p>
      <w:r>
        <w:t>تصديق فرع القضايا</w:t>
      </w:r>
    </w:p>
    <w:p>
      <w:r>
        <w:t>تصديق بقضية</w:t>
      </w:r>
    </w:p>
    <w:p>
      <w:r>
        <w:t>واذا تحدثنا بلسان القضية يعني تحدثنا بمعيار مبدأ الجمهورية</w:t>
      </w:r>
    </w:p>
    <w:p>
      <w:r>
        <w:t>خرجنا من مبدأ الهوية</w:t>
      </w:r>
    </w:p>
    <w:p>
      <w:r>
        <w:t>واضحة جدا</w:t>
      </w:r>
    </w:p>
    <w:p>
      <w:r>
        <w:t>بينها العلامة الحلي رحمة الله عليه</w:t>
      </w:r>
    </w:p>
    <w:p>
      <w:r>
        <w:t>وهو مطلب هل هنا مبدأ السبب الكافي يسأل</w:t>
      </w:r>
    </w:p>
    <w:p>
      <w:r>
        <w:t>الهوية الانسانية بالوجود ما هو ملاك هذا التعين? او تقول انسان عالم يعني بعد الوجود تعلم هذه هي المركبة يعني تعين بالوجود والعلم مركب ام لا? مركبة</w:t>
      </w:r>
    </w:p>
    <w:p>
      <w:r>
        <w:t>نعم وهذا المطلب الثاني من مطالب الأصول</w:t>
      </w:r>
    </w:p>
    <w:p>
      <w:r>
        <w:t>وهو اول مطلب التصديق</w:t>
      </w:r>
    </w:p>
    <w:p>
      <w:r>
        <w:t>يعني في معيار مبنى الجوهرية</w:t>
      </w:r>
    </w:p>
    <w:p>
      <w:r>
        <w:t>وهو مطلب هل هل الإنسان موجود? هل الانسان ليس بموجود? اجاب وسلب</w:t>
      </w:r>
    </w:p>
    <w:p>
      <w:r>
        <w:t>هل الانسان عالم على الانسان ليس بعالم? وينقسم الى بسيط اذا كنا في دائرة وجود ولا وجود? ومركب اذا كنا في دائرة غير الوجود العلم والصدق والأمانة والكرم وما اشبه ذلك</w:t>
      </w:r>
    </w:p>
    <w:p>
      <w:r>
        <w:t>والاول البسيط الذي يتعامل مع الوجود وعدم الوجود</w:t>
      </w:r>
    </w:p>
    <w:p>
      <w:r>
        <w:t>وهو ما يطلب به بهذا السؤال من يسأله مبدأ السبب الكافي</w:t>
      </w:r>
    </w:p>
    <w:p>
      <w:r>
        <w:t>نعم وهو وهو ما يطلب به وجود الشيء وان نيته ان نية عرش تفسيره</w:t>
      </w:r>
    </w:p>
    <w:p>
      <w:r>
        <w:t>هو نفس الوجود</w:t>
      </w:r>
    </w:p>
    <w:p>
      <w:r>
        <w:t>نعم</w:t>
      </w:r>
    </w:p>
    <w:p>
      <w:r>
        <w:t>كقولنا الحركة موجودة</w:t>
      </w:r>
    </w:p>
    <w:p>
      <w:r>
        <w:t>هل الله موجود? هل الملك موجود? هل الماء موجود? نعم</w:t>
      </w:r>
    </w:p>
    <w:p>
      <w:r>
        <w:t>او ليست موجودة? رفع الوجود</w:t>
      </w:r>
    </w:p>
    <w:p>
      <w:r>
        <w:t>ثبوت الشيء ورفع الشيء</w:t>
      </w:r>
    </w:p>
    <w:p>
      <w:r>
        <w:t>ويتخلل في الترتيب بين مطلب بماء يعني انه يتأخر عن مطلب ما الذي يطلب به شرح الاسم</w:t>
      </w:r>
    </w:p>
    <w:p>
      <w:r>
        <w:t>نعم</w:t>
      </w:r>
    </w:p>
    <w:p>
      <w:r>
        <w:t>شرح الاسم يعني الشرح القاموسي</w:t>
      </w:r>
    </w:p>
    <w:p>
      <w:r>
        <w:t>لان من لا يعرف الاسم لا يطلب وجوده وعدمه</w:t>
      </w:r>
    </w:p>
    <w:p>
      <w:r>
        <w:t>نعم</w:t>
      </w:r>
    </w:p>
    <w:p>
      <w:r>
        <w:t>لا يطلب وجوده اذا كان موجودا او لا يطلب عدمه اذا كان معدوما</w:t>
      </w:r>
    </w:p>
    <w:p>
      <w:r>
        <w:t>ويتقدم على مطلب ما يتقدم على مطلب ما في الكشف العلمي</w:t>
      </w:r>
    </w:p>
    <w:p>
      <w:r>
        <w:t>في الممارسة المعرفية</w:t>
      </w:r>
    </w:p>
    <w:p>
      <w:r>
        <w:t>اما في النظم المنطقي لا يتأخر عن الماء الحقيقي</w:t>
      </w:r>
    </w:p>
    <w:p>
      <w:r>
        <w:t>نعم</w:t>
      </w:r>
    </w:p>
    <w:p>
      <w:r>
        <w:t>انا هكذا ارى الامور</w:t>
      </w:r>
    </w:p>
    <w:p>
      <w:r>
        <w:t>نعم</w:t>
      </w:r>
    </w:p>
    <w:p>
      <w:r>
        <w:t>ويتقدم على مطلب ما الذي يطلب به آآ او يطلب الطالب به ماهية ماهية المسمى ماهية المسم وحقيقته</w:t>
      </w:r>
    </w:p>
    <w:p>
      <w:r>
        <w:t>او تقل من مبني المجهول</w:t>
      </w:r>
    </w:p>
    <w:p>
      <w:r>
        <w:t>ويتقدم على مطلب ما الذي يطلب به ماهية المسمى ماهية المسمى وحاء قيقته</w:t>
      </w:r>
    </w:p>
    <w:p>
      <w:r>
        <w:t>لان طلب الحقيقة والمهي الخارجية في نصرهم انما يتحقق يتحقق بعد معرفة وجودها</w:t>
      </w:r>
    </w:p>
    <w:p>
      <w:r>
        <w:t>والى توسط هذا المطلب بين مطلبين اشار المصنف رحمه الله بانه يتخلل في الترتيب بين مطلب ما ما الشرح وما الحقيقية</w:t>
      </w:r>
    </w:p>
    <w:p>
      <w:r>
        <w:t>جيد هنا اضيء نقطة تفيد آآ الخلاف بيني وبين آآ المحقق التونسي والاعلام الحلي</w:t>
      </w:r>
    </w:p>
    <w:p>
      <w:r>
        <w:t>طبعا آآ المعايير العقلية المعايير العقلية مبدأ الهوية مبدأ الجوهرية</w:t>
      </w:r>
    </w:p>
    <w:p>
      <w:r>
        <w:t>الذي تفرزه الحل البسي المركبة</w:t>
      </w:r>
    </w:p>
    <w:p>
      <w:r>
        <w:t>اذا ما من حقيقية سابقة</w:t>
      </w:r>
    </w:p>
    <w:p>
      <w:r>
        <w:t>اصلا ما الشريحة ما عندنا</w:t>
      </w:r>
    </w:p>
    <w:p>
      <w:r>
        <w:t>هذا بحث لغوي ليس بحثا معرفيا</w:t>
      </w:r>
    </w:p>
    <w:p>
      <w:r>
        <w:t>ثم يأتي مبدأ السبب الكافي</w:t>
      </w:r>
    </w:p>
    <w:p>
      <w:r>
        <w:t>مبدأ السبب الكافي يجعلنا نبحث عن ملاك التعين بتعين ما</w:t>
      </w:r>
    </w:p>
    <w:p>
      <w:r>
        <w:t>اما الوجود او غير الوجود</w:t>
      </w:r>
    </w:p>
    <w:p>
      <w:r>
        <w:t>لماذا هنا يقول آآ هل البسيطة تأتي قبل ما الحقيقية? معنى المعايير العقلية تقول بعد لان المعطيات العلمية المعطيات العلمية نأخذها من الخارج</w:t>
      </w:r>
    </w:p>
    <w:p>
      <w:r>
        <w:t>من الخرج اما الخرج النفساني او الخارج الحسي او الخارج من فوق الحسي</w:t>
      </w:r>
    </w:p>
    <w:p>
      <w:r>
        <w:t>نعم</w:t>
      </w:r>
    </w:p>
    <w:p>
      <w:r>
        <w:t>فاذا نتعامل مع المتحقق</w:t>
      </w:r>
    </w:p>
    <w:p>
      <w:r>
        <w:t>اذا الموجودية مفروضة</w:t>
      </w:r>
    </w:p>
    <w:p>
      <w:r>
        <w:t>هذه الموجودية المفروضة خلتني افهم انما الحقيقية بعدت معاينة انا في تصوري هنا فيه آآ خلط بين النظم المنطقي والنظم التحققي</w:t>
      </w:r>
    </w:p>
    <w:p>
      <w:r>
        <w:t>نعم في النظم التحققي الوجود يسبق الكل</w:t>
      </w:r>
    </w:p>
    <w:p>
      <w:r>
        <w:t>يسبق الكل</w:t>
      </w:r>
    </w:p>
    <w:p>
      <w:r>
        <w:t>هنا نتحدث عن المنطق</w:t>
      </w:r>
    </w:p>
    <w:p>
      <w:r>
        <w:t>نتحدث عن تأسيس المعرفة</w:t>
      </w:r>
    </w:p>
    <w:p>
      <w:r>
        <w:t>الهدية البسيطة تأتي متأخرة عن الماء الحقيقية</w:t>
      </w:r>
    </w:p>
    <w:p>
      <w:r>
        <w:t>خلط بين النظم المنطقي والنظم التحققي في حديث الكبيرين</w:t>
      </w:r>
    </w:p>
    <w:p>
      <w:r>
        <w:t>المهم هذه الهدية البسيطة</w:t>
      </w:r>
    </w:p>
    <w:p>
      <w:r>
        <w:t>حمل الوجود على المهية</w:t>
      </w:r>
    </w:p>
    <w:p>
      <w:r>
        <w:t>الانسان موجود ما هو مجلولها? تحقق الانسان</w:t>
      </w:r>
    </w:p>
    <w:p>
      <w:r>
        <w:t>الانسان ليس بموجود ما هو مدلولها? الانسان مرفوع الوجود</w:t>
      </w:r>
    </w:p>
    <w:p>
      <w:r>
        <w:t>انتهى الامر</w:t>
      </w:r>
    </w:p>
    <w:p>
      <w:r>
        <w:t>هذه الهدية البسيطة</w:t>
      </w:r>
    </w:p>
    <w:p>
      <w:r>
        <w:t>الثانية هي الهلية المركبة</w:t>
      </w:r>
    </w:p>
    <w:p>
      <w:r>
        <w:t>يعني ما بعد الوجود من تعينات</w:t>
      </w:r>
    </w:p>
    <w:p>
      <w:r>
        <w:t>والثاني وهو ما يطلب به وجود شيء لغيره</w:t>
      </w:r>
    </w:p>
    <w:p>
      <w:r>
        <w:t>او نفيه عنه كقولنا هل الحركة الدائمة? يعني بعدما تعينت الحركة تأتي صفة اخرى</w:t>
      </w:r>
    </w:p>
    <w:p>
      <w:r>
        <w:t>دائمة ام منقطعة? نعم لانه ذهنية رياضية وفيزيائية ياتي بهذه اه الامثلة وهذه ليس لهم وابن سينا ابتلاهم بها تأتيني بمثال ع بمثال اخلاقي</w:t>
      </w:r>
    </w:p>
    <w:p>
      <w:r>
        <w:t>نعم</w:t>
      </w:r>
    </w:p>
    <w:p>
      <w:r>
        <w:t>الله رحمن رحيم</w:t>
      </w:r>
    </w:p>
    <w:p>
      <w:r>
        <w:t>اذا الرحمانية والراحيمية بعد الوجود</w:t>
      </w:r>
    </w:p>
    <w:p>
      <w:r>
        <w:t>لا يتصور ان الله تعالى غير موجود يتصف بالرحمانية الرحيمية</w:t>
      </w:r>
    </w:p>
    <w:p>
      <w:r>
        <w:t>لا</w:t>
      </w:r>
    </w:p>
    <w:p>
      <w:r>
        <w:t>اذن كل مؤدى الهلية المركبة بعد الوجود</w:t>
      </w:r>
    </w:p>
    <w:p>
      <w:r>
        <w:t>الله الموجود حي</w:t>
      </w:r>
    </w:p>
    <w:p>
      <w:r>
        <w:t>الله الموجود رازق</w:t>
      </w:r>
    </w:p>
    <w:p>
      <w:r>
        <w:t>الله الموجود عالم</w:t>
      </w:r>
    </w:p>
    <w:p>
      <w:r>
        <w:t>هذه هي المركبة</w:t>
      </w:r>
    </w:p>
    <w:p>
      <w:r>
        <w:t>يعني الوجود تعين غير الوجود تام تركوا نعم في قوس التركيب</w:t>
      </w:r>
    </w:p>
    <w:p>
      <w:r>
        <w:t>نعم</w:t>
      </w:r>
    </w:p>
    <w:p>
      <w:r>
        <w:t>والثاني هو ما يطلب به وجود شيء لغيره او نفي عنه كقولنا هذا الحراك دائم</w:t>
      </w:r>
    </w:p>
    <w:p>
      <w:r>
        <w:t>اذا عندنا حركة وعندنا الديمومة او ليست دائمة يعني سلب او ايجاب</w:t>
      </w:r>
    </w:p>
    <w:p>
      <w:r>
        <w:t>وانما كان هذا مركبا يبين لماذا التركيب? لان المراد به اه لان المراد به وجود شيء لغيره</w:t>
      </w:r>
    </w:p>
    <w:p>
      <w:r>
        <w:t>يعني ثبوت شيء لشيء</w:t>
      </w:r>
    </w:p>
    <w:p>
      <w:r>
        <w:t>ليس الشيء الهلية البسيطة ثبوت شيء</w:t>
      </w:r>
    </w:p>
    <w:p>
      <w:r>
        <w:t>الهلية المركبة ثبوت شيء لشيء</w:t>
      </w:r>
    </w:p>
    <w:p>
      <w:r>
        <w:t>تقول الله موجود ثبوت الله تعالى</w:t>
      </w:r>
    </w:p>
    <w:p>
      <w:r>
        <w:t>الله عالم ثبوت العلم للذات الالهية</w:t>
      </w:r>
    </w:p>
    <w:p>
      <w:r>
        <w:t>اكتب الان ملحوظة تستفيد منها في القاعدة الفرعية لا تجري في الهدية البسيطة</w:t>
      </w:r>
    </w:p>
    <w:p>
      <w:r>
        <w:t>تجري في الهدية المركبة</w:t>
      </w:r>
    </w:p>
    <w:p>
      <w:r>
        <w:t>هنا اشير الى القاعدة الفرعية</w:t>
      </w:r>
    </w:p>
    <w:p>
      <w:r>
        <w:t>ياخذ مني خمس دقائق مفيدة جدا</w:t>
      </w:r>
    </w:p>
    <w:p>
      <w:r>
        <w:t>اكتب فائدة نقطتان</w:t>
      </w:r>
    </w:p>
    <w:p>
      <w:r>
        <w:t>لانك ستدخل في وتعيش هذه الحالة المعرفية ويبقى ذهنك مشوشا</w:t>
      </w:r>
    </w:p>
    <w:p>
      <w:r>
        <w:t>لا</w:t>
      </w:r>
    </w:p>
    <w:p>
      <w:r>
        <w:t>نوضحها هنا فرصة جميلة</w:t>
      </w:r>
    </w:p>
    <w:p>
      <w:r>
        <w:t>الها الهدية المركبة قلنا ثبوت شيء لشيء</w:t>
      </w:r>
    </w:p>
    <w:p>
      <w:r>
        <w:t>القاعدة الفرعية لسانها هذا</w:t>
      </w:r>
    </w:p>
    <w:p>
      <w:r>
        <w:t>اكتب</w:t>
      </w:r>
    </w:p>
    <w:p>
      <w:r>
        <w:t>ثبوت شيء لشيء بمعنى ثبوت المحمول للموضوع</w:t>
      </w:r>
    </w:p>
    <w:p>
      <w:r>
        <w:t>في ظرف راعي الظرف في ظرف متفرع هذا الثبوت</w:t>
      </w:r>
    </w:p>
    <w:p>
      <w:r>
        <w:t>على ثبوت الشيء يعني الموضوع</w:t>
      </w:r>
    </w:p>
    <w:p>
      <w:r>
        <w:t>في الظرف نفسه راعي الظرف</w:t>
      </w:r>
    </w:p>
    <w:p>
      <w:r>
        <w:t>ظرورة حتمية المسألة</w:t>
      </w:r>
    </w:p>
    <w:p>
      <w:r>
        <w:t>لا الثابت</w:t>
      </w:r>
    </w:p>
    <w:p>
      <w:r>
        <w:t>لا المحمول</w:t>
      </w:r>
    </w:p>
    <w:p>
      <w:r>
        <w:t>لا الثابت يكتب المحمول</w:t>
      </w:r>
    </w:p>
    <w:p>
      <w:r>
        <w:t>قد يكون ضروريا</w:t>
      </w:r>
    </w:p>
    <w:p>
      <w:r>
        <w:t>وقد يكون امكانين</w:t>
      </w:r>
    </w:p>
    <w:p>
      <w:r>
        <w:t>هذه القاعدة شهودية لا تجري في الهدية البسيطة</w:t>
      </w:r>
    </w:p>
    <w:p>
      <w:r>
        <w:t>اذا قلت الانسان موجود ليس من صنخ ثبو ثبو ثبوت شيء لشيء</w:t>
      </w:r>
    </w:p>
    <w:p>
      <w:r>
        <w:t>بل من سلخ الثبوت الشيء</w:t>
      </w:r>
    </w:p>
    <w:p>
      <w:r>
        <w:t>والقاعدة الفرعية ماذا تقول? تقول ثبوت شيء لشيء</w:t>
      </w:r>
    </w:p>
    <w:p>
      <w:r>
        <w:t>يبين لك المسألة الآن بأمثلة</w:t>
      </w:r>
    </w:p>
    <w:p>
      <w:r>
        <w:t>الحديد يتمدد بالحرارة</w:t>
      </w:r>
    </w:p>
    <w:p>
      <w:r>
        <w:t>خلينا الآن الحيثية التعليمية الحرارة</w:t>
      </w:r>
    </w:p>
    <w:p>
      <w:r>
        <w:t>اركز على فقط</w:t>
      </w:r>
    </w:p>
    <w:p>
      <w:r>
        <w:t>الحديد يتمدد من التمدد يعني علة التمدد هو مس الحرارة للحديد</w:t>
      </w:r>
    </w:p>
    <w:p>
      <w:r>
        <w:t>خلينا من العلة</w:t>
      </w:r>
    </w:p>
    <w:p>
      <w:r>
        <w:t>الحديد يتمدد ثبوت التمدد للحديد</w:t>
      </w:r>
    </w:p>
    <w:p>
      <w:r>
        <w:t>اين? في ظرف الخارج</w:t>
      </w:r>
    </w:p>
    <w:p>
      <w:r>
        <w:t>اين تمدد الحديد في ذهنك? ام في الخارج? الخارج الفيزيائي</w:t>
      </w:r>
    </w:p>
    <w:p>
      <w:r>
        <w:t>ثبوت التمدد للحديد في الظرف الخارج الحسي</w:t>
      </w:r>
    </w:p>
    <w:p>
      <w:r>
        <w:t>فرع ثبوت الحديث</w:t>
      </w:r>
    </w:p>
    <w:p>
      <w:r>
        <w:t>في الظرف نفسه ليس في الذهن</w:t>
      </w:r>
    </w:p>
    <w:p>
      <w:r>
        <w:t>الحديث اين ينوجد? اذا ثبت له تمدد في ظرف الخارج الحديدين في ذهنك في الخارج</w:t>
      </w:r>
    </w:p>
    <w:p>
      <w:r>
        <w:t>في الظرف نفسه</w:t>
      </w:r>
    </w:p>
    <w:p>
      <w:r>
        <w:t>نعم</w:t>
      </w:r>
    </w:p>
    <w:p>
      <w:r>
        <w:t>ثبوت التمدد للحديد في ظرف الخارج الحسي</w:t>
      </w:r>
    </w:p>
    <w:p>
      <w:r>
        <w:t>فرع ثبوت الحديد في الظرف نفسه في الخارج</w:t>
      </w:r>
    </w:p>
    <w:p>
      <w:r>
        <w:t>ضرورة يعني لا معنى ان يكون التمدد في فراغ</w:t>
      </w:r>
    </w:p>
    <w:p>
      <w:r>
        <w:t>بالضرورة ان يكون شيء يتمدد</w:t>
      </w:r>
    </w:p>
    <w:p>
      <w:r>
        <w:t>ليس صحيحا هذا هو الضرورة</w:t>
      </w:r>
    </w:p>
    <w:p>
      <w:r>
        <w:t>ثبوت شيء لشيء في ظرف فرع ثبوت الشيء الاول يعني الموضوع</w:t>
      </w:r>
    </w:p>
    <w:p>
      <w:r>
        <w:t>ظرورة في الظرف نفسه لا الثابت</w:t>
      </w:r>
    </w:p>
    <w:p>
      <w:r>
        <w:t>التمدد لا ليس يكون ظروري</w:t>
      </w:r>
    </w:p>
    <w:p>
      <w:r>
        <w:t>الموضوع ضروري</w:t>
      </w:r>
    </w:p>
    <w:p>
      <w:r>
        <w:t>اما المحمول السكوت قد يكون في مناخ ضروري قد يكون في مناخ ليس ظروريا</w:t>
      </w:r>
    </w:p>
    <w:p>
      <w:r>
        <w:t>نعم ليس ظروريا</w:t>
      </w:r>
    </w:p>
    <w:p>
      <w:r>
        <w:t>تقول الانسان كاتب ثبوت الكتابة للانسان</w:t>
      </w:r>
    </w:p>
    <w:p>
      <w:r>
        <w:t>اي في الواقع الخارجي</w:t>
      </w:r>
    </w:p>
    <w:p>
      <w:r>
        <w:t>فرع ثبوت الانسان يعني الكتابة لا تكون في فراغ</w:t>
      </w:r>
    </w:p>
    <w:p>
      <w:r>
        <w:t>في الظرف نفسه في ظرورة ان يكون الانسان هناك</w:t>
      </w:r>
    </w:p>
    <w:p>
      <w:r>
        <w:t>واذا لا معنى للكتابة الكتابة في فراغ لا يمكن</w:t>
      </w:r>
    </w:p>
    <w:p>
      <w:r>
        <w:t>اذا الموضوع الانسان ضروري حتى يتعين بالكتابة</w:t>
      </w:r>
    </w:p>
    <w:p>
      <w:r>
        <w:t>اما الكتابة للانسان ضرورية لا قد تأتي وقد لا تأتي</w:t>
      </w:r>
    </w:p>
    <w:p>
      <w:r>
        <w:t>قد يكتب وقد لا يكتب</w:t>
      </w:r>
    </w:p>
    <w:p>
      <w:r>
        <w:t>اذا ثبوت المحمول ليس دائما بالضرورة</w:t>
      </w:r>
    </w:p>
    <w:p>
      <w:r>
        <w:t>اما اذا قلت الله عالم ثبوت العلم للذات الالهية</w:t>
      </w:r>
    </w:p>
    <w:p>
      <w:r>
        <w:t>في ظرف نص الامر يعني في مرتبته الوجودية</w:t>
      </w:r>
    </w:p>
    <w:p>
      <w:r>
        <w:t>ليس في المرتبة الحسية ولا في ذهنك</w:t>
      </w:r>
    </w:p>
    <w:p>
      <w:r>
        <w:t>في مرتبة الوجودية</w:t>
      </w:r>
    </w:p>
    <w:p>
      <w:r>
        <w:t>يعني ارقى مرتبة الوجود التشكيكية</w:t>
      </w:r>
    </w:p>
    <w:p>
      <w:r>
        <w:t>فرع ثبوت الله تعالى</w:t>
      </w:r>
    </w:p>
    <w:p>
      <w:r>
        <w:t>العلم لا يثبت في فراغ</w:t>
      </w:r>
    </w:p>
    <w:p>
      <w:r>
        <w:t>في الذات الإلهية يجب ان تكون حتى تتعين بالعلم</w:t>
      </w:r>
    </w:p>
    <w:p>
      <w:r>
        <w:t>نعم</w:t>
      </w:r>
    </w:p>
    <w:p>
      <w:r>
        <w:t>اذا ثبوت العلم للذات الالهية في ظرف مرتبتها الوجودية التي هي اعلى المراتب في التشكيك الوجودي فرع ثبوت الذات الالهية بالضرورة</w:t>
      </w:r>
    </w:p>
    <w:p>
      <w:r>
        <w:t>في الظرف نفسه في تلك المرتبة</w:t>
      </w:r>
    </w:p>
    <w:p>
      <w:r>
        <w:t>والمحمول العلم هنا بالامكان ام بال الازلية بالظرورة الازلية</w:t>
      </w:r>
    </w:p>
    <w:p>
      <w:r>
        <w:t>هنا ليس بالامكان</w:t>
      </w:r>
    </w:p>
    <w:p>
      <w:r>
        <w:t>اذا المحمول قد يحتمل الامكان وقد يحتمل الضرورة</w:t>
      </w:r>
    </w:p>
    <w:p>
      <w:r>
        <w:t>اما الموضوع فهو ضروري</w:t>
      </w:r>
    </w:p>
    <w:p>
      <w:r>
        <w:t>هذه القاعدة الجميلة والشهودية التي لا تحتاج الى تحتاج الى استدلال ولا معنى للاستدلال فيها</w:t>
      </w:r>
    </w:p>
    <w:p>
      <w:r>
        <w:t>هذه فقط في الآليات المركبة</w:t>
      </w:r>
    </w:p>
    <w:p>
      <w:r>
        <w:t>يعني في الف باء</w:t>
      </w:r>
    </w:p>
    <w:p>
      <w:r>
        <w:t>وليس في الف وجود</w:t>
      </w:r>
    </w:p>
    <w:p>
      <w:r>
        <w:t>بعد الوجوب</w:t>
      </w:r>
    </w:p>
    <w:p>
      <w:r>
        <w:t>الإنسان عالم الإنسان مؤمن</w:t>
      </w:r>
    </w:p>
    <w:p>
      <w:r>
        <w:t>الله حي الله عالم</w:t>
      </w:r>
    </w:p>
    <w:p>
      <w:r>
        <w:t>لا تجري في الوجود</w:t>
      </w:r>
    </w:p>
    <w:p>
      <w:r>
        <w:t>لماذا? لأن في الوجود ليس ثبوت</w:t>
      </w:r>
    </w:p>
    <w:p>
      <w:r>
        <w:t>الإنسان وجود لا معنى ان تقول ثبوت لوجود الإنسان هذه خرافة كبيرة</w:t>
      </w:r>
    </w:p>
    <w:p>
      <w:r>
        <w:t>الإنسان وجود يعني الثبوت للإنسان</w:t>
      </w:r>
    </w:p>
    <w:p>
      <w:r>
        <w:t>تحقق الإنسان وانتهى الأمر</w:t>
      </w:r>
    </w:p>
    <w:p>
      <w:r>
        <w:t>جيد</w:t>
      </w:r>
    </w:p>
    <w:p>
      <w:r>
        <w:t>وانما كان هذا مركبا يريد يبين لماذا ان لي مركب ومركبة</w:t>
      </w:r>
    </w:p>
    <w:p>
      <w:r>
        <w:t>لان المراد به وجود شيء لغيره يعني ثبوت شيء لشيء</w:t>
      </w:r>
    </w:p>
    <w:p>
      <w:r>
        <w:t>هنا جريان القاعدة الفرعية</w:t>
      </w:r>
    </w:p>
    <w:p>
      <w:r>
        <w:t>وكان الاول بسيطا الهدية البسيطة تقول الانسان وجود لان المراد به وجود شيء شيء في نفسه</w:t>
      </w:r>
    </w:p>
    <w:p>
      <w:r>
        <w:t>ثبوت شيء فباعتبار توقف الوجود في الاول على شيئين وتوقفه في الثاني على شيء واحد يعني توقف الوجود في الاول على شيئين وتوقفه في الثاني على شيء واحد تحقق التركيب والبساطة</w:t>
      </w:r>
    </w:p>
    <w:p>
      <w:r>
        <w:t>هنا في كلام العلامة الحلي فيه آآ تشويش في الترتيب</w:t>
      </w:r>
    </w:p>
    <w:p>
      <w:r>
        <w:t>مع اذا اذا قلنا الانسان وجود هنا عندنا حقيقة واحدة ما هي? الانسان في عالم التحقق</w:t>
      </w:r>
    </w:p>
    <w:p>
      <w:r>
        <w:t>اما اذا قلنا الانسان عالم عندنا انسان في عالم التحقق وصفة اخرى هي العلم هذا هو التنكب</w:t>
      </w:r>
    </w:p>
    <w:p>
      <w:r>
        <w:t>نعم</w:t>
      </w:r>
    </w:p>
    <w:p>
      <w:r>
        <w:t>وانما كان هذا مركبا يعني في المركبة من باب الانسان عليم</w:t>
      </w:r>
    </w:p>
    <w:p>
      <w:r>
        <w:t>لان المراد به في هذا في هذه الهلية وجود الشيء لغيره</w:t>
      </w:r>
    </w:p>
    <w:p>
      <w:r>
        <w:t>يعني وجود العلم للانسان وجود العلم لله تعالى</w:t>
      </w:r>
    </w:p>
    <w:p>
      <w:r>
        <w:t>وكان الاول بسيطا يعني الهدية البسيطة اذا قلنا الانسان وجود الله وجود</w:t>
      </w:r>
    </w:p>
    <w:p>
      <w:r>
        <w:t>لان المراد به وجود شيء في نفسه فقط</w:t>
      </w:r>
    </w:p>
    <w:p>
      <w:r>
        <w:t>فباعتبار توقف الوجود في الاولى</w:t>
      </w:r>
    </w:p>
    <w:p>
      <w:r>
        <w:t>على يعني في المركبة وتوقفه في الثاني في الهدية البسيطة على شيء واحد تحقق التركيب والبساطة</w:t>
      </w:r>
    </w:p>
    <w:p>
      <w:r>
        <w:t>لف ونشر في البيان مرتب</w:t>
      </w:r>
    </w:p>
    <w:p>
      <w:r>
        <w:t>نعم</w:t>
      </w:r>
    </w:p>
    <w:p>
      <w:r>
        <w:t>انتهى الامر</w:t>
      </w:r>
    </w:p>
    <w:p>
      <w:r>
        <w:t>اذا اذا انتقلنا الى مبدأ الجوهرية من مبدأ الانسان في في المبدأ الهوية انسان انسان</w:t>
      </w:r>
    </w:p>
    <w:p>
      <w:r>
        <w:t>انسان موجودون</w:t>
      </w:r>
    </w:p>
    <w:p>
      <w:r>
        <w:t>الانسان عالم</w:t>
      </w:r>
    </w:p>
    <w:p>
      <w:r>
        <w:t>هنا عندنا هدية بسيطة اذا تحدثنا بعنوان الوجود</w:t>
      </w:r>
    </w:p>
    <w:p>
      <w:r>
        <w:t>اذا تحدثنا بعنوان غير الوجود هل هي مركبة? حينها يأتي مبدأ السبب الكافي</w:t>
      </w:r>
    </w:p>
    <w:p>
      <w:r>
        <w:t>م الكافي دائما يأتي بعد التعين الهوية بتعيناتها لم? لم? نعم</w:t>
      </w:r>
    </w:p>
    <w:p>
      <w:r>
        <w:t>ثم يأتي الجواب</w:t>
      </w:r>
    </w:p>
    <w:p>
      <w:r>
        <w:t>الجواب يعني التأسيس المعرفي</w:t>
      </w:r>
    </w:p>
    <w:p>
      <w:r>
        <w:t>التأسيس المعرفي</w:t>
      </w:r>
    </w:p>
    <w:p>
      <w:r>
        <w:t>جيد مطلب لما? هذا هو مبدأ سبب الكافي</w:t>
      </w:r>
    </w:p>
    <w:p>
      <w:r>
        <w:t>تقول شيخنا لماذا تجاوز مبدأ التناقض? ومبدأ الثالث المرفوع? ما يسمى عندنا ارتفاع النقيضين محال</w:t>
      </w:r>
    </w:p>
    <w:p>
      <w:r>
        <w:t>هذه ما عندها علاقة ما عندها لها علاقة بالبعد المعرفي</w:t>
      </w:r>
    </w:p>
    <w:p>
      <w:r>
        <w:t>لا الانسان يستطيع ان يستدل على مبدأ التناقض لانهم لا معنى لهذا الكلام</w:t>
      </w:r>
    </w:p>
    <w:p>
      <w:r>
        <w:t>ولا ينفي مبنى التناقض لا معنى لهذا الكلام</w:t>
      </w:r>
    </w:p>
    <w:p>
      <w:r>
        <w:t>مبدأ التناقض مبدأ التناقض</w:t>
      </w:r>
    </w:p>
    <w:p>
      <w:r>
        <w:t>اه مثل هذا الفانوس في في التنقل بالسيارات قوانين المرور المرور عندك هذا المصباح احمر واخضر برتقالي</w:t>
      </w:r>
    </w:p>
    <w:p>
      <w:r>
        <w:t>الأحمر يوقف الأخضر يجيز المرور</w:t>
      </w:r>
    </w:p>
    <w:p>
      <w:r>
        <w:t>مبدأ التناقض مثل الاخضر آآ الاحمر</w:t>
      </w:r>
    </w:p>
    <w:p>
      <w:r>
        <w:t>اذا كانت القضية يعني التعين الهوية بتعين الماء يدمر الهوية هنا المصباح احمر</w:t>
      </w:r>
    </w:p>
    <w:p>
      <w:r>
        <w:t>القضية الزائفة</w:t>
      </w:r>
    </w:p>
    <w:p>
      <w:r>
        <w:t>اذا كانت لا يدمر آآ الهوية المصباح يعطي اخضر</w:t>
      </w:r>
    </w:p>
    <w:p>
      <w:r>
        <w:t>يعني اعبر</w:t>
      </w:r>
    </w:p>
    <w:p>
      <w:r>
        <w:t>ولا يثبت مبدأ الهوية ملاك التعين</w:t>
      </w:r>
    </w:p>
    <w:p>
      <w:r>
        <w:t>الذي يثبته هو مبدأ السبب الكافي</w:t>
      </w:r>
    </w:p>
    <w:p>
      <w:r>
        <w:t>كيف يثبت هو بدا السبب الكافي? يعني ما بدا السبب الكافي</w:t>
      </w:r>
    </w:p>
    <w:p>
      <w:r>
        <w:t>يؤطر العقل البشري والعقل البشري اذا تحرك وفق هذا التأطير يصل الى الملاك الواقعي</w:t>
      </w:r>
    </w:p>
    <w:p>
      <w:r>
        <w:t>بالنقاش المعرفي بالفكر</w:t>
      </w:r>
    </w:p>
    <w:p>
      <w:r>
        <w:t>مبدأ الهوية مبدأ السبب الكافي معيار</w:t>
      </w:r>
    </w:p>
    <w:p>
      <w:r>
        <w:t>ما يعطيه الملاك</w:t>
      </w:r>
    </w:p>
    <w:p>
      <w:r>
        <w:t>هو يبحث عن الملاك</w:t>
      </w:r>
    </w:p>
    <w:p>
      <w:r>
        <w:t>اين في المعطيات الخارجية? المعطيات الخارجية هو يعطي الملاك</w:t>
      </w:r>
    </w:p>
    <w:p>
      <w:r>
        <w:t>نعم</w:t>
      </w:r>
    </w:p>
    <w:p>
      <w:r>
        <w:t>تقول الشمس موجودة او الشمس آآ حارة</w:t>
      </w:r>
    </w:p>
    <w:p>
      <w:r>
        <w:t>هنا تعين بالموجولية وتعين بالحرارة</w:t>
      </w:r>
    </w:p>
    <w:p>
      <w:r>
        <w:t>وكل تعين مبدأ السبب الكافي يأتي</w:t>
      </w:r>
    </w:p>
    <w:p>
      <w:r>
        <w:t>مبدأ السبب الكافي هو الاطار الذي يجعلك تبحث عن ملك</w:t>
      </w:r>
    </w:p>
    <w:p>
      <w:r>
        <w:t>الشمس موجودة الشهود</w:t>
      </w:r>
    </w:p>
    <w:p>
      <w:r>
        <w:t>اذا كنا في الشهود والحقيقة الانطلوجية مبدأ السبب الكافي هناك في الذاتي</w:t>
      </w:r>
    </w:p>
    <w:p>
      <w:r>
        <w:t>لا يبحث عن شيء اخر بعد خلاص شو انا اشاهدها حارة تلمس سلة تلمس سلة البشرة عندي تؤلمني او الزجاج امامي ها ينفجر من الحرارة او ي حارة هذه كلها عمارات وعلامات على ماذا? على ان الشمس حارة</w:t>
      </w:r>
    </w:p>
    <w:p>
      <w:r>
        <w:t>هذه انا ابحث عنها في اطار من? في اطار مبدأ السبب الكافي</w:t>
      </w:r>
    </w:p>
    <w:p>
      <w:r>
        <w:t>كأن مبدأ السبب الكافي هو الطريق باللغة الفرنسية والكمال طريق المعبر الذي انا اذا انحست وتخليت عن هذا المعبر لا اصل الى هذه القضية</w:t>
      </w:r>
    </w:p>
    <w:p>
      <w:r>
        <w:t>ان الشمس موجودة او الشمس حارة</w:t>
      </w:r>
    </w:p>
    <w:p>
      <w:r>
        <w:t>ابدا لا اصل</w:t>
      </w:r>
    </w:p>
    <w:p>
      <w:r>
        <w:t>فاقع في القضايا الزائفة</w:t>
      </w:r>
    </w:p>
    <w:p>
      <w:r>
        <w:t>مبدأ التناقض يأتي ويقول احمر</w:t>
      </w:r>
    </w:p>
    <w:p>
      <w:r>
        <w:t>يعني هذه قضايا زائف باطلة</w:t>
      </w:r>
    </w:p>
    <w:p>
      <w:r>
        <w:t>ليست قضية مع ريفيا</w:t>
      </w:r>
    </w:p>
    <w:p>
      <w:r>
        <w:t>ما عندها علاقة بالواقع</w:t>
      </w:r>
    </w:p>
    <w:p>
      <w:r>
        <w:t>هذه افهمها جيدا</w:t>
      </w:r>
    </w:p>
    <w:p>
      <w:r>
        <w:t>اذا السؤال يعني ذلك الاطار الذي يخضع له الفكر البشري للوصول الى ملكات التعين</w:t>
      </w:r>
    </w:p>
    <w:p>
      <w:r>
        <w:t>نعم</w:t>
      </w:r>
    </w:p>
    <w:p>
      <w:r>
        <w:t>قال ومطلب لما وهو مطلب العلة</w:t>
      </w:r>
    </w:p>
    <w:p>
      <w:r>
        <w:t>العلة هنا بمعنى الملاك</w:t>
      </w:r>
    </w:p>
    <w:p>
      <w:r>
        <w:t>قد يكون هذا الملاك العلة بالمعنى الاصطلاحي</w:t>
      </w:r>
    </w:p>
    <w:p>
      <w:r>
        <w:t>العلة الفاعلية العلة القابلية العلة الصورية العلة الغائية</w:t>
      </w:r>
    </w:p>
    <w:p>
      <w:r>
        <w:t>وقد لا يكون يكون بلاك اخر نعم</w:t>
      </w:r>
    </w:p>
    <w:p>
      <w:r>
        <w:t>اما تصديق فقط كقولنا لم كان الجسم محدثا? يبحث لما تعين الجسم بالحدوث</w:t>
      </w:r>
    </w:p>
    <w:p>
      <w:r>
        <w:t>لاحظت عندنا جسم هوية</w:t>
      </w:r>
    </w:p>
    <w:p>
      <w:r>
        <w:t>الجسم وهو جسم جسم</w:t>
      </w:r>
    </w:p>
    <w:p>
      <w:r>
        <w:t>مبدأ الهوية</w:t>
      </w:r>
    </w:p>
    <w:p>
      <w:r>
        <w:t>تعين بالحدوث</w:t>
      </w:r>
    </w:p>
    <w:p>
      <w:r>
        <w:t>دخلنا الى مبدأ جواري</w:t>
      </w:r>
    </w:p>
    <w:p>
      <w:r>
        <w:t>سريعا يأتي لم? لما هو حادث ما بلا سبب كافي يحدد الاطار</w:t>
      </w:r>
    </w:p>
    <w:p>
      <w:r>
        <w:t>لكن من يكشف الملاك ملاك الحدوث? هو العقل البشري قد يصيب وقد يخطئ</w:t>
      </w:r>
    </w:p>
    <w:p>
      <w:r>
        <w:t>من المعطيات تكون ناقصة</w:t>
      </w:r>
    </w:p>
    <w:p>
      <w:r>
        <w:t>وان كانت المعايير مراعاة</w:t>
      </w:r>
    </w:p>
    <w:p>
      <w:r>
        <w:t>مرة لا</w:t>
      </w:r>
    </w:p>
    <w:p>
      <w:r>
        <w:t>المعطيات صحيحة الخارجية لا يراعي القواعد المنطقية والمعايير العقلية يخطئ مرة لا المعطيات صحيحة والمراعاة المنطقية والمعايير الصحيحة ولا يؤمن بالنتيجة لانه عنده مرض مرض استيقنتها انفسهم وهو جحدوا بها</w:t>
      </w:r>
    </w:p>
    <w:p>
      <w:r>
        <w:t>مرة لا المعطيات صحيحة المعايير يعني مراعاة يصل الى الحقيقة</w:t>
      </w:r>
    </w:p>
    <w:p>
      <w:r>
        <w:t>هذه الامور سجلها</w:t>
      </w:r>
    </w:p>
    <w:p>
      <w:r>
        <w:t>يقول ومطلب لما وهو مطلب العلة يعني الملاك ملاك التعين بتعين الماء</w:t>
      </w:r>
    </w:p>
    <w:p>
      <w:r>
        <w:t>هنا اعطى مثال الجسم حادث الجسم ما هو في مبدأ الهوية</w:t>
      </w:r>
    </w:p>
    <w:p>
      <w:r>
        <w:t>تقول شيخنا الجسم جسم لا زيادة ولا نقصان</w:t>
      </w:r>
    </w:p>
    <w:p>
      <w:r>
        <w:t>جميل</w:t>
      </w:r>
    </w:p>
    <w:p>
      <w:r>
        <w:t>حادث يعني خرج من مبدأ الهوية الى مبدأ التعين</w:t>
      </w:r>
    </w:p>
    <w:p>
      <w:r>
        <w:t>مبدأ الجوهرية بمجرد ان تتشكل قضية ياتي التصديق الجسم حارثه</w:t>
      </w:r>
    </w:p>
    <w:p>
      <w:r>
        <w:t>انا صدقت بالجسم حادث</w:t>
      </w:r>
    </w:p>
    <w:p>
      <w:r>
        <w:t>ما هو ملاك التصديق? يعني ما هو الملاك الذي جعلك تصدق? يعني فيه علة ملاك</w:t>
      </w:r>
    </w:p>
    <w:p>
      <w:r>
        <w:t>هو جعل الجسم اه حادثا نعم كقولنا لما كان الجسم محدثا? لان الجسم تعير بالحدوث تقول الجسم حادث</w:t>
      </w:r>
    </w:p>
    <w:p>
      <w:r>
        <w:t>او اه لهو وللوجود</w:t>
      </w:r>
    </w:p>
    <w:p>
      <w:r>
        <w:t>مم لحتى التشويش من من المحقق الطوسي في الجامعات الغربية هذا التشويش المعرفي الان انتهى</w:t>
      </w:r>
    </w:p>
    <w:p>
      <w:r>
        <w:t>وجدوه يربكوا العقل عقل العقل الانساني</w:t>
      </w:r>
    </w:p>
    <w:p>
      <w:r>
        <w:t>انت الان في الكفاية</w:t>
      </w:r>
    </w:p>
    <w:p>
      <w:r>
        <w:t>لا شك ان الكفاية مملوءة الكنوز الاصولية</w:t>
      </w:r>
    </w:p>
    <w:p>
      <w:r>
        <w:t>لكن طريقة التأليف مربكة جدا للطالب</w:t>
      </w:r>
    </w:p>
    <w:p>
      <w:r>
        <w:t>عيش آآ نصف حياته في الكفاية هو في ارجاء الضمائر</w:t>
      </w:r>
    </w:p>
    <w:p>
      <w:r>
        <w:t>انظروا الحلقات انت الحلقة الثالثة للسيد الصدر</w:t>
      </w:r>
    </w:p>
    <w:p>
      <w:r>
        <w:t>بهاء وجمال في التعبير</w:t>
      </w:r>
    </w:p>
    <w:p>
      <w:r>
        <w:t>انظر آآ كقولنا لما كان الجسم محدثا? يعني ابحث عن ملاك الحدوث للجسم</w:t>
      </w:r>
    </w:p>
    <w:p>
      <w:r>
        <w:t>او له يعني للحدوث او للوجود</w:t>
      </w:r>
    </w:p>
    <w:p>
      <w:r>
        <w:t>يعني تسأل الجسم موجود؟ لان الجسم وجود تعين كذلك</w:t>
      </w:r>
    </w:p>
    <w:p>
      <w:r>
        <w:t>تعين بالتحقق</w:t>
      </w:r>
    </w:p>
    <w:p>
      <w:r>
        <w:t>هل هي بسيطة؟ الحدوث هل هي مركبة؟ كقولنا لما يجذب المغناطيس الحديد</w:t>
      </w:r>
    </w:p>
    <w:p>
      <w:r>
        <w:t>فهذه امهات المطالب الاصول اذا لم عندها علاقة بمبدأ السبب الكافي</w:t>
      </w:r>
    </w:p>
    <w:p>
      <w:r>
        <w:t>مبدأ التناقض ومبدأ الثالث المرفوع</w:t>
      </w:r>
    </w:p>
    <w:p>
      <w:r>
        <w:t>هذه اه اه شرطيان</w:t>
      </w:r>
    </w:p>
    <w:p>
      <w:r>
        <w:t>بمجرد ان تتعين القضية وهذا التعين لمبدأ لا يليق بمبدأ الهوية بعد آآ مبدأ السبب الكافي اذا اطر المفكر المفكر لا يصل الى الملاك الواقعي ابدا</w:t>
      </w:r>
    </w:p>
    <w:p>
      <w:r>
        <w:t>لماذا? لان لا ملاك واقعي الى القضية الزائفة</w:t>
      </w:r>
    </w:p>
    <w:p>
      <w:r>
        <w:t>الى القضية الزائفة</w:t>
      </w:r>
    </w:p>
    <w:p>
      <w:r>
        <w:t>من يقول انها زائفة مبدأ التناقض ومبدأ الثالث المرفوع</w:t>
      </w:r>
    </w:p>
    <w:p>
      <w:r>
        <w:t>ثم الاصول الفرعية مبدأ الاتصال والانفصال عندك الجسم في مبدأ الهوية منفصل عن الحدوث</w:t>
      </w:r>
    </w:p>
    <w:p>
      <w:r>
        <w:t>هذا هو مبدأ الاتصال</w:t>
      </w:r>
    </w:p>
    <w:p>
      <w:r>
        <w:t>يجب ان تكون الهوية الجسمية غير هوية الحدوث</w:t>
      </w:r>
    </w:p>
    <w:p>
      <w:r>
        <w:t>الانفصال مبنى الاتصال</w:t>
      </w:r>
    </w:p>
    <w:p>
      <w:r>
        <w:t>الجسم حديث في اتصال</w:t>
      </w:r>
    </w:p>
    <w:p>
      <w:r>
        <w:t>لاحظت كيف? نعم</w:t>
      </w:r>
    </w:p>
    <w:p>
      <w:r>
        <w:t>ثم مبدأ الغاية</w:t>
      </w:r>
    </w:p>
    <w:p>
      <w:r>
        <w:t>نعم</w:t>
      </w:r>
    </w:p>
    <w:p>
      <w:r>
        <w:t>فهذه امهات المطالب اعني الاصول</w:t>
      </w:r>
    </w:p>
    <w:p>
      <w:r>
        <w:t>اقول هذا هو المطلب الثالث من الاصول وهو مطلب لما وهو ظربان احدهما ان يطلب به آآ يطلب به علة التصديق فقط علة التصديق يعني في النظم المنطقي</w:t>
      </w:r>
    </w:p>
    <w:p>
      <w:r>
        <w:t>هذا هو الحكم</w:t>
      </w:r>
    </w:p>
    <w:p>
      <w:r>
        <w:t>العلة الاثبات بقول حوزويين</w:t>
      </w:r>
    </w:p>
    <w:p>
      <w:r>
        <w:t>العلة الإثباتية يعني في البعد المعرفي</w:t>
      </w:r>
    </w:p>
    <w:p>
      <w:r>
        <w:t>وهو الذي يسأل به عن الحد الأوسط الذي هو علة الإعتقاد والتصديق</w:t>
      </w:r>
    </w:p>
    <w:p>
      <w:r>
        <w:t>طبعا في الإستدلالات نبحث عن الحد الأوسط الذي هو علة النتيجة</w:t>
      </w:r>
    </w:p>
    <w:p>
      <w:r>
        <w:t>كقولنا لما كان محدثا فتأتي بالحد الاوسط</w:t>
      </w:r>
    </w:p>
    <w:p>
      <w:r>
        <w:t>تقول لان هكذا لان سين ولدا الجسم الجسم حادثا</w:t>
      </w:r>
    </w:p>
    <w:p>
      <w:r>
        <w:t>والثاني ان يطرو به علة التصديق والوجود معا</w:t>
      </w:r>
    </w:p>
    <w:p>
      <w:r>
        <w:t>هذا بعد يفيد اليقين? يعني يكتشف عن الملاك الواقعي</w:t>
      </w:r>
    </w:p>
    <w:p>
      <w:r>
        <w:t>فهو في دائرة الملاك الواقعي وفي الكشف كذلك الملاك الواقعي</w:t>
      </w:r>
    </w:p>
    <w:p>
      <w:r>
        <w:t>ولهذا يقول علة التصديق يعني البعد المعرفي والوجود يعني البعد التحققي الانطلوجي</w:t>
      </w:r>
    </w:p>
    <w:p>
      <w:r>
        <w:t>مقام اثبات ومقام الثبوت عندنا حتى يكون السائل به يسأل عن علة الشيء في نفسه في نفس الامر</w:t>
      </w:r>
    </w:p>
    <w:p>
      <w:r>
        <w:t>يعني في الحقيقة على ما هو عليه في الحقيقة اما مطلقا كالوجود هل الله موجود? او آآ ان مطلقا او كونه على حالة ما هل هي مركبة? الله عالم</w:t>
      </w:r>
    </w:p>
    <w:p>
      <w:r>
        <w:t>الله حي</w:t>
      </w:r>
    </w:p>
    <w:p>
      <w:r>
        <w:t>كقولنا لما يجذب لما يجذب الحديد فان الجذب معلوم وعلته غير معلومة</w:t>
      </w:r>
    </w:p>
    <w:p>
      <w:r>
        <w:t>رح نبحث عن خاصية في الحديد</w:t>
      </w:r>
    </w:p>
    <w:p>
      <w:r>
        <w:t>وخاصية في المغناطيس</w:t>
      </w:r>
    </w:p>
    <w:p>
      <w:r>
        <w:t>نجد العلة</w:t>
      </w:r>
    </w:p>
    <w:p>
      <w:r>
        <w:t>اذا هذا بحث فيزيائي</w:t>
      </w:r>
    </w:p>
    <w:p>
      <w:r>
        <w:t>نعم</w:t>
      </w:r>
    </w:p>
    <w:p>
      <w:r>
        <w:t>وهذا المطلب يتأخر عن المطلبين الاول يعني مطلب اه الماء الحقيقية والهلية البسيطة والمركبة ثم يأتي لما الاثبات لما الثبوت لما المعرفي لما التحقق</w:t>
      </w:r>
    </w:p>
    <w:p>
      <w:r>
        <w:t>نعم</w:t>
      </w:r>
    </w:p>
    <w:p>
      <w:r>
        <w:t>اه البقية تأتي ان شاء الله اللهم صلي على محمد وال محمد</w:t>
      </w:r>
    </w:p>
    <w:p>
      <w:r>
        <w:t>اللهم صلي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