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وصلنا معكم الى هذا العنوان فروع المطالب</w:t>
      </w:r>
    </w:p>
    <w:p>
      <w:r>
        <w:t>قال الماثل المحقق التونسي والفروع كثيرة</w:t>
      </w:r>
    </w:p>
    <w:p>
      <w:r>
        <w:t>الفروع فروع المطالب</w:t>
      </w:r>
    </w:p>
    <w:p>
      <w:r>
        <w:t>منها مطلب اي لطلب التمييز</w:t>
      </w:r>
    </w:p>
    <w:p>
      <w:r>
        <w:t>وان اضيفت الى ما تقدما فكان لكل من والتصديق مطلبا</w:t>
      </w:r>
    </w:p>
    <w:p>
      <w:r>
        <w:t>نعم</w:t>
      </w:r>
    </w:p>
    <w:p>
      <w:r>
        <w:t>اي تصوري واي التصديق</w:t>
      </w:r>
    </w:p>
    <w:p>
      <w:r>
        <w:t>ومطالب كم? هذي عندها علاقة به</w:t>
      </w:r>
    </w:p>
    <w:p>
      <w:r>
        <w:t>الامور المادية في النشأة المادية</w:t>
      </w:r>
    </w:p>
    <w:p>
      <w:r>
        <w:t>التقسيم لا التقسيم يعلو على الامور المادية لكن الكم امور مادية يعني الكم في الامتدادات والكيف الكيف لا الكيف قد يكون ماديا وقد يكون والاعم الاغلب ميتافيزيقيا</w:t>
      </w:r>
    </w:p>
    <w:p>
      <w:r>
        <w:t>والاين الكون في في المكان مادي</w:t>
      </w:r>
    </w:p>
    <w:p>
      <w:r>
        <w:t>ومتى الكون في الزمان اه مادي ومن هذا من? لا</w:t>
      </w:r>
    </w:p>
    <w:p>
      <w:r>
        <w:t>عنده علاقة الماديات مطلق</w:t>
      </w:r>
    </w:p>
    <w:p>
      <w:r>
        <w:t>آآ وتقوم هل المركبة مقامهما جميعا في بعض الاحوال</w:t>
      </w:r>
    </w:p>
    <w:p>
      <w:r>
        <w:t>يقول هذه كلها تعود الى الهدية المركبة</w:t>
      </w:r>
    </w:p>
    <w:p>
      <w:r>
        <w:t>لانه التأين والت والتمكن ووكلها عبارة عن اه تعينات تأتي بعد الوجود</w:t>
      </w:r>
    </w:p>
    <w:p>
      <w:r>
        <w:t>فتنطوي تحت الهدية المركبة</w:t>
      </w:r>
    </w:p>
    <w:p>
      <w:r>
        <w:t>وهذا الكلام صحيح</w:t>
      </w:r>
    </w:p>
    <w:p>
      <w:r>
        <w:t>اقول فروع المطالب كثيرة منها مطلب اي والطالب به بهذا المطلب يسأل عن تمييز الشيء عن غيره</w:t>
      </w:r>
    </w:p>
    <w:p>
      <w:r>
        <w:t>نعم</w:t>
      </w:r>
    </w:p>
    <w:p>
      <w:r>
        <w:t>تقول الانسان يجيبك حيوان</w:t>
      </w:r>
    </w:p>
    <w:p>
      <w:r>
        <w:t>تقول له اي حيوان؟ يعني اي نوع من الحيوان؟ يقول ناطقه</w:t>
      </w:r>
    </w:p>
    <w:p>
      <w:r>
        <w:t>انسان ناطقون</w:t>
      </w:r>
    </w:p>
    <w:p>
      <w:r>
        <w:t>نعم</w:t>
      </w:r>
    </w:p>
    <w:p>
      <w:r>
        <w:t>اما تمييزا ذاتيا كما نقول الانسان حيوان ناطق تمييز في صميم الذات مبدأ الهوية</w:t>
      </w:r>
    </w:p>
    <w:p>
      <w:r>
        <w:t>او عرضيا تقول آآ حيوان متعجب</w:t>
      </w:r>
    </w:p>
    <w:p>
      <w:r>
        <w:t>الذي يتعجب فقط هو الانسان لانه يدرك آآ النكتة فيتعجب الحيوان لا يتعجب</w:t>
      </w:r>
    </w:p>
    <w:p>
      <w:r>
        <w:t>نعم هذه في هذه الرسوم المتحركة او الكرتون تجد الحيوانات آآ تضحك وآآ تمارس امور عقلية عقلانية</w:t>
      </w:r>
    </w:p>
    <w:p>
      <w:r>
        <w:t>هذا فقط بالاعتبار ادعاء في ادعاء</w:t>
      </w:r>
    </w:p>
    <w:p>
      <w:r>
        <w:t>ليس حقيقة</w:t>
      </w:r>
    </w:p>
    <w:p>
      <w:r>
        <w:t>نعم</w:t>
      </w:r>
    </w:p>
    <w:p>
      <w:r>
        <w:t>ادعاء يريد غرضا عقلاء يضحكوك</w:t>
      </w:r>
    </w:p>
    <w:p>
      <w:r>
        <w:t>يحثك على الفكر</w:t>
      </w:r>
    </w:p>
    <w:p>
      <w:r>
        <w:t>يحرك سليقتك يحرك فكرك</w:t>
      </w:r>
    </w:p>
    <w:p>
      <w:r>
        <w:t>فيجب الحيوان بالادعاء تحت الناطقية فيسري فيه بالادعاء خصوصيات ناطقية منها التعجب والضحك ما اشبه ذلك</w:t>
      </w:r>
    </w:p>
    <w:p>
      <w:r>
        <w:t>نعم</w:t>
      </w:r>
    </w:p>
    <w:p>
      <w:r>
        <w:t>وقد يضاف الى الاصول فتكون مطالب التصور اثنين هما ما واي</w:t>
      </w:r>
    </w:p>
    <w:p>
      <w:r>
        <w:t>ومطالب التصديق اثنين هما هل ولما? هذه بيناها فيما مر</w:t>
      </w:r>
    </w:p>
    <w:p>
      <w:r>
        <w:t>اذا اي تعود الى التصور</w:t>
      </w:r>
    </w:p>
    <w:p>
      <w:r>
        <w:t>ومن المطالب الفرعية كم الشيء? يسأل وهو يسأل به عن مقداره</w:t>
      </w:r>
    </w:p>
    <w:p>
      <w:r>
        <w:t>في البعد المادي</w:t>
      </w:r>
    </w:p>
    <w:p>
      <w:r>
        <w:t>وكيف الشيء ويسأل عن احواله? هذا الكيف لا</w:t>
      </w:r>
    </w:p>
    <w:p>
      <w:r>
        <w:t>اغلبه ميتافيزيقي</w:t>
      </w:r>
    </w:p>
    <w:p>
      <w:r>
        <w:t>نعم</w:t>
      </w:r>
    </w:p>
    <w:p>
      <w:r>
        <w:t>واين الشيء? هذا مادي بامتياز</w:t>
      </w:r>
    </w:p>
    <w:p>
      <w:r>
        <w:t>ويسأل به عن مكانه</w:t>
      </w:r>
    </w:p>
    <w:p>
      <w:r>
        <w:t>ومتى الشيء ويسأل به هذا مادي بامتياز</w:t>
      </w:r>
    </w:p>
    <w:p>
      <w:r>
        <w:t>من الزمنيات مادية</w:t>
      </w:r>
    </w:p>
    <w:p>
      <w:r>
        <w:t>ومن هو ويسأل به عن تميزه بعوارضه? هذا يعلو عن الماديات ومن الماديات كذلك</w:t>
      </w:r>
    </w:p>
    <w:p>
      <w:r>
        <w:t>اعم</w:t>
      </w:r>
    </w:p>
    <w:p>
      <w:r>
        <w:t>وانما كانت هذه فروعا</w:t>
      </w:r>
    </w:p>
    <w:p>
      <w:r>
        <w:t>لماذا? هي فروع لانها تعود كلها الى الهدية</w:t>
      </w:r>
    </w:p>
    <w:p>
      <w:r>
        <w:t>اما لا علاقة آآ عادة لها علاقة بالهدية المركبة</w:t>
      </w:r>
    </w:p>
    <w:p>
      <w:r>
        <w:t>من مصاديق الهدية المركبة</w:t>
      </w:r>
    </w:p>
    <w:p>
      <w:r>
        <w:t>لان تعينات ما قبل ما ما بعد الوجود</w:t>
      </w:r>
    </w:p>
    <w:p>
      <w:r>
        <w:t>تعينات ما بعد الوجود</w:t>
      </w:r>
    </w:p>
    <w:p>
      <w:r>
        <w:t>وانما كانت هذه فروعا لان المركبة تقوم مقامها في بعض الاحوال فان قولنا هل مقداره هكذا? يقوم مقام كم الشيء? نعم</w:t>
      </w:r>
    </w:p>
    <w:p>
      <w:r>
        <w:t>يعني في شيء يتكمم</w:t>
      </w:r>
    </w:p>
    <w:p>
      <w:r>
        <w:t>اذا مركب</w:t>
      </w:r>
    </w:p>
    <w:p>
      <w:r>
        <w:t>وقولنا هل هو حال كذا? حال كذا يقوم كيفه? وقولنا هل زيد في الدار يقوم مقام? اين هو? وكذا الباقي</w:t>
      </w:r>
    </w:p>
    <w:p>
      <w:r>
        <w:t>اذا كلها اليات مركبة في الحقيقة</w:t>
      </w:r>
    </w:p>
    <w:p>
      <w:r>
        <w:t>وام واما تقوم بها المركبة هذه كلها اللي هي مركبة</w:t>
      </w:r>
    </w:p>
    <w:p>
      <w:r>
        <w:t>يا شيخ</w:t>
      </w:r>
    </w:p>
    <w:p>
      <w:r>
        <w:t>مقامها اذا عرف المطلب ويسأل عن تعينه واما اذا لم يعلن فلا تقوموا مقاما</w:t>
      </w:r>
    </w:p>
    <w:p>
      <w:r>
        <w:t>فان من لا يعرف الدار مثلا لا يصح ان يقال له هل هل زيد في الدار? بل يسأل بأين? اين زيد? فهذا لهذا قال المصنف رحمه الله في بعض الاحوال نعم ليس في كل الاحوال هي تتماهى في مبنى في بعض الاحوال</w:t>
      </w:r>
    </w:p>
    <w:p>
      <w:r>
        <w:t>اذا انت اذا ما تشخص الدار تقول اين زيت? اذا شخصت دار تقول اين زيد في الدار? في في اطبخ في الصالون امور سهلة جدا</w:t>
      </w:r>
    </w:p>
    <w:p>
      <w:r>
        <w:t>لا اريد الوقوف عندها كثيرا</w:t>
      </w:r>
    </w:p>
    <w:p>
      <w:r>
        <w:t>اذا هذه المطالب التي تنتمي الى حكومة مبدأ الجوهرية في تعين التعين القضوي وتنتمي الى مبدأ السبب الكافي في تعين ملاك في كشف ملاك التعين الايبستيمي والواقعي وتنتمي الى حكومة مبدأ التناقض في زيفها او في غير زيفها في حقانيتها</w:t>
      </w:r>
    </w:p>
    <w:p>
      <w:r>
        <w:t>ومبدأ ثالث مرفوع تابع مبدأ التناقض</w:t>
      </w:r>
    </w:p>
    <w:p>
      <w:r>
        <w:t>ها هي القصة</w:t>
      </w:r>
    </w:p>
    <w:p>
      <w:r>
        <w:t>نعم</w:t>
      </w:r>
    </w:p>
    <w:p>
      <w:r>
        <w:t>ترتيب المطالب ترتيب المطالب حسب المعايير العقلية</w:t>
      </w:r>
    </w:p>
    <w:p>
      <w:r>
        <w:t>الماء الحقيقي يتبع مبدأ الهوية ثم تعين القضية مبدأ الجوهرية</w:t>
      </w:r>
    </w:p>
    <w:p>
      <w:r>
        <w:t>ثم البحوث البحث عن ملاك التعين</w:t>
      </w:r>
    </w:p>
    <w:p>
      <w:r>
        <w:t>ملاك التعين الاثبات المعرفي والتحقق الوجودي</w:t>
      </w:r>
    </w:p>
    <w:p>
      <w:r>
        <w:t>يأتي مبدأ السبب الكافي</w:t>
      </w:r>
    </w:p>
    <w:p>
      <w:r>
        <w:t>اما مبدأ التناقض ومبدأ الثالث مرفوع قلنا هادي آآ عبارة عن آآ مصابيح احمر اخضر فقط</w:t>
      </w:r>
    </w:p>
    <w:p>
      <w:r>
        <w:t>نعم</w:t>
      </w:r>
    </w:p>
    <w:p>
      <w:r>
        <w:t>وحركة السيارات عبارة عن النشاط الفكري النشاط الفكري</w:t>
      </w:r>
    </w:p>
    <w:p>
      <w:r>
        <w:t>نعم</w:t>
      </w:r>
    </w:p>
    <w:p>
      <w:r>
        <w:t>ثم تقول لماذا هذا لف على اليمين? هذه السيارة لفت على اليمين</w:t>
      </w:r>
    </w:p>
    <w:p>
      <w:r>
        <w:t>تقول لان المصباح اخضر اجاز لها المرور</w:t>
      </w:r>
    </w:p>
    <w:p>
      <w:r>
        <w:t>جيت</w:t>
      </w:r>
    </w:p>
    <w:p>
      <w:r>
        <w:t>هذا ملاك اللفع اليمين من حيث مصباح لا من حيث من حيث اخر لان الجامعة من هذا الطرف لانه استاذ جامعي يلف عن يميننا الجامعة على اليمين لاحظت كيف? نعم</w:t>
      </w:r>
    </w:p>
    <w:p>
      <w:r>
        <w:t>هذه كلها يجب ان تفهم جيدا وهي حارسة على الحقيقة الخارجية</w:t>
      </w:r>
    </w:p>
    <w:p>
      <w:r>
        <w:t>فالانسان اذا تناغم معها في فكره فهو في متن الواقع</w:t>
      </w:r>
    </w:p>
    <w:p>
      <w:r>
        <w:t>كشفان معرفيا</w:t>
      </w:r>
    </w:p>
    <w:p>
      <w:r>
        <w:t>نعم</w:t>
      </w:r>
    </w:p>
    <w:p>
      <w:r>
        <w:t>ترتيب المطالب</w:t>
      </w:r>
    </w:p>
    <w:p>
      <w:r>
        <w:t>كيف تترتب? قلت لكم والترتيب في النظم المنطقي مبدأ الهوية مبدأ الجوهرية مبدأ السبب الكافي</w:t>
      </w:r>
    </w:p>
    <w:p>
      <w:r>
        <w:t>مبدأ الهوية ما الحقيقية ما الشريحة قاموسية لا لا تهمني</w:t>
      </w:r>
    </w:p>
    <w:p>
      <w:r>
        <w:t>ثم التعاير القضوي بمبدأ الجوهرية</w:t>
      </w:r>
    </w:p>
    <w:p>
      <w:r>
        <w:t>ثم يأتي مبنى السبيل بالكافي يقول ملاك التعين</w:t>
      </w:r>
    </w:p>
    <w:p>
      <w:r>
        <w:t>بالوجود او بحيث غير الوجود</w:t>
      </w:r>
    </w:p>
    <w:p>
      <w:r>
        <w:t>في ذات الهلي المركبة او في دائرة الهلية البسيطة</w:t>
      </w:r>
    </w:p>
    <w:p>
      <w:r>
        <w:t>هذا هو الترتيب</w:t>
      </w:r>
    </w:p>
    <w:p>
      <w:r>
        <w:t>نعم</w:t>
      </w:r>
    </w:p>
    <w:p>
      <w:r>
        <w:t>قال ويتصل لما بهل فيتبعه نعم</w:t>
      </w:r>
    </w:p>
    <w:p>
      <w:r>
        <w:t>ما الحقيقية هل البسيطة? هل المركبة لما? لان لما ما بدا سبب الكافي? يسأل عن ملاك التعين</w:t>
      </w:r>
    </w:p>
    <w:p>
      <w:r>
        <w:t>اذا فيه ملاك التعين</w:t>
      </w:r>
    </w:p>
    <w:p>
      <w:r>
        <w:t>يعني في تعين سابق تعين ما هو? قضية اما هلية بسيطة واما هلية مركبة</w:t>
      </w:r>
    </w:p>
    <w:p>
      <w:r>
        <w:t>نعم</w:t>
      </w:r>
    </w:p>
    <w:p>
      <w:r>
        <w:t>ويتصل لما بهل فيدبحه</w:t>
      </w:r>
    </w:p>
    <w:p>
      <w:r>
        <w:t>مبدأ السبب الكافي لا يشتغل في مبدأ الهوية</w:t>
      </w:r>
    </w:p>
    <w:p>
      <w:r>
        <w:t>لان الانسان انسان نحن في الذات</w:t>
      </w:r>
    </w:p>
    <w:p>
      <w:r>
        <w:t>فمبدأ السبب الكافي هنا ما عنده سلم انت في الطريق الصحيح</w:t>
      </w:r>
    </w:p>
    <w:p>
      <w:r>
        <w:t>يسلم لك فكريا</w:t>
      </w:r>
    </w:p>
    <w:p>
      <w:r>
        <w:t>نعم</w:t>
      </w:r>
    </w:p>
    <w:p>
      <w:r>
        <w:t>اما اذا قلت الانسان حمار التعين غير الهوية</w:t>
      </w:r>
    </w:p>
    <w:p>
      <w:r>
        <w:t>تعين انسان تعين بالحمار</w:t>
      </w:r>
    </w:p>
    <w:p>
      <w:r>
        <w:t>نعم مدرسة ابن الكافي يقول لا</w:t>
      </w:r>
    </w:p>
    <w:p>
      <w:r>
        <w:t>لماذا? لان المصباح الاحمر مبدأ التناقض يقول لا</w:t>
      </w:r>
    </w:p>
    <w:p>
      <w:r>
        <w:t>الانسان حمار يعني ناطق آآ بليد ناطق وليس مناطق منذ التناقض</w:t>
      </w:r>
    </w:p>
    <w:p>
      <w:r>
        <w:t>المهم اقول لما فرغ المصنف من تعديد المطالب</w:t>
      </w:r>
    </w:p>
    <w:p>
      <w:r>
        <w:t>الاصولية والفرعية</w:t>
      </w:r>
    </w:p>
    <w:p>
      <w:r>
        <w:t>شرع في بيان تناسبها في الترتيب</w:t>
      </w:r>
    </w:p>
    <w:p>
      <w:r>
        <w:t>وهذا الترتيب ترتيب تكويني</w:t>
      </w:r>
    </w:p>
    <w:p>
      <w:r>
        <w:t>ترتيب تكويني</w:t>
      </w:r>
    </w:p>
    <w:p>
      <w:r>
        <w:t>نعم</w:t>
      </w:r>
    </w:p>
    <w:p>
      <w:r>
        <w:t>النظم التحققي له ترتيب خاص</w:t>
      </w:r>
    </w:p>
    <w:p>
      <w:r>
        <w:t>ساشير اليه</w:t>
      </w:r>
    </w:p>
    <w:p>
      <w:r>
        <w:t>خلينا نركز على الترتيب في النظم المنطقي</w:t>
      </w:r>
    </w:p>
    <w:p>
      <w:r>
        <w:t>يعني في دائرة الفكر ثم نعود الى النظم التحققي</w:t>
      </w:r>
    </w:p>
    <w:p>
      <w:r>
        <w:t>ترى المسألة تختلف تماما</w:t>
      </w:r>
    </w:p>
    <w:p>
      <w:r>
        <w:t>كما خلط بينهما العلامة الحلي والمحقق الطوبسي</w:t>
      </w:r>
    </w:p>
    <w:p>
      <w:r>
        <w:t>ان هذه الامور لم تكن ذلك الزمن واضحا</w:t>
      </w:r>
    </w:p>
    <w:p>
      <w:r>
        <w:t>نعم</w:t>
      </w:r>
    </w:p>
    <w:p>
      <w:r>
        <w:t>ولما كان مطلب لم? ما بدا سبب الكافي</w:t>
      </w:r>
    </w:p>
    <w:p>
      <w:r>
        <w:t>اللي ما ولما مؤمن</w:t>
      </w:r>
    </w:p>
    <w:p>
      <w:r>
        <w:t>يعني يسأل عن ملك تعين بالوجود او ملك تعين بغير الوجود</w:t>
      </w:r>
    </w:p>
    <w:p>
      <w:r>
        <w:t>كالعلم الحياة الايمان</w:t>
      </w:r>
    </w:p>
    <w:p>
      <w:r>
        <w:t>انما يطلب به علة وجود الشيء في نفسه</w:t>
      </w:r>
    </w:p>
    <w:p>
      <w:r>
        <w:t>هذه الهدية البسيطة</w:t>
      </w:r>
    </w:p>
    <w:p>
      <w:r>
        <w:t>لما موجود؟ لما الشمس موجودة؟ شهود هنا مقام الاثبات ومقام الثبوت حقيقة واحدة</w:t>
      </w:r>
    </w:p>
    <w:p>
      <w:r>
        <w:t>يعني العلم الشهودي ثم نقول في مقام الاثبات القضوي الشمس موجودة</w:t>
      </w:r>
    </w:p>
    <w:p>
      <w:r>
        <w:t>نعم</w:t>
      </w:r>
    </w:p>
    <w:p>
      <w:r>
        <w:t>انما يطلب بها علة وجود الشيء في نفسه</w:t>
      </w:r>
    </w:p>
    <w:p>
      <w:r>
        <w:t>هذه الهدية البسيطة</w:t>
      </w:r>
    </w:p>
    <w:p>
      <w:r>
        <w:t>او علة وجوده بحال كذا</w:t>
      </w:r>
    </w:p>
    <w:p>
      <w:r>
        <w:t>هذه هي هل هي المركبة? ومطلبها يطلب به اما وجود الشيء في نفسه</w:t>
      </w:r>
    </w:p>
    <w:p>
      <w:r>
        <w:t>او وجود الشيء بحاء لين كذا نعم</w:t>
      </w:r>
    </w:p>
    <w:p>
      <w:r>
        <w:t>وكان الثاني اسبق من الاول في المعرفة</w:t>
      </w:r>
    </w:p>
    <w:p>
      <w:r>
        <w:t>الوجوب قبل التعين به غير الوجود</w:t>
      </w:r>
    </w:p>
    <w:p>
      <w:r>
        <w:t>الله موجود تأتي الحياة والعلم في الترتيب المنطقي والعلمي</w:t>
      </w:r>
    </w:p>
    <w:p>
      <w:r>
        <w:t>ولهذا قال وكان الثاني اسبق من الأول في المعرفة</w:t>
      </w:r>
    </w:p>
    <w:p>
      <w:r>
        <w:t>خلينا هذه وكالة ثانية ثاني من? خليني نعيد التطبيق حتى يستقر السياق</w:t>
      </w:r>
    </w:p>
    <w:p>
      <w:r>
        <w:t>ولما كان مطلب لما مطلب لما يعني نبحث عن لماذا الشيء موجود? او لماذا الشيء اه صفة غير الوجود? كريم حي عالم مؤمن انما يطلب بها علة وجود الشيء في نفسه هذه الهدية البسيطة</w:t>
      </w:r>
    </w:p>
    <w:p>
      <w:r>
        <w:t>موجود</w:t>
      </w:r>
    </w:p>
    <w:p>
      <w:r>
        <w:t>او علة وجود بحال كذا</w:t>
      </w:r>
    </w:p>
    <w:p>
      <w:r>
        <w:t>الف عالم</w:t>
      </w:r>
    </w:p>
    <w:p>
      <w:r>
        <w:t>ومطلبه هل يطلب به اما وجود شي في نفسي? هل هي البسيطة? نعم</w:t>
      </w:r>
    </w:p>
    <w:p>
      <w:r>
        <w:t>او اه وجوده بحال كذا هل يا مركبة؟ وكان الثاني كان الثاني من؟ هل هي المركبة؟ حسب السياق اسبق من الأول في المعرفة</w:t>
      </w:r>
    </w:p>
    <w:p>
      <w:r>
        <w:t>اسبق من الاول في المعرفة يعني هل هي المركبة سابقة على الهيئة البسيطة? لا جرى مكان مطلب لما كان الاول نعم ايه اه الثاني لحتى التشويش</w:t>
      </w:r>
    </w:p>
    <w:p>
      <w:r>
        <w:t>وكان الثاني يكتب تحته مطلب لما</w:t>
      </w:r>
    </w:p>
    <w:p>
      <w:r>
        <w:t>يعني ما عنده علاقة بالهلية البسيطة والهيئة المركبة</w:t>
      </w:r>
    </w:p>
    <w:p>
      <w:r>
        <w:t>لاحظت ذهنك وين مشوش? انت في سياق الهدية البسيطة ولا المركبة</w:t>
      </w:r>
    </w:p>
    <w:p>
      <w:r>
        <w:t>ثم يقول وكان الثاني ذهنك ينصرف المركبة</w:t>
      </w:r>
    </w:p>
    <w:p>
      <w:r>
        <w:t>كيف تكون الهلية المركبة؟ اسبق منها الهدية البسيطة في المعرفة</w:t>
      </w:r>
    </w:p>
    <w:p>
      <w:r>
        <w:t>تشويش</w:t>
      </w:r>
    </w:p>
    <w:p>
      <w:r>
        <w:t>اذا فسر الثاني نفسر الثاني بالهليل آآ لما الشيء</w:t>
      </w:r>
    </w:p>
    <w:p>
      <w:r>
        <w:t>يعني مطلب لما؟ وكان الثاني اكتب تحته</w:t>
      </w:r>
    </w:p>
    <w:p>
      <w:r>
        <w:t>آآ مطلب لم? اسبق من الاول</w:t>
      </w:r>
    </w:p>
    <w:p>
      <w:r>
        <w:t>الاول من? مطلب هل بشقيه? البسيط او المركب</w:t>
      </w:r>
    </w:p>
    <w:p>
      <w:r>
        <w:t>في المعرفة نعم</w:t>
      </w:r>
    </w:p>
    <w:p>
      <w:r>
        <w:t>لا جار مكان مطلبا متقدما على مطلب الام</w:t>
      </w:r>
    </w:p>
    <w:p>
      <w:r>
        <w:t>يعني مطلب الاول متقدم على المطلب الثاني</w:t>
      </w:r>
    </w:p>
    <w:p>
      <w:r>
        <w:t>مطلب لما به بهل وتبعه</w:t>
      </w:r>
    </w:p>
    <w:p>
      <w:r>
        <w:t>نعم ياتي بعده</w:t>
      </w:r>
    </w:p>
    <w:p>
      <w:r>
        <w:t>لماذا? لان مبدأ السبب الكافي يعني لما? يأتي بعد تعين القضية</w:t>
      </w:r>
    </w:p>
    <w:p>
      <w:r>
        <w:t>يعني الهوية تعينت بتعين بقانون المبنى الجواري</w:t>
      </w:r>
    </w:p>
    <w:p>
      <w:r>
        <w:t>حين يأتي السؤال لم? ولما حي? نعم</w:t>
      </w:r>
    </w:p>
    <w:p>
      <w:r>
        <w:t>يقال هل كذا موجود? هل هي باسطة</w:t>
      </w:r>
    </w:p>
    <w:p>
      <w:r>
        <w:t>فاذا قيل نعم قيل لما هو موجود? اه مبدأ السبب الكافي</w:t>
      </w:r>
    </w:p>
    <w:p>
      <w:r>
        <w:t>وكذا في هل المركبة? فانه ما لم يعرف وجود الشيء مطلقا</w:t>
      </w:r>
    </w:p>
    <w:p>
      <w:r>
        <w:t>او بحال لم يطلب علته</w:t>
      </w:r>
    </w:p>
    <w:p>
      <w:r>
        <w:t>اذا كذلك الهدية المركبة تسبق اه مبدأ السب الكافي</w:t>
      </w:r>
    </w:p>
    <w:p>
      <w:r>
        <w:t>لما الله اه عالم لانه حي وهكذا</w:t>
      </w:r>
    </w:p>
    <w:p>
      <w:r>
        <w:t>جيت</w:t>
      </w:r>
    </w:p>
    <w:p>
      <w:r>
        <w:t>اذا هذا الترتيب اه الترتيب ترتيب وفق المعايير</w:t>
      </w:r>
    </w:p>
    <w:p>
      <w:r>
        <w:t>الان نأتي الى النظم التحققي</w:t>
      </w:r>
    </w:p>
    <w:p>
      <w:r>
        <w:t>هذا الترتيب الذي بيناه وفصلناه اي في النظم المنطقي</w:t>
      </w:r>
    </w:p>
    <w:p>
      <w:r>
        <w:t>من المعايير السرمدية هي قنوات للذهن وهو يبحث عن المعرفة</w:t>
      </w:r>
    </w:p>
    <w:p>
      <w:r>
        <w:t>والحقيقة التي توصله الى الواقع الخارجي</w:t>
      </w:r>
    </w:p>
    <w:p>
      <w:r>
        <w:t>الان نأتي الى الواقع الخارجي بعيد عن الفاعل المعرفي</w:t>
      </w:r>
    </w:p>
    <w:p>
      <w:r>
        <w:t>بعيد عن النظم عن النظم المنطقي</w:t>
      </w:r>
    </w:p>
    <w:p>
      <w:r>
        <w:t>كيف هو? نعم كيف? الهدية المركز هي الاساس</w:t>
      </w:r>
    </w:p>
    <w:p>
      <w:r>
        <w:t>هل هي المراكبة هي هي السابقة</w:t>
      </w:r>
    </w:p>
    <w:p>
      <w:r>
        <w:t>تقول عجيب شيخنا نعم انت ما عندك الله تعالى موجود فقط</w:t>
      </w:r>
    </w:p>
    <w:p>
      <w:r>
        <w:t>الله موجود ما عندنا انسان موجود ما عندنا</w:t>
      </w:r>
    </w:p>
    <w:p>
      <w:r>
        <w:t>النار موجودة ما عندنا</w:t>
      </w:r>
    </w:p>
    <w:p>
      <w:r>
        <w:t>عندنا الله تعالى بجميع حيثياته</w:t>
      </w:r>
    </w:p>
    <w:p>
      <w:r>
        <w:t>وهذه الالية عند النار المحرقة عندنا الماء البارد ما عندنا الماء موجود فقط لوحده ابدا</w:t>
      </w:r>
    </w:p>
    <w:p>
      <w:r>
        <w:t>هل هي بسيطة لوحدها خالية عن تعينات اخرى ما عندنا في الواقع الخارجي</w:t>
      </w:r>
    </w:p>
    <w:p>
      <w:r>
        <w:t>اذا اول شيء في الواقع الخارجي هو الهدية المركبة</w:t>
      </w:r>
    </w:p>
    <w:p>
      <w:r>
        <w:t>ثم نأتي الى تحليل المفردتين الموضوع المحمول بعد تتعين مبدأ مبدأ الهوية الموضوعية ومبدأ الهوية المحمولية</w:t>
      </w:r>
    </w:p>
    <w:p>
      <w:r>
        <w:t>نعم ثم نكتشف هل هي اخرى? هذا الذي تعين التعين موجود ام معدوم حتما موجود</w:t>
      </w:r>
    </w:p>
    <w:p>
      <w:r>
        <w:t>القاعدة الفرعية فنصل الى البسيطة ان الما موجود يعني الماء البارد لا يكون بارد اذا كان موجود</w:t>
      </w:r>
    </w:p>
    <w:p>
      <w:r>
        <w:t>فتخرج الهدية البسيطة</w:t>
      </w:r>
    </w:p>
    <w:p>
      <w:r>
        <w:t>ثم نكتشف عن العلل السابقة لهذا التعين</w:t>
      </w:r>
    </w:p>
    <w:p>
      <w:r>
        <w:t>لاحظت نكتشف نكتشف نكتشف البعد المعرفي</w:t>
      </w:r>
    </w:p>
    <w:p>
      <w:r>
        <w:t>اما في الواقع لا</w:t>
      </w:r>
    </w:p>
    <w:p>
      <w:r>
        <w:t>فوقع مبدأ مبدأ لما هو السابق على كل شيء</w:t>
      </w:r>
    </w:p>
    <w:p>
      <w:r>
        <w:t>لكن لما قد يكون في الذات وقد يكون في العرض الذي يعود الى الذاتي</w:t>
      </w:r>
    </w:p>
    <w:p>
      <w:r>
        <w:t>في الذات يعني وصل الى العلة الاساسية</w:t>
      </w:r>
    </w:p>
    <w:p>
      <w:r>
        <w:t>في العرض يبحث حتى يصل الى العلة الاساسية</w:t>
      </w:r>
    </w:p>
    <w:p>
      <w:r>
        <w:t>عنده علة وسطية يصل الى العلة الاساسية</w:t>
      </w:r>
    </w:p>
    <w:p>
      <w:r>
        <w:t>خليني ابين المسألة بمثال انها موظوع جميل جدا</w:t>
      </w:r>
    </w:p>
    <w:p>
      <w:r>
        <w:t>النظر المنطقي نظمه غير النظم آآ النظم المنطقي</w:t>
      </w:r>
    </w:p>
    <w:p>
      <w:r>
        <w:t>النظم التحققي غير النظم المنطقي</w:t>
      </w:r>
    </w:p>
    <w:p>
      <w:r>
        <w:t>عندنا الله عالم هادي هي الهدية المركبة الهالية المركبة سبقت ما الحقيقية</w:t>
      </w:r>
    </w:p>
    <w:p>
      <w:r>
        <w:t>تقول شيخنا العزيز لا يمكن ان تكون هلية مركبة بدون هوية</w:t>
      </w:r>
    </w:p>
    <w:p>
      <w:r>
        <w:t>سابقة نقول نعم هذا في التحليل هذا في النظم المنطقي</w:t>
      </w:r>
    </w:p>
    <w:p>
      <w:r>
        <w:t>انت تقول هذا</w:t>
      </w:r>
    </w:p>
    <w:p>
      <w:r>
        <w:t>لا المعطى لك ما هو</w:t>
      </w:r>
    </w:p>
    <w:p>
      <w:r>
        <w:t>يعني انت ما ما تعاينه في الاصل الوجود في النظم التحققي</w:t>
      </w:r>
    </w:p>
    <w:p>
      <w:r>
        <w:t>هوية تعينت ثم جاءت تا الحياة ام لا هوية هي الحياة؟ تقول نعم</w:t>
      </w:r>
    </w:p>
    <w:p>
      <w:r>
        <w:t>هوية هي الحياة</w:t>
      </w:r>
    </w:p>
    <w:p>
      <w:r>
        <w:t>اذا اه الهوية المركبة هي اول شيء في النظمة التحقق</w:t>
      </w:r>
    </w:p>
    <w:p>
      <w:r>
        <w:t>ثم تفكك هذا النبض</w:t>
      </w:r>
    </w:p>
    <w:p>
      <w:r>
        <w:t>ترى الهوية الالهية والهوية الحياتية</w:t>
      </w:r>
    </w:p>
    <w:p>
      <w:r>
        <w:t>من اين? من هذا من هذه الهدية المركبة</w:t>
      </w:r>
    </w:p>
    <w:p>
      <w:r>
        <w:t>تخرج مبدأ الهوية الله الله</w:t>
      </w:r>
    </w:p>
    <w:p>
      <w:r>
        <w:t>تخرج الحياة الحياة حياة وتخرج كذلك</w:t>
      </w:r>
    </w:p>
    <w:p>
      <w:r>
        <w:t>الهلي البسي اذا الهدية البسيطة بعد الهلية المركبة</w:t>
      </w:r>
    </w:p>
    <w:p>
      <w:r>
        <w:t>الشيء كلشي بالمقلوب</w:t>
      </w:r>
    </w:p>
    <w:p>
      <w:r>
        <w:t>الهلية المركبة بعد تأتي الهدية البسيطة</w:t>
      </w:r>
    </w:p>
    <w:p>
      <w:r>
        <w:t>بعد تأتي مبدأ الهوية</w:t>
      </w:r>
    </w:p>
    <w:p>
      <w:r>
        <w:t>كلشي بالمقلوب</w:t>
      </w:r>
    </w:p>
    <w:p>
      <w:r>
        <w:t>كلشي بالمقلوب</w:t>
      </w:r>
    </w:p>
    <w:p>
      <w:r>
        <w:t>جيد</w:t>
      </w:r>
    </w:p>
    <w:p>
      <w:r>
        <w:t>السبب الكافي في الواقع يعني ملاك تعين الله تعالى بالحياة</w:t>
      </w:r>
    </w:p>
    <w:p>
      <w:r>
        <w:t>لأن الله تعالى كمال مطلق والحياة كمال فالحياة في متن ذاته</w:t>
      </w:r>
    </w:p>
    <w:p>
      <w:r>
        <w:t>في متن ذاته</w:t>
      </w:r>
    </w:p>
    <w:p>
      <w:r>
        <w:t>يعني ملاك بالحياة ذاته المطلقة</w:t>
      </w:r>
    </w:p>
    <w:p>
      <w:r>
        <w:t>اذا مبدأ السبب الكافي الذي كان متأخرا في النظم المنطقي هو صار متقدما في النظم التحققي</w:t>
      </w:r>
    </w:p>
    <w:p>
      <w:r>
        <w:t>يسبق حتى الهدية المركبة</w:t>
      </w:r>
    </w:p>
    <w:p>
      <w:r>
        <w:t>حتى الهلية المركبة</w:t>
      </w:r>
    </w:p>
    <w:p>
      <w:r>
        <w:t>لماذا? لانك ما هو الملاك الواقعي لتعين الله تعالى بالحياة</w:t>
      </w:r>
    </w:p>
    <w:p>
      <w:r>
        <w:t>لأن الذات الإلهية مطلقة</w:t>
      </w:r>
    </w:p>
    <w:p>
      <w:r>
        <w:t>مطلقة بجميع متعينة بجميع الكمالات المطلقة</w:t>
      </w:r>
    </w:p>
    <w:p>
      <w:r>
        <w:t>والحياة كماله</w:t>
      </w:r>
    </w:p>
    <w:p>
      <w:r>
        <w:t>اذا النظم المنطقي الذي يولد المعرفة الكاشفة</w:t>
      </w:r>
    </w:p>
    <w:p>
      <w:r>
        <w:t>هذا بالنسبة الى النظم التحققي معكوس مطلقا</w:t>
      </w:r>
    </w:p>
    <w:p>
      <w:r>
        <w:t>معكوس مطلقا</w:t>
      </w:r>
    </w:p>
    <w:p>
      <w:r>
        <w:t>وهذا طبيعي جدا</w:t>
      </w:r>
    </w:p>
    <w:p>
      <w:r>
        <w:t>هذا طبيعي جدا</w:t>
      </w:r>
    </w:p>
    <w:p>
      <w:r>
        <w:t>لان العملية التحليلية والتركيبية المنهجية العامة</w:t>
      </w:r>
    </w:p>
    <w:p>
      <w:r>
        <w:t>هذه المنهجية العامة اذا وفقنا تعالى نعمل مجموعة من الدروس في المنهجية العامة التحليل والتركيب</w:t>
      </w:r>
    </w:p>
    <w:p>
      <w:r>
        <w:t>عمل اربعة جلسات او خمس جلسات او ست جلسات فقط لمنهجية التركيب</w:t>
      </w:r>
    </w:p>
    <w:p>
      <w:r>
        <w:t>والتحليل التي هي منهجية عامة</w:t>
      </w:r>
    </w:p>
    <w:p>
      <w:r>
        <w:t>اما منهجية العلوم الخاصة هذه لا تهمني</w:t>
      </w:r>
    </w:p>
    <w:p>
      <w:r>
        <w:t>منهجية الفيزيا منهجية الكيمياء</w:t>
      </w:r>
    </w:p>
    <w:p>
      <w:r>
        <w:t>هذه لا تهمني</w:t>
      </w:r>
    </w:p>
    <w:p>
      <w:r>
        <w:t>لا المنهجية العامة التركيب والتحليل</w:t>
      </w:r>
    </w:p>
    <w:p>
      <w:r>
        <w:t>آآ المنهجية التي لا يخلو منها حقل معرفي من الحقول</w:t>
      </w:r>
    </w:p>
    <w:p>
      <w:r>
        <w:t>سنخصص لها ان شاء الله جلسات وانا عندي بحث</w:t>
      </w:r>
    </w:p>
    <w:p>
      <w:r>
        <w:t>نعم باللغة الفرنسية راقي جدا</w:t>
      </w:r>
    </w:p>
    <w:p>
      <w:r>
        <w:t>هذا ان شاء الله نحاول ان تكون دروسنا على ضوءه</w:t>
      </w:r>
    </w:p>
    <w:p>
      <w:r>
        <w:t>لاحظت ان نظم التحققي والنظمة المنطقي</w:t>
      </w:r>
    </w:p>
    <w:p>
      <w:r>
        <w:t>النظم المنطقي اخر مكان هو الاول في النظمل</w:t>
      </w:r>
    </w:p>
    <w:p>
      <w:r>
        <w:t>في النظمل التحقق</w:t>
      </w:r>
    </w:p>
    <w:p>
      <w:r>
        <w:t>مثال حسي ممكن مثال الذات الإلهية وصفتها صعب</w:t>
      </w:r>
    </w:p>
    <w:p>
      <w:r>
        <w:t>ملاك حسي نعاينه بالحس</w:t>
      </w:r>
    </w:p>
    <w:p>
      <w:r>
        <w:t>النار مست الخشب</w:t>
      </w:r>
    </w:p>
    <w:p>
      <w:r>
        <w:t>ماذا يحدث له? الإحتراق</w:t>
      </w:r>
    </w:p>
    <w:p>
      <w:r>
        <w:t>فعند امتهناه لهلية مركبة</w:t>
      </w:r>
    </w:p>
    <w:p>
      <w:r>
        <w:t>الخشب مح طارق</w:t>
      </w:r>
    </w:p>
    <w:p>
      <w:r>
        <w:t>هل يمركبة ام بسيطة? تقول لا شيخنا هل هي مركبة? الخشب ما قلت الخشب موجود</w:t>
      </w:r>
    </w:p>
    <w:p>
      <w:r>
        <w:t>قلت الخشب محترق</w:t>
      </w:r>
    </w:p>
    <w:p>
      <w:r>
        <w:t>هذه هلية مركبة</w:t>
      </w:r>
    </w:p>
    <w:p>
      <w:r>
        <w:t>هذه تولد لك هلية بسيطة</w:t>
      </w:r>
    </w:p>
    <w:p>
      <w:r>
        <w:t>الخشب المحترق يمكن ان يحترق اذا لم يكن موجودا</w:t>
      </w:r>
    </w:p>
    <w:p>
      <w:r>
        <w:t>تقول شيخنا الموجود هو الذي يحترق</w:t>
      </w:r>
    </w:p>
    <w:p>
      <w:r>
        <w:t>اذا خرجنا من الهدية المركبة خرجنا الهدية البسيطة</w:t>
      </w:r>
    </w:p>
    <w:p>
      <w:r>
        <w:t>اذا من السابق هل هي مركبة? من التابع? هل البسيطة</w:t>
      </w:r>
    </w:p>
    <w:p>
      <w:r>
        <w:t>في النظم المنطقي من التابع من السابق الهري البسيط</w:t>
      </w:r>
    </w:p>
    <w:p>
      <w:r>
        <w:t>من التابع? الهنية المركبة</w:t>
      </w:r>
    </w:p>
    <w:p>
      <w:r>
        <w:t>لاحظت عكس بالتمام</w:t>
      </w:r>
    </w:p>
    <w:p>
      <w:r>
        <w:t>جيد</w:t>
      </w:r>
    </w:p>
    <w:p>
      <w:r>
        <w:t>الان بعد منها لمركبة</w:t>
      </w:r>
    </w:p>
    <w:p>
      <w:r>
        <w:t>واللجنة الهلية البسيطة ثم فككنا بين الخشب والاحتراق</w:t>
      </w:r>
    </w:p>
    <w:p>
      <w:r>
        <w:t>الخشب هو والاحتراق هويته هذه مبدأ الهوية</w:t>
      </w:r>
    </w:p>
    <w:p>
      <w:r>
        <w:t>متفرع على آآ الهدية المركبة</w:t>
      </w:r>
    </w:p>
    <w:p>
      <w:r>
        <w:t>اذا الهدية المركبة ثم جاءت الهدية البسيطة ثم جاءت مبدأ الهوية</w:t>
      </w:r>
    </w:p>
    <w:p>
      <w:r>
        <w:t>علة الاحتراق ما هو? وجود النار? مس النار للخشب هذا هو اللم تقول لما احترق في مقام الواقع الخشب لان النار مستهي علة هادي علة و قعية فيمكن لك ان تقصر تشكل في النظم المنطقي القياس في النظم المنطقي الذي ياتي اخر المطاف في تقول الخشب مسته النار وكل من مسته النار يحترق الخشب محترق</w:t>
      </w:r>
    </w:p>
    <w:p>
      <w:r>
        <w:t>في النظم المنطقي اكتشفت علة الاحتراق للخشب وهو النار مسته</w:t>
      </w:r>
    </w:p>
    <w:p>
      <w:r>
        <w:t>لان الله مسته مع شروط ان لا يكون مبلول وقريب من النار حتى تمس</w:t>
      </w:r>
    </w:p>
    <w:p>
      <w:r>
        <w:t>الان نأتي الى الواقع</w:t>
      </w:r>
    </w:p>
    <w:p>
      <w:r>
        <w:t>من السابق? من السابق على هذه الهدية المركبة? احتراق الخشب</w:t>
      </w:r>
    </w:p>
    <w:p>
      <w:r>
        <w:t>تقول شيخنا? ما السنار له? لولا لا يكون المعلول اذا من السابق هو اللام يعني العلة الاحتراق وهي النار التي مسته النار اللامسة قل النار اللامسة اذا هي الاولى ثم يأتي الاحتراق هل هي المركبة? احتراق لمن للخشب الموجود وليس الخشب المعدول</w:t>
      </w:r>
    </w:p>
    <w:p>
      <w:r>
        <w:t>هل هي بسيطة? ثم الخشب لوحده والاحتراق لوحده</w:t>
      </w:r>
    </w:p>
    <w:p>
      <w:r>
        <w:t>يعني يعني عندنا هوية خشبية وهوية هوية الاحترام</w:t>
      </w:r>
    </w:p>
    <w:p>
      <w:r>
        <w:t>كل شيء بالمعكوس</w:t>
      </w:r>
    </w:p>
    <w:p>
      <w:r>
        <w:t>كل شيء بالمعكوس</w:t>
      </w:r>
    </w:p>
    <w:p>
      <w:r>
        <w:t>وهذه المعايير العقل الحاكمة على الفكر البشري جاءت هكذا حتى تفهم الواقع كما هو</w:t>
      </w:r>
    </w:p>
    <w:p>
      <w:r>
        <w:t>ففي العلوم الحقول المعرفية ما فككوا بين النظم المنطقي والنظم التحققي في ادبياتنا يقولون بين المفهوم والمصداق</w:t>
      </w:r>
    </w:p>
    <w:p>
      <w:r>
        <w:t>ويبقى هذا المصطلح مبهما في ذهن الطالب</w:t>
      </w:r>
    </w:p>
    <w:p>
      <w:r>
        <w:t>خلط بين المفهوم والمصداق</w:t>
      </w:r>
    </w:p>
    <w:p>
      <w:r>
        <w:t>المفهوم عالم الذهن والمصداق عالم الخارج</w:t>
      </w:r>
    </w:p>
    <w:p>
      <w:r>
        <w:t>ويبقى مسكين يكررها فقط هكذا تقليدا</w:t>
      </w:r>
    </w:p>
    <w:p>
      <w:r>
        <w:t>ما يعرف كونها الواقعي وهو خلط بين النظم المنطقي والنظم التحققي</w:t>
      </w:r>
    </w:p>
    <w:p>
      <w:r>
        <w:t>خلط كبير جدا</w:t>
      </w:r>
    </w:p>
    <w:p>
      <w:r>
        <w:t>وقع فيه علماء كبار</w:t>
      </w:r>
    </w:p>
    <w:p>
      <w:r>
        <w:t>الفخ الرازي لتبيينه لزيادة الصفات</w:t>
      </w:r>
    </w:p>
    <w:p>
      <w:r>
        <w:t>على الذات في بحث علم الكلام والاله ان صفة الحياة زائدة على الذات الالهية كما يتبنى ذلك آآ الاشعرية آآ هو جاء الى هذا</w:t>
      </w:r>
    </w:p>
    <w:p>
      <w:r>
        <w:t>قال نفهم من الذات غير من نفهم آآ آآ الحياة</w:t>
      </w:r>
    </w:p>
    <w:p>
      <w:r>
        <w:t>هذا التفكيك سره الى التفكيك الخارجي في النظم المنطقي</w:t>
      </w:r>
    </w:p>
    <w:p>
      <w:r>
        <w:t>هذا التفكيك في النظم المنطقي</w:t>
      </w:r>
    </w:p>
    <w:p>
      <w:r>
        <w:t>لا يمكن لك ان تسريه في النظام المنطقي</w:t>
      </w:r>
    </w:p>
    <w:p>
      <w:r>
        <w:t>النظم الخارجي لان النظم الخارجي له احكامه الخاصة</w:t>
      </w:r>
    </w:p>
    <w:p>
      <w:r>
        <w:t>هناك عينية</w:t>
      </w:r>
    </w:p>
    <w:p>
      <w:r>
        <w:t>ان ملاكات النظم التحققي غير ملكات الفهم</w:t>
      </w:r>
    </w:p>
    <w:p>
      <w:r>
        <w:t>وخلط في هذا الامر ووقع في المغالطة المغالطة ما هي خلط بين النصب المنطقي والنصب التحققي</w:t>
      </w:r>
    </w:p>
    <w:p>
      <w:r>
        <w:t>في الحقول المعرفية وفي دراستك من الحقول المعرفية تكتشفون هذا الأمر</w:t>
      </w:r>
    </w:p>
    <w:p>
      <w:r>
        <w:t>آآ كثيرا نعم خلط بين النظم المنطقي والنظم التحققي</w:t>
      </w:r>
    </w:p>
    <w:p>
      <w:r>
        <w:t>نعم</w:t>
      </w:r>
    </w:p>
    <w:p>
      <w:r>
        <w:t>تأخر مطلب ماء عن مطلبي هل هذا ان شاء الله يأتي بيانه لاحقا ان شاء الله</w:t>
      </w:r>
    </w:p>
    <w:p>
      <w:r>
        <w:t>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