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سبحان الله يا الله</w:t>
      </w:r>
    </w:p>
    <w:p>
      <w:r>
        <w:t>والحمد لله</w:t>
      </w:r>
    </w:p>
    <w:p>
      <w:r>
        <w:t>والله اكبر</w:t>
      </w:r>
    </w:p>
    <w:p>
      <w:r>
        <w:t>اعوذ بالله من الشيطان الرجيم</w:t>
      </w:r>
    </w:p>
    <w:p>
      <w:r>
        <w:t>بسم الله الرحمن الرحيم وبه تعالى نستع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تأخر مطلب ما الذاتية عن مطلبي هل قال وكذلك يتبع ماء الذاتية مادة يعني ما الحقيقية ليس ماء القاموسية اللفظية لا لا الحقيقية المتش من مكونات حقيقية</w:t>
      </w:r>
    </w:p>
    <w:p>
      <w:r>
        <w:t>يقول وكذلك يتبع ماء الذاتية مطلبيها البسيطة التي تبين الوجود</w:t>
      </w:r>
    </w:p>
    <w:p>
      <w:r>
        <w:t>وهل مركبة التي تبين تعين ما بعد الوجود? العلمي التعين الايماني التعين الجلوسي التعين التعينات متعددة</w:t>
      </w:r>
    </w:p>
    <w:p>
      <w:r>
        <w:t>تسمى الهليات المركبة</w:t>
      </w:r>
    </w:p>
    <w:p>
      <w:r>
        <w:t>هذا الحديث من المحقق الطوسي يشير الى النظم التحققي نعم</w:t>
      </w:r>
    </w:p>
    <w:p>
      <w:r>
        <w:t>نظم التحققين هل هي البث البسيطة السابقة على الهدية المركبة? سابقة على ماء الذاتية وتسبق الهدية البسيطة العلل</w:t>
      </w:r>
    </w:p>
    <w:p>
      <w:r>
        <w:t>العلل التي اوجدتها اما العلل الداخلية جنس منفصل او علل الاعطائية</w:t>
      </w:r>
    </w:p>
    <w:p>
      <w:r>
        <w:t>العلل ايجابية</w:t>
      </w:r>
    </w:p>
    <w:p>
      <w:r>
        <w:t>هذا في النظم التحققي دار الوجود</w:t>
      </w:r>
    </w:p>
    <w:p>
      <w:r>
        <w:t>اما في النزم المنطقي لا</w:t>
      </w:r>
    </w:p>
    <w:p>
      <w:r>
        <w:t>النظم المنطقي</w:t>
      </w:r>
    </w:p>
    <w:p>
      <w:r>
        <w:t>عندك انت الهوية مبدأ الجوهرية ثم مبدأ السبب الكافي</w:t>
      </w:r>
    </w:p>
    <w:p>
      <w:r>
        <w:t>لمس اثبات والثبوت والأنطلوجي</w:t>
      </w:r>
    </w:p>
    <w:p>
      <w:r>
        <w:t>متأخر عن الهدية البسيطة والهلية المركبة</w:t>
      </w:r>
    </w:p>
    <w:p>
      <w:r>
        <w:t>والهلية البسيطة والمركبة عن ماء فيه سر انا لم اذكره في الجلسات السابقة لماذا? انه بالمنطق يأتي معكوسا على المظمل الانطلوجي والنظم التحققي</w:t>
      </w:r>
    </w:p>
    <w:p>
      <w:r>
        <w:t>لان النظم التحققي معه كشيء مركب</w:t>
      </w:r>
    </w:p>
    <w:p>
      <w:r>
        <w:t>ما في تجزئة هناك</w:t>
      </w:r>
    </w:p>
    <w:p>
      <w:r>
        <w:t>قال انت الشجرة مثمرة</w:t>
      </w:r>
    </w:p>
    <w:p>
      <w:r>
        <w:t>لا ترى الشجرة لوحدها والاثمار بجنبها</w:t>
      </w:r>
    </w:p>
    <w:p>
      <w:r>
        <w:t>معزول عنها</w:t>
      </w:r>
    </w:p>
    <w:p>
      <w:r>
        <w:t>الذات الالهية والحياة</w:t>
      </w:r>
    </w:p>
    <w:p>
      <w:r>
        <w:t>لا ترى الذاتي في جنب والحياة في جنب</w:t>
      </w:r>
    </w:p>
    <w:p>
      <w:r>
        <w:t>لا ابدا</w:t>
      </w:r>
    </w:p>
    <w:p>
      <w:r>
        <w:t>حقيقة مركبة</w:t>
      </w:r>
    </w:p>
    <w:p>
      <w:r>
        <w:t>مركبة يعني مع بعض</w:t>
      </w:r>
    </w:p>
    <w:p>
      <w:r>
        <w:t>في النظم المنطقي ناتي ونحلل</w:t>
      </w:r>
    </w:p>
    <w:p>
      <w:r>
        <w:t>نجزأ نجزأ ثم يأتي الحكم ويربط بين الجزئين الموضوع والمحمول ثم يعلل هذا الربط</w:t>
      </w:r>
    </w:p>
    <w:p>
      <w:r>
        <w:t>مرة يعلله معرفيا هذا الذي يسمى الحكم مرة يعلله كما هو في الواقع</w:t>
      </w:r>
    </w:p>
    <w:p>
      <w:r>
        <w:t>هذا هو الليم التصديقي</w:t>
      </w:r>
    </w:p>
    <w:p>
      <w:r>
        <w:t>اللم الثبوتي</w:t>
      </w:r>
    </w:p>
    <w:p>
      <w:r>
        <w:t>بعدما يحلل يرجع محله الى التركيب</w:t>
      </w:r>
    </w:p>
    <w:p>
      <w:r>
        <w:t>حتى يطابق الواقع الخارجي</w:t>
      </w:r>
    </w:p>
    <w:p>
      <w:r>
        <w:t>اذا النظم التحققي تركيب فقط ما فيه تحليل</w:t>
      </w:r>
    </w:p>
    <w:p>
      <w:r>
        <w:t>النظم المنطقي يبدأ بالتحليل ويختم التركيب</w:t>
      </w:r>
    </w:p>
    <w:p>
      <w:r>
        <w:t>اذا بقي في التحليل فقط لا معنى لمطابقة ما في الذهن للواقع الخارجي</w:t>
      </w:r>
    </w:p>
    <w:p>
      <w:r>
        <w:t>يجب ان ينتقل الى التركيب</w:t>
      </w:r>
    </w:p>
    <w:p>
      <w:r>
        <w:t>اذا التحليل يبدأ من ماء</w:t>
      </w:r>
    </w:p>
    <w:p>
      <w:r>
        <w:t>يعني مبدأ الهواء ثم يبدأ على اساس هذا التحليل والتجزئة يبدأ يركب اول تركيب هو الحكم</w:t>
      </w:r>
    </w:p>
    <w:p>
      <w:r>
        <w:t>ربط بين الموضوع المحمول</w:t>
      </w:r>
    </w:p>
    <w:p>
      <w:r>
        <w:t>يركب يعني يشير الى الوحدة</w:t>
      </w:r>
    </w:p>
    <w:p>
      <w:r>
        <w:t>هذه الكثرة تتحد لملاك واقعي</w:t>
      </w:r>
    </w:p>
    <w:p>
      <w:r>
        <w:t>هذا الملاك الواقعي يكشفه اه المبنى سبب الكافي</w:t>
      </w:r>
    </w:p>
    <w:p>
      <w:r>
        <w:t>هناك نسأل لما مرة نأتي لما الاثبات الخارجي الواقعي يسميه هنا التصديق</w:t>
      </w:r>
    </w:p>
    <w:p>
      <w:r>
        <w:t>اذا في مقام التركيب نعم الهدية البسيطة المركبة متقدمة على المادة الذاتية كما تتقدم العلل</w:t>
      </w:r>
    </w:p>
    <w:p>
      <w:r>
        <w:t>آآ الهوية الوجودية العلية البسيطة</w:t>
      </w:r>
    </w:p>
    <w:p>
      <w:r>
        <w:t>والهلية المركبة</w:t>
      </w:r>
    </w:p>
    <w:p>
      <w:r>
        <w:t>اما في مقام العلم لا في مقام النظم المنطقي المادتي هي السابقة</w:t>
      </w:r>
    </w:p>
    <w:p>
      <w:r>
        <w:t>قال وكذلك يتبع الماء الذاتية مطلبي هل يعني تأتي العلل تحقق الشيء</w:t>
      </w:r>
    </w:p>
    <w:p>
      <w:r>
        <w:t>واذا كان هذا الشيء ليس ليس له آآ ليس له ووجوده يكفيك الذات المقدسة بعد ندخل في الهدية البسيطة والهلية المركبة ثم في التعليل الحيثيات في الذات الإلهية</w:t>
      </w:r>
    </w:p>
    <w:p>
      <w:r>
        <w:t>في المخلوقات في علل خارجية اوجدتها سابقة ثم يأتي الوجود ثم تأتي صفات الوجود ثم ننتقل الى النظم المنطقي النظم المنطقي يبدأ بالهوية</w:t>
      </w:r>
    </w:p>
    <w:p>
      <w:r>
        <w:t>لان الهوية بعد تعينت بالوجود</w:t>
      </w:r>
    </w:p>
    <w:p>
      <w:r>
        <w:t>انظر تحليل</w:t>
      </w:r>
    </w:p>
    <w:p>
      <w:r>
        <w:t>هو انسانية تعينت بالوجود</w:t>
      </w:r>
    </w:p>
    <w:p>
      <w:r>
        <w:t>لاحظت كيف? يعني انت فصلت الهوية الانسانية ثم حملت عليها الوجود</w:t>
      </w:r>
    </w:p>
    <w:p>
      <w:r>
        <w:t>هذي اين? في التحليل هذا في النظم المنطقي</w:t>
      </w:r>
    </w:p>
    <w:p>
      <w:r>
        <w:t>هذه اركز عليها جيدا في غاية الجمال والبهاء اما البسيطة والهلية البسيطة فلان تحقق الماهية? ما هي هنا بالحمل الشائع? عن الانسان البقر الماء الذهب متأخر عن تحققه النية انتهاء</w:t>
      </w:r>
    </w:p>
    <w:p>
      <w:r>
        <w:t>نعم</w:t>
      </w:r>
    </w:p>
    <w:p>
      <w:r>
        <w:t>متأخر لان تحقق المه متأخر عن تحقق اننيتها</w:t>
      </w:r>
    </w:p>
    <w:p>
      <w:r>
        <w:t>يعني الماهية الذات هنا بمعنى الذات</w:t>
      </w:r>
    </w:p>
    <w:p>
      <w:r>
        <w:t>بين قوسين الانسان فقط</w:t>
      </w:r>
    </w:p>
    <w:p>
      <w:r>
        <w:t>متأخر عن الانسان الموجود نعم في النظم التركبي النظم الخارجي نعم</w:t>
      </w:r>
    </w:p>
    <w:p>
      <w:r>
        <w:t>في النظم المنطقي نعم واما المركبة هل هي المركبة? تقول انسان عالم الله حي غير الوجود الإنسان وجود هل هي بسيطة? الإنسان عالم هل هي مركبة? نعم واما المركبة يعني الهدية المركبة فلان مائية الأ الاعراض الذاتية هي التعينات التي تقتضيها الذات</w:t>
      </w:r>
    </w:p>
    <w:p>
      <w:r>
        <w:t>التعينات التي لا تنقض تقتضيها الذات ثم الاعراض الغريبة</w:t>
      </w:r>
    </w:p>
    <w:p>
      <w:r>
        <w:t>الاعراض الذاتية</w:t>
      </w:r>
    </w:p>
    <w:p>
      <w:r>
        <w:t>يعني تعرضها اي في مقام في النظم المنطقي في النظم التحققي ما عندنا عروض</w:t>
      </w:r>
    </w:p>
    <w:p>
      <w:r>
        <w:t>لماذا? لان في النظم المنطقي نفصل بين الذات وبين تعينها ويعرضها</w:t>
      </w:r>
    </w:p>
    <w:p>
      <w:r>
        <w:t>اذا عرضها فيه واسطة في غريب ما في واسطة في العروض يعني تقتضيه هذا المعروض تقتضي هذا العارض تقتضيه الذات</w:t>
      </w:r>
    </w:p>
    <w:p>
      <w:r>
        <w:t>المعروضة وهو العارض الذات يعني هي اذا جئنا الى النظم الواقعي ما معنى هذا العرض المعروف? هي واحدة بتعيناتها وهي بالتعين</w:t>
      </w:r>
    </w:p>
    <w:p>
      <w:r>
        <w:t>هذا التعين هي هي بنحوين</w:t>
      </w:r>
    </w:p>
    <w:p>
      <w:r>
        <w:t>هذا هو العرض الذاتي</w:t>
      </w:r>
    </w:p>
    <w:p>
      <w:r>
        <w:t>عنده ضابطة وعنده ضابطة ضابطة العروض</w:t>
      </w:r>
    </w:p>
    <w:p>
      <w:r>
        <w:t>ضابط يقولون اذا اردت ان تعرف العرض الذاتي لا يمكن الا اذا جئت بالمعروف</w:t>
      </w:r>
    </w:p>
    <w:p>
      <w:r>
        <w:t>الموضوع الذي يعرضه</w:t>
      </w:r>
    </w:p>
    <w:p>
      <w:r>
        <w:t>هذه الضابطة نعم</w:t>
      </w:r>
    </w:p>
    <w:p>
      <w:r>
        <w:t>تريد تعرف مفهوم مفهوم تقول الموجود الذي يصدر عنه شيء</w:t>
      </w:r>
    </w:p>
    <w:p>
      <w:r>
        <w:t>تأتي بالموجود العلية معروضة للوجود المطلق</w:t>
      </w:r>
    </w:p>
    <w:p>
      <w:r>
        <w:t>فهذه الضابطة لماذا معرف يعني انها تعريف</w:t>
      </w:r>
    </w:p>
    <w:p>
      <w:r>
        <w:t>اذا اردت ان تعرف الذاتي يعني ذلك الوصف الذي هو عين الذات بنحوين هي الذات بنحوين</w:t>
      </w:r>
    </w:p>
    <w:p>
      <w:r>
        <w:t>فالمتن فاذا تعين بالعرظ ذاتي لا يزداد في متنيته</w:t>
      </w:r>
    </w:p>
    <w:p>
      <w:r>
        <w:t>لا يزد هذا كذلك ضابطة انطولوجية اذا شئت</w:t>
      </w:r>
    </w:p>
    <w:p>
      <w:r>
        <w:t>الان انا متعين بالجلوس هل ازددت في متني? لا</w:t>
      </w:r>
    </w:p>
    <w:p>
      <w:r>
        <w:t>لان انا بنحو</w:t>
      </w:r>
    </w:p>
    <w:p>
      <w:r>
        <w:t>انا بنحو</w:t>
      </w:r>
    </w:p>
    <w:p>
      <w:r>
        <w:t>ليس كالجوهر تطريه انت بلون امتد في المتنية زاد اللون هناك</w:t>
      </w:r>
    </w:p>
    <w:p>
      <w:r>
        <w:t>لا الاعراض الذاتية المتن لا يزداد</w:t>
      </w:r>
    </w:p>
    <w:p>
      <w:r>
        <w:t>هذه ضابطة انطلوجية</w:t>
      </w:r>
    </w:p>
    <w:p>
      <w:r>
        <w:t>اذا اردت ان تعرفه يجب ان تأتي بالموضوع</w:t>
      </w:r>
    </w:p>
    <w:p>
      <w:r>
        <w:t>الذي يعرضه اي المعروف في تعريفه</w:t>
      </w:r>
    </w:p>
    <w:p>
      <w:r>
        <w:t>السر ما هو? السر هو هو هذا</w:t>
      </w:r>
    </w:p>
    <w:p>
      <w:r>
        <w:t>لان هذا العراظ التي لا هوية له مستقلة</w:t>
      </w:r>
    </w:p>
    <w:p>
      <w:r>
        <w:t>هو الذات بنحو</w:t>
      </w:r>
    </w:p>
    <w:p>
      <w:r>
        <w:t>فاذا عرفت تقول ذات بنحو</w:t>
      </w:r>
    </w:p>
    <w:p>
      <w:r>
        <w:t>ذات كذا</w:t>
      </w:r>
    </w:p>
    <w:p>
      <w:r>
        <w:t>هذه الظابطة البيستيمك</w:t>
      </w:r>
    </w:p>
    <w:p>
      <w:r>
        <w:t>زيادة على الضابطة الانطلوجيك الوجودية ان الاعراض الذاتية لا تزيد المتن اتساعا هي هي</w:t>
      </w:r>
    </w:p>
    <w:p>
      <w:r>
        <w:t>ثراء معرفي نعم اما ثراء انطلوجي لا يعني الذات الالهية حية قادرة عالمة هذه الحيثيات وسعت الذات من حيث الوجود? لا ابدا</w:t>
      </w:r>
    </w:p>
    <w:p>
      <w:r>
        <w:t>وجود ما ما يتسع</w:t>
      </w:r>
    </w:p>
    <w:p>
      <w:r>
        <w:t>يعني الله تعالى وجوده ضيق</w:t>
      </w:r>
    </w:p>
    <w:p>
      <w:r>
        <w:t>فجاءت الحياة وزادت له في الوجود لا ابدا</w:t>
      </w:r>
    </w:p>
    <w:p>
      <w:r>
        <w:t>حيثيات اندماجية في اصل الذات</w:t>
      </w:r>
    </w:p>
    <w:p>
      <w:r>
        <w:t>هي هي الذات بنحوه اذا قلنا هي الذات بنحو لا معنى للانبساط الانطلوني</w:t>
      </w:r>
    </w:p>
    <w:p>
      <w:r>
        <w:t>نعم</w:t>
      </w:r>
    </w:p>
    <w:p>
      <w:r>
        <w:t>والضابطة العروض اذا عارض العرضي الذاتي الموضوع الذي يعرض عندنا محمول وموظوع فلا تكون هناك واسطة في العروض</w:t>
      </w:r>
    </w:p>
    <w:p>
      <w:r>
        <w:t>ابدا بمجرد ان تكون هناك واسطة في العروض يعني ليست تعينا ذاتيا للموضوع</w:t>
      </w:r>
    </w:p>
    <w:p>
      <w:r>
        <w:t>يكون هذه الضابطة في العروض</w:t>
      </w:r>
    </w:p>
    <w:p>
      <w:r>
        <w:t>اذا كم ضابطة عندنا? ضابطة انطولوجية ان العرض الذاتي او العرضية الذاتي لا يزيد المتن اتساعا في الوجود</w:t>
      </w:r>
    </w:p>
    <w:p>
      <w:r>
        <w:t>ثانيا هو الضابطة المعرفية</w:t>
      </w:r>
    </w:p>
    <w:p>
      <w:r>
        <w:t>اذا اردت ان تعرف الاراضي الذاتي يأتي الموضوع في داخل تعريفه</w:t>
      </w:r>
    </w:p>
    <w:p>
      <w:r>
        <w:t>ثالثا ضابطة في العروض اذا عرظ الماهية</w:t>
      </w:r>
    </w:p>
    <w:p>
      <w:r>
        <w:t>طبعا العروض هنا في النظم المنطقي لا معنى للعروض في الوجود للرشد في الوجود في النظم التحققي في ما في عروظ</w:t>
      </w:r>
    </w:p>
    <w:p>
      <w:r>
        <w:t>ما عندك انت اه الوجود وكونه علة يعني التعين بالعلية</w:t>
      </w:r>
    </w:p>
    <w:p>
      <w:r>
        <w:t>عندنا الوجود العلية لوحدها ثم تأتي وتلتصق به</w:t>
      </w:r>
    </w:p>
    <w:p>
      <w:r>
        <w:t>لا هذه خرافة كبيرة في النظم الأندلوجي</w:t>
      </w:r>
    </w:p>
    <w:p>
      <w:r>
        <w:t>هاذي مباحث فلسفية تبين في الفلسفة وهنا ضروري آآ تبيانها لماذا? لانها جاءت في المد</w:t>
      </w:r>
    </w:p>
    <w:p>
      <w:r>
        <w:t>اذا العروض ظابطة في النظم المنطقي</w:t>
      </w:r>
    </w:p>
    <w:p>
      <w:r>
        <w:t>اذا عارض الموضوع ما معنى عرض? يعني عندنا الذات وعندنا موظوع ومحمول عروظ اين تكون ثنائية في النظم المنطقي? نظم التحليل</w:t>
      </w:r>
    </w:p>
    <w:p>
      <w:r>
        <w:t>فيعرظ</w:t>
      </w:r>
    </w:p>
    <w:p>
      <w:r>
        <w:t>فنقول الوجود معلوم</w:t>
      </w:r>
    </w:p>
    <w:p>
      <w:r>
        <w:t>الوجود علة</w:t>
      </w:r>
    </w:p>
    <w:p>
      <w:r>
        <w:t>عرظة المعلولية على الوجود والعلية على الوجود</w:t>
      </w:r>
    </w:p>
    <w:p>
      <w:r>
        <w:t>اي النظم التحليلي النظم المنطق هل هناك واسطة في العروض? لا</w:t>
      </w:r>
    </w:p>
    <w:p>
      <w:r>
        <w:t>لانه عين الذات يعني التعين او العرضية هو عين الذات</w:t>
      </w:r>
    </w:p>
    <w:p>
      <w:r>
        <w:t>والذات بالعوين</w:t>
      </w:r>
    </w:p>
    <w:p>
      <w:r>
        <w:t>فكيف تكون واسطة? مستحيل ان تكون واسطة</w:t>
      </w:r>
    </w:p>
    <w:p>
      <w:r>
        <w:t>نعم</w:t>
      </w:r>
    </w:p>
    <w:p>
      <w:r>
        <w:t>واما المركبة يعني الهدية المركبة تقول الله حي هل هي مركبة? الانسان نائم هل هي مركبة? الماء بارد? هل هي مركبة? يعني غير الوجود المحمول غير الوجود</w:t>
      </w:r>
    </w:p>
    <w:p>
      <w:r>
        <w:t>فلان مائية الاعراض الذاتية مائية يعني حقيقة الاعراض الذاتية</w:t>
      </w:r>
    </w:p>
    <w:p>
      <w:r>
        <w:t>الاعراض الذاتية او العرضية الذاتي</w:t>
      </w:r>
    </w:p>
    <w:p>
      <w:r>
        <w:t>انما تتحقق بهليتها لموضوعاتها</w:t>
      </w:r>
    </w:p>
    <w:p>
      <w:r>
        <w:t>هذه اكتب تحتها خط احمر</w:t>
      </w:r>
    </w:p>
    <w:p>
      <w:r>
        <w:t>اشار المحقق الى نكتة في غاية الجمال</w:t>
      </w:r>
    </w:p>
    <w:p>
      <w:r>
        <w:t>وهذه تعمق الظابطة الانطلوجية</w:t>
      </w:r>
    </w:p>
    <w:p>
      <w:r>
        <w:t>الضابطة الانطلوجية ما هي? ان العرض الذاتي لا يزيد المثنى اتساعا</w:t>
      </w:r>
    </w:p>
    <w:p>
      <w:r>
        <w:t>اذا لم يزد المتن اتساعا الى هويت اهله استقلاليا</w:t>
      </w:r>
    </w:p>
    <w:p>
      <w:r>
        <w:t>لا هوية له استقلالية</w:t>
      </w:r>
    </w:p>
    <w:p>
      <w:r>
        <w:t>لأنه هو الوجود بنحو</w:t>
      </w:r>
    </w:p>
    <w:p>
      <w:r>
        <w:t>ما عنده استقلالية</w:t>
      </w:r>
    </w:p>
    <w:p>
      <w:r>
        <w:t>يشير الى هذه الحقيقة الجميلة</w:t>
      </w:r>
    </w:p>
    <w:p>
      <w:r>
        <w:t>نعم</w:t>
      </w:r>
    </w:p>
    <w:p>
      <w:r>
        <w:t>فلان مائية الاعراض ذاتية</w:t>
      </w:r>
    </w:p>
    <w:p>
      <w:r>
        <w:t>يعني هوية هذه الاعراض الذات انما تتحقق بهليتها لموضوعتها</w:t>
      </w:r>
    </w:p>
    <w:p>
      <w:r>
        <w:t>يعني وجود ربطي كما يقول الشيخ جوالي اموري</w:t>
      </w:r>
    </w:p>
    <w:p>
      <w:r>
        <w:t>يعطيه هذا الاصطلاح وجود ربطي</w:t>
      </w:r>
    </w:p>
    <w:p>
      <w:r>
        <w:t>يعني لا هوية لها</w:t>
      </w:r>
    </w:p>
    <w:p>
      <w:r>
        <w:t>هي الموضوع بنحوين</w:t>
      </w:r>
    </w:p>
    <w:p>
      <w:r>
        <w:t>الموضوع بنحوين</w:t>
      </w:r>
    </w:p>
    <w:p>
      <w:r>
        <w:t>انت الان في البعد المعرفي تقول اربعة زوج الأربعة زوج الزوجية عرضي ذاتي للأربعة</w:t>
      </w:r>
    </w:p>
    <w:p>
      <w:r>
        <w:t>الزوجية من الأعراض الذاتية للأربعة</w:t>
      </w:r>
    </w:p>
    <w:p>
      <w:r>
        <w:t>من الأعراض الذاتية للعدد</w:t>
      </w:r>
    </w:p>
    <w:p>
      <w:r>
        <w:t>والعدد زوج</w:t>
      </w:r>
    </w:p>
    <w:p>
      <w:r>
        <w:t>الان تأتي بعدد خاص اربع تفاحات</w:t>
      </w:r>
    </w:p>
    <w:p>
      <w:r>
        <w:t>زوج ام لا زوج لا تنقسم له متساوية</w:t>
      </w:r>
    </w:p>
    <w:p>
      <w:r>
        <w:t>ابحث عن الزوجية في التفاحة</w:t>
      </w:r>
    </w:p>
    <w:p>
      <w:r>
        <w:t>مجموعة التفاحات لا تجد الزوجية ابدا كمتن مستقل</w:t>
      </w:r>
    </w:p>
    <w:p>
      <w:r>
        <w:t>تقول نعم شيخنا ما فيهم زوجية ما في مستقل</w:t>
      </w:r>
    </w:p>
    <w:p>
      <w:r>
        <w:t>هي التفاحة</w:t>
      </w:r>
    </w:p>
    <w:p>
      <w:r>
        <w:t>هذه مجموعة التفاح بنحو بنحو الانقسام الى متساوية</w:t>
      </w:r>
    </w:p>
    <w:p>
      <w:r>
        <w:t>يعني يمكن اوزع تفاحتين لهذا الابن الصغير</w:t>
      </w:r>
    </w:p>
    <w:p>
      <w:r>
        <w:t>طه وتفاحتين ليلى بنت صغيرة</w:t>
      </w:r>
    </w:p>
    <w:p>
      <w:r>
        <w:t>نعم يذهبان الى المدرسة الام توزع اربع تفاحات يعني تنقسم الى متساوية هل الزوجية لها متر مستقل اربع تفاحات يعني عندك اربع تفاحات زوجية بجنبي لا ابدا</w:t>
      </w:r>
    </w:p>
    <w:p>
      <w:r>
        <w:t>هذه النكتة جدا جميلة ولهذا لماذا الدراسة المثنية جميلة? لان الدراسة المثنية وهو في حقل معرفي خاص يأتيك بنكات حتى لا تنتمي الى ذلك الحق</w:t>
      </w:r>
    </w:p>
    <w:p>
      <w:r>
        <w:t>الا انها يجب ان تسانخ السياق السياق المثني ليس بجيد فانت تتعلم في متن فلسفي في متن منطقي في متن كلامي في متن اخلاقي كثير من النكات الجميلة</w:t>
      </w:r>
    </w:p>
    <w:p>
      <w:r>
        <w:t>انظر اه فلان مائية الاعراض الذاتية ما يعني حقيقة هويتها ما هي فلان مائية الاعراض الذاتية انما تتحقق بهليتها لموضوعاتها ليس لنفسها</w:t>
      </w:r>
    </w:p>
    <w:p>
      <w:r>
        <w:t>يعني ليس لها هوية استقلالية</w:t>
      </w:r>
    </w:p>
    <w:p>
      <w:r>
        <w:t>وجود ربطي</w:t>
      </w:r>
    </w:p>
    <w:p>
      <w:r>
        <w:t>وجود ربطي</w:t>
      </w:r>
    </w:p>
    <w:p>
      <w:r>
        <w:t>اقول قد بينا ان مطلب ما ينقسم قسمين</w:t>
      </w:r>
    </w:p>
    <w:p>
      <w:r>
        <w:t>ماء القاموس وماء الحقيقي</w:t>
      </w:r>
    </w:p>
    <w:p>
      <w:r>
        <w:t>احدهم احدهما ما يطلب به شرح الاسم</w:t>
      </w:r>
    </w:p>
    <w:p>
      <w:r>
        <w:t>وهو المتقدم على جميع المطالب</w:t>
      </w:r>
    </w:p>
    <w:p>
      <w:r>
        <w:t>هذا بحث لغوي</w:t>
      </w:r>
    </w:p>
    <w:p>
      <w:r>
        <w:t>يض الذهن لغويا قاموسيا فقط</w:t>
      </w:r>
    </w:p>
    <w:p>
      <w:r>
        <w:t>نعم</w:t>
      </w:r>
    </w:p>
    <w:p>
      <w:r>
        <w:t>وهو المتقدم على جميع المطالب</w:t>
      </w:r>
    </w:p>
    <w:p>
      <w:r>
        <w:t>من المطالب? يقول اصلها وفرضها</w:t>
      </w:r>
    </w:p>
    <w:p>
      <w:r>
        <w:t>يعني المطالب الاصلية والفرعية</w:t>
      </w:r>
    </w:p>
    <w:p>
      <w:r>
        <w:t>الماء الذاتية يعني ماء المهوية والهل البسيطة والهر المركبة واليما الاثباتية ولما الثبوتية</w:t>
      </w:r>
    </w:p>
    <w:p>
      <w:r>
        <w:t>والفروع من كم واين وما ما ولما اه وما وما ومن? هذه التي مرت علينا</w:t>
      </w:r>
    </w:p>
    <w:p>
      <w:r>
        <w:t>الكم والعين وهذه الأمور الفرعية</w:t>
      </w:r>
    </w:p>
    <w:p>
      <w:r>
        <w:t>وثانيهما يعني ماء غير القاموسية ماء الحقيقية</w:t>
      </w:r>
    </w:p>
    <w:p>
      <w:r>
        <w:t>هذه هي التي تتعين بشؤونات وهي التي تقبل الخلق ليس الماء القاموسية</w:t>
      </w:r>
    </w:p>
    <w:p>
      <w:r>
        <w:t>وثانيها ما يطلب به نفس حقيقة الشيء</w:t>
      </w:r>
    </w:p>
    <w:p>
      <w:r>
        <w:t>هذا هو الذي يخلق على ابناء مبنى عروسة ما هي? او يخلق مجازا على مبنى اصالة الوجود</w:t>
      </w:r>
    </w:p>
    <w:p>
      <w:r>
        <w:t>وهو مادة ذاتية</w:t>
      </w:r>
    </w:p>
    <w:p>
      <w:r>
        <w:t>وهذا القسم الثاني منها تابع هل وهذا القسم الثاني يعني الماء الحقيقية تابع لمطلبه? هل اكتب تحت مطلبي هل في النظم الاندلوجي? في النظم التحققي وليس في النظم المنطقي في النظم المنطقي ما الذاتية هي سابقة</w:t>
      </w:r>
    </w:p>
    <w:p>
      <w:r>
        <w:t>لماذا? لانك انت تدرس في الحقل المنطقي ماذا تدرس في الحقل المنطقي? تدرس الكليات الخمس</w:t>
      </w:r>
    </w:p>
    <w:p>
      <w:r>
        <w:t>ثم التعريف ثم القسمة</w:t>
      </w:r>
    </w:p>
    <w:p>
      <w:r>
        <w:t>القسمة هي التعريف في تجلياته فقط</w:t>
      </w:r>
    </w:p>
    <w:p>
      <w:r>
        <w:t>ليس ليس شيئا جديدا</w:t>
      </w:r>
    </w:p>
    <w:p>
      <w:r>
        <w:t>ثم القضايا ثم الاقيس دقق جيدا</w:t>
      </w:r>
    </w:p>
    <w:p>
      <w:r>
        <w:t>الكليات الخمس مكونات آآ الهوية</w:t>
      </w:r>
    </w:p>
    <w:p>
      <w:r>
        <w:t>التعريف يبين هذه الهوية</w:t>
      </w:r>
    </w:p>
    <w:p>
      <w:r>
        <w:t>ثم القضايا هل هي بسيطة وهل هي مركبة ثم الاقيس لم الإثبات ولا من الثبوت</w:t>
      </w:r>
    </w:p>
    <w:p>
      <w:r>
        <w:t>يعني لم ولا انظر هذا الترتيب لأنه تحليل هذا هو الترتيب في النظم المنطقي خلاف ما يقوله المحقق التونسي والعلامة الحلي هذا اشارة الى النظم الخارجي النظم الخارجي نعم</w:t>
      </w:r>
    </w:p>
    <w:p>
      <w:r>
        <w:t>النظم نعم</w:t>
      </w:r>
    </w:p>
    <w:p>
      <w:r>
        <w:t>اذا لم تكن الهوية اه موجودة انت تصل الى هويتها لا تصل الى هويتها</w:t>
      </w:r>
    </w:p>
    <w:p>
      <w:r>
        <w:t>نعم</w:t>
      </w:r>
    </w:p>
    <w:p>
      <w:r>
        <w:t>اما البسيطة يعني الهدية البسيطة</w:t>
      </w:r>
    </w:p>
    <w:p>
      <w:r>
        <w:t>الانسان موجود الله موجود</w:t>
      </w:r>
    </w:p>
    <w:p>
      <w:r>
        <w:t>فلانه ما لم يعرف هذه الشأن ظاهرا</w:t>
      </w:r>
    </w:p>
    <w:p>
      <w:r>
        <w:t>فلان الشأن ما لم يعرف وجود شيء</w:t>
      </w:r>
    </w:p>
    <w:p>
      <w:r>
        <w:t>لا يطلب حقيقته</w:t>
      </w:r>
    </w:p>
    <w:p>
      <w:r>
        <w:t>لم يعرفوا له</w:t>
      </w:r>
    </w:p>
    <w:p>
      <w:r>
        <w:t>بمجرد قولي رحمة الله عليه</w:t>
      </w:r>
    </w:p>
    <w:p>
      <w:r>
        <w:t>لا يعرف ذهبت الى النظم المنطقي</w:t>
      </w:r>
    </w:p>
    <w:p>
      <w:r>
        <w:t>يعني لا</w:t>
      </w:r>
    </w:p>
    <w:p>
      <w:r>
        <w:t>تقول لانه ما لم يوجد الشيء</w:t>
      </w:r>
    </w:p>
    <w:p>
      <w:r>
        <w:t>لم يطب حقيقته</w:t>
      </w:r>
    </w:p>
    <w:p>
      <w:r>
        <w:t>لماذا? المعدو لا نبحث عن حقيقته لانه غير موجود</w:t>
      </w:r>
    </w:p>
    <w:p>
      <w:r>
        <w:t>سالب بانتفاء اصل الشيء</w:t>
      </w:r>
    </w:p>
    <w:p>
      <w:r>
        <w:t>اذا هذه كلمة لا يعرف ليس في محله</w:t>
      </w:r>
    </w:p>
    <w:p>
      <w:r>
        <w:t>فلانه ما لم يوجد شيء لم يطلب</w:t>
      </w:r>
    </w:p>
    <w:p>
      <w:r>
        <w:t>نعم</w:t>
      </w:r>
    </w:p>
    <w:p>
      <w:r>
        <w:t>حتى ان لم يطلب كذلك غير صحيحة</w:t>
      </w:r>
    </w:p>
    <w:p>
      <w:r>
        <w:t>يعني تقول ما لم ما لم يوجد الشيء هويته لا تتعين في دار الخلوق</w:t>
      </w:r>
    </w:p>
    <w:p>
      <w:r>
        <w:t>نعم لا يطلب يطلب حقيقته</w:t>
      </w:r>
    </w:p>
    <w:p>
      <w:r>
        <w:t>يعني هذا الخلط بين النظم المنطقي والنظم التحققي هنا سارثي كلامي الكبيرين</w:t>
      </w:r>
    </w:p>
    <w:p>
      <w:r>
        <w:t>نعم ما لم يعرف لا ما لم يوجد الشيء نعم لا تتعين اذا صححنا العبارة كاملا لا تتعين حقيقته وذات في نفسه</w:t>
      </w:r>
    </w:p>
    <w:p>
      <w:r>
        <w:t>نعم</w:t>
      </w:r>
    </w:p>
    <w:p>
      <w:r>
        <w:t>اما المعرفة والطلبة منطقي في النظم المنطقي لا الماء سابقة حسب النظم المنطقي كليات الخمس هي مكوناته الذات</w:t>
      </w:r>
    </w:p>
    <w:p>
      <w:r>
        <w:t>التعريف بهذه الكليات الخمس يحدد لنا الذات</w:t>
      </w:r>
    </w:p>
    <w:p>
      <w:r>
        <w:t>قبل القضايا</w:t>
      </w:r>
    </w:p>
    <w:p>
      <w:r>
        <w:t>ثم يأتي الحكم تشكل القضايا الية بسيطة وغير مركبة ثم القياس</w:t>
      </w:r>
    </w:p>
    <w:p>
      <w:r>
        <w:t>القياس يعني ماذا? اللم الاثباتي واللم الثبوتي</w:t>
      </w:r>
    </w:p>
    <w:p>
      <w:r>
        <w:t>يعني نلم ونلم آآ التحقق</w:t>
      </w:r>
    </w:p>
    <w:p>
      <w:r>
        <w:t>ولما التحقق? لان تحقق الماهية انظر</w:t>
      </w:r>
    </w:p>
    <w:p>
      <w:r>
        <w:t>تحقق المهي ايضا الماهية تتحقق في ذهنك يعني الماء في ذهنك الماء في ذهنك ما ما معرفي</w:t>
      </w:r>
    </w:p>
    <w:p>
      <w:r>
        <w:t>ليس الماء الذي له الاثار</w:t>
      </w:r>
    </w:p>
    <w:p>
      <w:r>
        <w:t>لان التحقق انظر ذهنه الشريف ملتفت الى انه عن النظم تحققي</w:t>
      </w:r>
    </w:p>
    <w:p>
      <w:r>
        <w:t>نعم لان تحقق المالية متأخر عن تحقق النياتها ووجودها</w:t>
      </w:r>
    </w:p>
    <w:p>
      <w:r>
        <w:t>يعني يجب ان تنوجد</w:t>
      </w:r>
    </w:p>
    <w:p>
      <w:r>
        <w:t>نعم</w:t>
      </w:r>
    </w:p>
    <w:p>
      <w:r>
        <w:t>وما الذاتية يطلب بها تحقق الماهية</w:t>
      </w:r>
    </w:p>
    <w:p>
      <w:r>
        <w:t>يعني بعد التحقق هذا في النظم التحققي نعم انا واثق</w:t>
      </w:r>
    </w:p>
    <w:p>
      <w:r>
        <w:t>وهل البسيطة يطلب بها تحقق الوجود? فكان المطلب الاول يعني مطلب الماء الذاتية متأخرا عن الثاني ماذا? عن الهدية البسيطة</w:t>
      </w:r>
    </w:p>
    <w:p>
      <w:r>
        <w:t>نعم</w:t>
      </w:r>
    </w:p>
    <w:p>
      <w:r>
        <w:t>في النظام المنطقي نعم</w:t>
      </w:r>
    </w:p>
    <w:p>
      <w:r>
        <w:t>في التحقق نعم في النظم المنطقي نعم في النظم المنطقي بالعكس</w:t>
      </w:r>
    </w:p>
    <w:p>
      <w:r>
        <w:t>نعم ولهذا المنطق لم يبدأ بالعقيس</w:t>
      </w:r>
    </w:p>
    <w:p>
      <w:r>
        <w:t>بدأ بالاقيسا ثم بدأ او بدأ بالهلية البسيطة والهلية المركبة ثم الاقيصة ثم مع الشريحة وما الحقيقية لا لا لا بالعكس بدأ بماء ما مال حقيقية واما المركبة يعني الهدية المركبة الله عالم الانسان الانسان مؤمن وهكذا فلانها يطلب بها يطلب بها تحقق وجود الاعراض للشيء</w:t>
      </w:r>
    </w:p>
    <w:p>
      <w:r>
        <w:t>حتى يطلب? لا</w:t>
      </w:r>
    </w:p>
    <w:p>
      <w:r>
        <w:t>اذا تحدثت عن يطلب يعني ان انت في النظم منطقي</w:t>
      </w:r>
    </w:p>
    <w:p>
      <w:r>
        <w:t>في النظم المنطقي متأخرة عن مادة فيقال هل هو بحال كذا? يعني هل الماء بارد? هل الانسان مؤمن? هل الله تعالى عالم? ولا شك ان تلك الاعراض الذكية ما لم تكن موجودة</w:t>
      </w:r>
    </w:p>
    <w:p>
      <w:r>
        <w:t>انظر موجودة</w:t>
      </w:r>
    </w:p>
    <w:p>
      <w:r>
        <w:t>اي نظم منطقي ام نظم تحققي? نظم تحققي</w:t>
      </w:r>
    </w:p>
    <w:p>
      <w:r>
        <w:t>نعم</w:t>
      </w:r>
    </w:p>
    <w:p>
      <w:r>
        <w:t>ما لم تكن موجودة لموضوعاتها لا تكون لها حقيقة في ذاتها</w:t>
      </w:r>
    </w:p>
    <w:p>
      <w:r>
        <w:t>انظر لا تكن لها في حقيقة في ذاتها تأكيد لما بينه المحقق التونسي انه وجودات ربطية</w:t>
      </w:r>
    </w:p>
    <w:p>
      <w:r>
        <w:t>لا هوية مستقلة لها</w:t>
      </w:r>
    </w:p>
    <w:p>
      <w:r>
        <w:t>نعم</w:t>
      </w:r>
    </w:p>
    <w:p>
      <w:r>
        <w:t>لان الحقيقة هي حقيقة هي حقيقة امر الموجود</w:t>
      </w:r>
    </w:p>
    <w:p>
      <w:r>
        <w:t>نعم</w:t>
      </w:r>
    </w:p>
    <w:p>
      <w:r>
        <w:t>هنا انا اوافق نظم التحقق اه الهدية البسيطة السابقة على الهلية المركبة والهليتان سابقتان على ماء الذاتية والعلل التي حققت الهوية سابقة على حتى البسيطة</w:t>
      </w:r>
    </w:p>
    <w:p>
      <w:r>
        <w:t>نعم فما لم يعرف وجودها لموظوعتها لم تطلب حقي آآ حقيقتها</w:t>
      </w:r>
    </w:p>
    <w:p>
      <w:r>
        <w:t>هنا كذلك آآ عدل الى النظم المنطقي</w:t>
      </w:r>
    </w:p>
    <w:p>
      <w:r>
        <w:t>لان يعرف ويطلب وهذا في النظر المنطقي</w:t>
      </w:r>
    </w:p>
    <w:p>
      <w:r>
        <w:t>هذا هو الخلط</w:t>
      </w:r>
    </w:p>
    <w:p>
      <w:r>
        <w:t>نعم واليه اشار بقوله مائية الاعراض الذاتية انما تتحقق بهليتها لموضوعاتها</w:t>
      </w:r>
    </w:p>
    <w:p>
      <w:r>
        <w:t>نعم</w:t>
      </w:r>
    </w:p>
    <w:p>
      <w:r>
        <w:t>وعندي فيه نظر</w:t>
      </w:r>
    </w:p>
    <w:p>
      <w:r>
        <w:t>على مرحل يناقش</w:t>
      </w:r>
    </w:p>
    <w:p>
      <w:r>
        <w:t>نشوف المناقشة</w:t>
      </w:r>
    </w:p>
    <w:p>
      <w:r>
        <w:t>نعم</w:t>
      </w:r>
    </w:p>
    <w:p>
      <w:r>
        <w:t>لان اذا قلنا ما الحركة? طالبين حقيقتها</w:t>
      </w:r>
    </w:p>
    <w:p>
      <w:r>
        <w:t>طالبين يعني حال</w:t>
      </w:r>
    </w:p>
    <w:p>
      <w:r>
        <w:t>حالة كوننا طالبين حقيقتها</w:t>
      </w:r>
    </w:p>
    <w:p>
      <w:r>
        <w:t>حقيقتها منصوبة المشتق طالب اسم فاعل</w:t>
      </w:r>
    </w:p>
    <w:p>
      <w:r>
        <w:t>في شكل حال طالبين حقيقتها فلا ريب في تأخر هذا المطلب عن مطلب هل البسيطة</w:t>
      </w:r>
    </w:p>
    <w:p>
      <w:r>
        <w:t>نعم</w:t>
      </w:r>
    </w:p>
    <w:p>
      <w:r>
        <w:t>عن هل البسيطة اما عن هل المركبة? يعني هل الحركة دائمة مثلا فلا على منحه هنا يفكك بين الهدية البسيطة والهلية المركبة</w:t>
      </w:r>
    </w:p>
    <w:p>
      <w:r>
        <w:t>يقول الهدية البسيطة تسبق</w:t>
      </w:r>
    </w:p>
    <w:p>
      <w:r>
        <w:t>المال الحقيقية</w:t>
      </w:r>
    </w:p>
    <w:p>
      <w:r>
        <w:t>امل هل هي المركبة لا</w:t>
      </w:r>
    </w:p>
    <w:p>
      <w:r>
        <w:t>دليله ما هو? الهدية الم فرعون اه معرفتنا فرع معرفتنا بالهوية وتحقق الهوية</w:t>
      </w:r>
    </w:p>
    <w:p>
      <w:r>
        <w:t>يعني ندري ان المهية موجودة وعندها ذات</w:t>
      </w:r>
    </w:p>
    <w:p>
      <w:r>
        <w:t>يعني المائية يعني ماء الحقيقية</w:t>
      </w:r>
    </w:p>
    <w:p>
      <w:r>
        <w:t>هذا هو دليله</w:t>
      </w:r>
    </w:p>
    <w:p>
      <w:r>
        <w:t>نعم</w:t>
      </w:r>
    </w:p>
    <w:p>
      <w:r>
        <w:t>وعندي فيه نظر</w:t>
      </w:r>
    </w:p>
    <w:p>
      <w:r>
        <w:t>لان اذا قلنا ما الحركة? هنا الماء الحقيقي</w:t>
      </w:r>
    </w:p>
    <w:p>
      <w:r>
        <w:t>طالبين حقيقتها</w:t>
      </w:r>
    </w:p>
    <w:p>
      <w:r>
        <w:t>حقيقة يعني هويتها فلا ريب في تأخر هذا المطلب يعني مطلب ما الذاتية</w:t>
      </w:r>
    </w:p>
    <w:p>
      <w:r>
        <w:t>عن مطلب مطلبها البسيطة</w:t>
      </w:r>
    </w:p>
    <w:p>
      <w:r>
        <w:t>في النظم التحققي لا شك في ذلك</w:t>
      </w:r>
    </w:p>
    <w:p>
      <w:r>
        <w:t>اما عن الهدية المركبة اعني هل الحركة دائمة? مثلا فلا نعم طلب دوام الحركة بمادة متأخر عن طلبه</w:t>
      </w:r>
    </w:p>
    <w:p>
      <w:r>
        <w:t>هل المركب للحركة? لأن الدوام هذا بعد الهدية المركبة لكن الطلبان مختلفان</w:t>
      </w:r>
    </w:p>
    <w:p>
      <w:r>
        <w:t>ودليل المصنف انما يدل على الثاني اما عن الاول فلا</w:t>
      </w:r>
    </w:p>
    <w:p>
      <w:r>
        <w:t>نحن نقول على من نحل لا فرق بين الاهلية المركبة والهلية البسيطة</w:t>
      </w:r>
    </w:p>
    <w:p>
      <w:r>
        <w:t>في عالم التحقق</w:t>
      </w:r>
    </w:p>
    <w:p>
      <w:r>
        <w:t>نعم</w:t>
      </w:r>
    </w:p>
    <w:p>
      <w:r>
        <w:t>لأننا نتعامل مع المركب وما عندنا هل هي بسيطة في الخارج أبدا خذها من عندي هذي هلية بسيطة خالية ما عندنا يعني واقعية فقط متحيثية بالتحقق ما عندها اه اعراض اخرى هذا غير موجود شجرة فقط موجودة</w:t>
      </w:r>
    </w:p>
    <w:p>
      <w:r>
        <w:t>ما عنده اي حيثية اخرى هذه غير</w:t>
      </w:r>
    </w:p>
    <w:p>
      <w:r>
        <w:t>يا اما تحلم بها</w:t>
      </w:r>
    </w:p>
    <w:p>
      <w:r>
        <w:t>كل ما هو واقع وهل هي مركبة</w:t>
      </w:r>
    </w:p>
    <w:p>
      <w:r>
        <w:t>هذا هو التركيب</w:t>
      </w:r>
    </w:p>
    <w:p>
      <w:r>
        <w:t>ثم تأتي تحلل</w:t>
      </w:r>
    </w:p>
    <w:p>
      <w:r>
        <w:t>اذا الماء الحقيقية تأتي بعد التحليل</w:t>
      </w:r>
    </w:p>
    <w:p>
      <w:r>
        <w:t>يعني بعد الهدية المركبة وبعد الهدية البسيطة</w:t>
      </w:r>
    </w:p>
    <w:p>
      <w:r>
        <w:t>ما تفضل به العلماء الحلي غير صحيح</w:t>
      </w:r>
    </w:p>
    <w:p>
      <w:r>
        <w:t>مطلقا غير صحيح</w:t>
      </w:r>
    </w:p>
    <w:p>
      <w:r>
        <w:t>لا فرق بين الهدية المركبة والهلية البسيطة</w:t>
      </w:r>
    </w:p>
    <w:p>
      <w:r>
        <w:t>هو يقول لان التركيب تقول الانسان عالم عالم يثبت للانسان بعدما عرفنا ان الانسان موجود وهويته معروفة كذلك الا انت تتعامل مع الانسان عالم دفعة واحدة ثم يأتي التحليل الماء اه الذاتية</w:t>
      </w:r>
    </w:p>
    <w:p>
      <w:r>
        <w:t>يعني الهوية</w:t>
      </w:r>
    </w:p>
    <w:p>
      <w:r>
        <w:t>ثم ينتقل الى النظم المنطقي</w:t>
      </w:r>
    </w:p>
    <w:p>
      <w:r>
        <w:t>يضع الهوية يعني الانسان ثم التعينات</w:t>
      </w:r>
    </w:p>
    <w:p>
      <w:r>
        <w:t>تعين هو الوجود هل هي بسيطة? التعينات غير الوجود</w:t>
      </w:r>
    </w:p>
    <w:p>
      <w:r>
        <w:t>هل هي مركب ثم يأتي ويعلل وفقا لحكومة مبدأ سببه الكافي</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