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وفقنا لكل خير</w:t>
      </w:r>
    </w:p>
    <w:p>
      <w:r>
        <w:t>وصلنا معكم الى هذه الفقرة قال وهو ايضا طلب هلية مركبة هو طلب مائية حدودها الوسطى</w:t>
      </w:r>
    </w:p>
    <w:p>
      <w:r>
        <w:t>ولذلك قد يتشارك البرهان والحد في اجزائها</w:t>
      </w:r>
    </w:p>
    <w:p>
      <w:r>
        <w:t>بعض المواد</w:t>
      </w:r>
    </w:p>
    <w:p>
      <w:r>
        <w:t>هذا دليل اخر على اسبقية الاهلية البسيطة على الماء الذاتية</w:t>
      </w:r>
    </w:p>
    <w:p>
      <w:r>
        <w:t>يعني على مبدأ الهوية</w:t>
      </w:r>
    </w:p>
    <w:p>
      <w:r>
        <w:t>نعم هذا في النظم التحقيق اما في النظم المنطقي رفضنا</w:t>
      </w:r>
    </w:p>
    <w:p>
      <w:r>
        <w:t>نعم</w:t>
      </w:r>
    </w:p>
    <w:p>
      <w:r>
        <w:t>اقول هذا دليل ثان على ان ماء الذاتية تابعة هل المركبة? وهل البسيطة لا فرق? وتقريره ان الطلبة يعني تقرير الدليل ان الطلبة بناء الذاتية هو طلب مائية الحد الاوسط</w:t>
      </w:r>
    </w:p>
    <w:p>
      <w:r>
        <w:t>كيف? كما تقول هل القمر منخسف? هذه هلية مركبة</w:t>
      </w:r>
    </w:p>
    <w:p>
      <w:r>
        <w:t>تقول هل القمر هذا هدية بسيطة</w:t>
      </w:r>
    </w:p>
    <w:p>
      <w:r>
        <w:t>هل القمر متعين بتعين ما? هذه هلية مركبة</w:t>
      </w:r>
    </w:p>
    <w:p>
      <w:r>
        <w:t>التعين هنا منخصف</w:t>
      </w:r>
    </w:p>
    <w:p>
      <w:r>
        <w:t>تقول هل القمر منخسف? هل هي مركبة? السؤال عن هل هي مركبة? يعني عن تعين للقمر غير تعين تحققي</w:t>
      </w:r>
    </w:p>
    <w:p>
      <w:r>
        <w:t>نعم</w:t>
      </w:r>
    </w:p>
    <w:p>
      <w:r>
        <w:t>فاذا قيل نعم قيل ما علته? يعني ما علة اي الخسوف? فيقال توسط الارض</w:t>
      </w:r>
    </w:p>
    <w:p>
      <w:r>
        <w:t>في الفلك يقولون الحيلولة</w:t>
      </w:r>
    </w:p>
    <w:p>
      <w:r>
        <w:t>الح يأتي المخروط</w:t>
      </w:r>
    </w:p>
    <w:p>
      <w:r>
        <w:t>عندك الشمس انت وعندك القمر</w:t>
      </w:r>
    </w:p>
    <w:p>
      <w:r>
        <w:t>اذا لم تكن هناك حيلولة بين الشمس والقمر</w:t>
      </w:r>
    </w:p>
    <w:p>
      <w:r>
        <w:t>القمر ينير</w:t>
      </w:r>
    </w:p>
    <w:p>
      <w:r>
        <w:t>يعني تنعكس فيه اه اشعة الشمس</w:t>
      </w:r>
    </w:p>
    <w:p>
      <w:r>
        <w:t>فترى الق منيرا فهذا المخروط الذي ينطلق من الشمس ويقع على القمر ما في في داخله شيء</w:t>
      </w:r>
    </w:p>
    <w:p>
      <w:r>
        <w:t>والمنظومة الشمسية منظومة فلكية فيحدث ان تكون الارض في هذا المخروط</w:t>
      </w:r>
    </w:p>
    <w:p>
      <w:r>
        <w:t>المخروط الضوئي</w:t>
      </w:r>
    </w:p>
    <w:p>
      <w:r>
        <w:t>فتغطي القمر يعني تلفظ اه لا نقول تلفظ</w:t>
      </w:r>
    </w:p>
    <w:p>
      <w:r>
        <w:t>آآ التعبير الصحيح تمنع نفوذ الاشعة الشمسية الى القمر</w:t>
      </w:r>
    </w:p>
    <w:p>
      <w:r>
        <w:t>تكون حاجزا مانعا هذا هو التوصل د الأرض هذا هو الحي لولا</w:t>
      </w:r>
    </w:p>
    <w:p>
      <w:r>
        <w:t>فالقمر لا يكون منيرا</w:t>
      </w:r>
    </w:p>
    <w:p>
      <w:r>
        <w:t>يختفي على مستوى على مستوى سطحه هذا يسمى الخسوف</w:t>
      </w:r>
    </w:p>
    <w:p>
      <w:r>
        <w:t>اذا كان القمر هو في المخروط هو الحاجز فهذا هو الكسوف</w:t>
      </w:r>
    </w:p>
    <w:p>
      <w:r>
        <w:t>الارض تكون في حالة كسوف</w:t>
      </w:r>
    </w:p>
    <w:p>
      <w:r>
        <w:t>لان القمر كان هو الحائل هو الوسط</w:t>
      </w:r>
    </w:p>
    <w:p>
      <w:r>
        <w:t>نعم</w:t>
      </w:r>
    </w:p>
    <w:p>
      <w:r>
        <w:t>فاذا سألت هل القمر منخفض? هذه سؤال عن الهدية المركبة</w:t>
      </w:r>
    </w:p>
    <w:p>
      <w:r>
        <w:t>عن تعين القمر غير الوجود</w:t>
      </w:r>
    </w:p>
    <w:p>
      <w:r>
        <w:t>فاذا قال نعم يعني الخصاص ما هو العلة? فيقال توسط الارض يعني الحيلولة</w:t>
      </w:r>
    </w:p>
    <w:p>
      <w:r>
        <w:t>فالسؤال الذاتية على العلة متأخر عن السؤال بهل المركب عن الحكم? انت تسأل لم? هذه لما? ليست ذاتية</w:t>
      </w:r>
    </w:p>
    <w:p>
      <w:r>
        <w:t>هذه مبدأ السبب الكافي</w:t>
      </w:r>
    </w:p>
    <w:p>
      <w:r>
        <w:t>مبدأ السبب الكافي</w:t>
      </w:r>
    </w:p>
    <w:p>
      <w:r>
        <w:t>لكن لماذا السبب الكافي هنا صار الذي هو متأخر</w:t>
      </w:r>
    </w:p>
    <w:p>
      <w:r>
        <w:t>متأخر في النظم المنطقي</w:t>
      </w:r>
    </w:p>
    <w:p>
      <w:r>
        <w:t>وهو الاول في النظمة التحققي</w:t>
      </w:r>
    </w:p>
    <w:p>
      <w:r>
        <w:t>لماذا? لانه عندهم قاعدة ان البرهان البرهان يعني آآ معيار مبدا السبب الكافي يتماشى وينطبق يتناغم مع الماء الذاتية</w:t>
      </w:r>
    </w:p>
    <w:p>
      <w:r>
        <w:t>شيء عجيب</w:t>
      </w:r>
    </w:p>
    <w:p>
      <w:r>
        <w:t>شيء عجيب</w:t>
      </w:r>
    </w:p>
    <w:p>
      <w:r>
        <w:t>كيف تقول هذا خلاف المنطق? كيف يكون المتأخر هو السابق والسابق هو المتأخر</w:t>
      </w:r>
    </w:p>
    <w:p>
      <w:r>
        <w:t>اصبر سترى هذا الامر</w:t>
      </w:r>
    </w:p>
    <w:p>
      <w:r>
        <w:t>فيقال توسط الارض فالسؤال بما الذات عن العلة? نعم</w:t>
      </w:r>
    </w:p>
    <w:p>
      <w:r>
        <w:t>يقول يقول في السؤال اه السؤال ماذا كان? ما علته? يعني هوية العلة السؤال عن هوية العلة</w:t>
      </w:r>
    </w:p>
    <w:p>
      <w:r>
        <w:t>هنا في مغالاة طبعا حسب اه حسب اه فهم وانا طالب صغير</w:t>
      </w:r>
    </w:p>
    <w:p>
      <w:r>
        <w:t>فرق بين الذات بوصف العلية والذات بما هي ذات</w:t>
      </w:r>
    </w:p>
    <w:p>
      <w:r>
        <w:t>ان تقول ما علته? يعني انت ما تبحث عن الهوية</w:t>
      </w:r>
    </w:p>
    <w:p>
      <w:r>
        <w:t>تبحث عن الهوية المتعينة بالعلية والمعلولية</w:t>
      </w:r>
    </w:p>
    <w:p>
      <w:r>
        <w:t>اذا انت في مبدأ السبب الكارثي فليس في مبدأ الهوية</w:t>
      </w:r>
    </w:p>
    <w:p>
      <w:r>
        <w:t>ليس في الماء الذاتية</w:t>
      </w:r>
    </w:p>
    <w:p>
      <w:r>
        <w:t>انت في مبدأ السبب الكافي</w:t>
      </w:r>
    </w:p>
    <w:p>
      <w:r>
        <w:t>مرة انا اقول الذات الإلهية</w:t>
      </w:r>
    </w:p>
    <w:p>
      <w:r>
        <w:t>انتهى الأمر</w:t>
      </w:r>
    </w:p>
    <w:p>
      <w:r>
        <w:t>غير الذات الإلهية الخالقة</w:t>
      </w:r>
    </w:p>
    <w:p>
      <w:r>
        <w:t>غير الذات الإلهية الخالقة</w:t>
      </w:r>
    </w:p>
    <w:p>
      <w:r>
        <w:t>الذات الإله الخالقة غير الذات</w:t>
      </w:r>
    </w:p>
    <w:p>
      <w:r>
        <w:t>يعني ان الان في عالم الخلق اكتشفت ملاك المخلوقية الحدوث كما يقول المتكلم او الامكان المهوي كما يقول من شاء او الامكان الفقري كما يقول صدر متألين ما معناه? يعني هذا لا يملك الوجود من ذاته</w:t>
      </w:r>
    </w:p>
    <w:p>
      <w:r>
        <w:t>وانما الوجود عارية</w:t>
      </w:r>
    </w:p>
    <w:p>
      <w:r>
        <w:t>معطى له</w:t>
      </w:r>
    </w:p>
    <w:p>
      <w:r>
        <w:t>فهنا الذات الالهية حاضرة</w:t>
      </w:r>
    </w:p>
    <w:p>
      <w:r>
        <w:t>حاضرة بوصف العلي لا ننظر الى الهوية</w:t>
      </w:r>
    </w:p>
    <w:p>
      <w:r>
        <w:t>حاضرة بوصف العلية</w:t>
      </w:r>
    </w:p>
    <w:p>
      <w:r>
        <w:t>لا نتحدث عن الذات</w:t>
      </w:r>
    </w:p>
    <w:p>
      <w:r>
        <w:t>حاضرة ليست حاضرة هنا السكوت</w:t>
      </w:r>
    </w:p>
    <w:p>
      <w:r>
        <w:t>اذا تقول ما علة? يعني ما هي الذات المتحيفة بالعلة? ليس الذات</w:t>
      </w:r>
    </w:p>
    <w:p>
      <w:r>
        <w:t>نحن لسنا هنا في الماء الذاتية وفي صدد العلية والمعنوية يعني ما قبل حتى الذات ما قبل حتى الوجود</w:t>
      </w:r>
    </w:p>
    <w:p>
      <w:r>
        <w:t>اذا فيه مغالطة هنا فيقال توسط الارض</w:t>
      </w:r>
    </w:p>
    <w:p>
      <w:r>
        <w:t>فالسؤال بما الذاتية? ما علة ليست ما الذاتية? نائم فالسؤال بماذاته عن العلة متأخرا عن السؤال بهذا المركب على الحكم? نعم</w:t>
      </w:r>
    </w:p>
    <w:p>
      <w:r>
        <w:t>يعني بعد ما انخسف القمر نقول ما علته? ما هي علته هنا عن هوية العلة</w:t>
      </w:r>
    </w:p>
    <w:p>
      <w:r>
        <w:t>نبحث عن هوية العلة بما هي متعينة بالعلية</w:t>
      </w:r>
    </w:p>
    <w:p>
      <w:r>
        <w:t>معليش خلينا اه اه نعبر هذا الاشكال</w:t>
      </w:r>
    </w:p>
    <w:p>
      <w:r>
        <w:t>فالسؤال بما الذات على العلة قلت ما علته يعني ما علة خسوف القمر متأخرة عن السؤال بهل المركبة عن الحكم</w:t>
      </w:r>
    </w:p>
    <w:p>
      <w:r>
        <w:t>نعم</w:t>
      </w:r>
    </w:p>
    <w:p>
      <w:r>
        <w:t>لاحظت كيف? المادة الذاتية متأخرة عن الهلية البسيطة وانه لي المركبة متأخرة عن القمر موجود وعن القمر المنخفض</w:t>
      </w:r>
    </w:p>
    <w:p>
      <w:r>
        <w:t>وقولنا ما علة الانخساف هو قولنا لمن خسف</w:t>
      </w:r>
    </w:p>
    <w:p>
      <w:r>
        <w:t>لمن خسف في الارض? علي ومع اللولية</w:t>
      </w:r>
    </w:p>
    <w:p>
      <w:r>
        <w:t>اذا هنا مبدأ الهوية تناغم تناهى تصادق مع اه مبدأ السبب الكافي</w:t>
      </w:r>
    </w:p>
    <w:p>
      <w:r>
        <w:t>معقول هذا! نعم</w:t>
      </w:r>
    </w:p>
    <w:p>
      <w:r>
        <w:t>وبالجملة فقولنا لما سؤال عن الحد الأوسط</w:t>
      </w:r>
    </w:p>
    <w:p>
      <w:r>
        <w:t>بما واذا طالبة للحد الاوسط فهل المركبة تكون متبوعة لها؟ نعم تكون متبوعة لها يعني ان ما تأتي بعد الحل ومن حيث ان طلب اليات المركبة هو طلب مائية حدودها الوسطى يشارك الحد والبرهان في اجزائها في بعض يشارك آآ يشارك الحد آآ آآ يشارك الحد والبرار في اجزائه في بعض المواد كما سيأتي يتشارك لا سيشاركه</w:t>
      </w:r>
    </w:p>
    <w:p>
      <w:r>
        <w:t>باب المفاعلة يتشارك الحد والبرهان في اجزائها في بعض المواد كما سيأتي ليس على نحو نحو الكلية ما معنى هذا الكلام? تشارك العدو والبرهان سيأتي بالتفصيل</w:t>
      </w:r>
    </w:p>
    <w:p>
      <w:r>
        <w:t>هنا اضيئه فقط بشكل مختصر</w:t>
      </w:r>
    </w:p>
    <w:p>
      <w:r>
        <w:t>انت تقول اه ما الخسوف? هو حيلولة الارض بين الشمس والقمر</w:t>
      </w:r>
    </w:p>
    <w:p>
      <w:r>
        <w:t>نعم</w:t>
      </w:r>
    </w:p>
    <w:p>
      <w:r>
        <w:t>اذا هوية الخسوف حيلولة الارض بين الشمس قمر</w:t>
      </w:r>
    </w:p>
    <w:p>
      <w:r>
        <w:t>يعني توسط الارظ بين الشمس والقمر</w:t>
      </w:r>
    </w:p>
    <w:p>
      <w:r>
        <w:t>هذي هي هوية الخسوف</w:t>
      </w:r>
    </w:p>
    <w:p>
      <w:r>
        <w:t>ثم تقول لم? آآ القمر انخسف لان للحيلولة</w:t>
      </w:r>
    </w:p>
    <w:p>
      <w:r>
        <w:t>التعليلية يعني سبب خسوف القمر الحيلولة</w:t>
      </w:r>
    </w:p>
    <w:p>
      <w:r>
        <w:t>ما هو الخسوف? الحيلولة? اذا هنا مبدأ الهوية كما في مبدأ سبب الكافي</w:t>
      </w:r>
    </w:p>
    <w:p>
      <w:r>
        <w:t>ما هو السر السر لم يبينه هنا لا المحقق التونسي ولا العلامة الحلي</w:t>
      </w:r>
    </w:p>
    <w:p>
      <w:r>
        <w:t>في الامور التي ليست لها هوية</w:t>
      </w:r>
    </w:p>
    <w:p>
      <w:r>
        <w:t>الخسوف حيثيات يعني مفاهيم ثانية اه فلكية</w:t>
      </w:r>
    </w:p>
    <w:p>
      <w:r>
        <w:t>خسوف كسوف هذه الامور مفاهيم ثانية فلكية وقد تكون في موضع اخر مفاهيم ثانية فلسفية مفاهيم ثانية اخلاقية يعني نحن في دائرة التعينات في في دائرة وجودات الربطية</w:t>
      </w:r>
    </w:p>
    <w:p>
      <w:r>
        <w:t>هذه الهوية الهويات التي لا هوية لها وهي ما تحكيها المفاهيم الثانية</w:t>
      </w:r>
    </w:p>
    <w:p>
      <w:r>
        <w:t>آآ الثانية سواء كانت ثانية فلسفية هندسية فيزيائية فلكية رياضية اخلاقية لا تهم نوعية المفاهيم الثانية</w:t>
      </w:r>
    </w:p>
    <w:p>
      <w:r>
        <w:t>لا تحكي ذوات</w:t>
      </w:r>
    </w:p>
    <w:p>
      <w:r>
        <w:t>تحكي حيثيات لا هوية لها</w:t>
      </w:r>
    </w:p>
    <w:p>
      <w:r>
        <w:t>اذا انت اذا جئت ان تعرفها بالجنس والفصل لا تستطيع</w:t>
      </w:r>
    </w:p>
    <w:p>
      <w:r>
        <w:t>الاصل لا هوية لها</w:t>
      </w:r>
    </w:p>
    <w:p>
      <w:r>
        <w:t>ليس كالذوات</w:t>
      </w:r>
    </w:p>
    <w:p>
      <w:r>
        <w:t>ذات الانسان والتفاحة والحمارة زواج تبحث عن بعد مادي وبعد صوري وهو النفس</w:t>
      </w:r>
    </w:p>
    <w:p>
      <w:r>
        <w:t>فمن البعد المادي تستخرج الحيوان ومن بعد النفسي تستخرج الناطق وتقول الحيوان الناطق</w:t>
      </w:r>
    </w:p>
    <w:p>
      <w:r>
        <w:t>مركبات</w:t>
      </w:r>
    </w:p>
    <w:p>
      <w:r>
        <w:t>اما الحيثيات لا هوية له</w:t>
      </w:r>
    </w:p>
    <w:p>
      <w:r>
        <w:t>انت الان انا محيز بالجلوس</w:t>
      </w:r>
    </w:p>
    <w:p>
      <w:r>
        <w:t>دعك من ذاتي</w:t>
      </w:r>
    </w:p>
    <w:p>
      <w:r>
        <w:t>انا مركبة من بدن وروح</w:t>
      </w:r>
    </w:p>
    <w:p>
      <w:r>
        <w:t>دعك من ذاتي</w:t>
      </w:r>
    </w:p>
    <w:p>
      <w:r>
        <w:t>الجلوس حلله انت</w:t>
      </w:r>
    </w:p>
    <w:p>
      <w:r>
        <w:t>حلله الى مكونات ابدا</w:t>
      </w:r>
    </w:p>
    <w:p>
      <w:r>
        <w:t>اكتب هذه قاعدة ذهبية</w:t>
      </w:r>
    </w:p>
    <w:p>
      <w:r>
        <w:t>الحيثيات تعينات الوجودات الربية الشؤونات الاعراض الذاتية كلها اسامي لحقيقة واحدة</w:t>
      </w:r>
    </w:p>
    <w:p>
      <w:r>
        <w:t>الاحكام نعيد التسمية حتى تكتب</w:t>
      </w:r>
    </w:p>
    <w:p>
      <w:r>
        <w:t>الاعراض الذاتية تعينات شؤونات الاحكام</w:t>
      </w:r>
    </w:p>
    <w:p>
      <w:r>
        <w:t>آآ الاوصاف التحليلية الاوصاف الاوصاف التحليلية هي الاوصاف</w:t>
      </w:r>
    </w:p>
    <w:p>
      <w:r>
        <w:t>والوجودات الربطية كلها آآ معنى واحد</w:t>
      </w:r>
    </w:p>
    <w:p>
      <w:r>
        <w:t>في المعنى</w:t>
      </w:r>
    </w:p>
    <w:p>
      <w:r>
        <w:t>هذه لا هوية لها</w:t>
      </w:r>
    </w:p>
    <w:p>
      <w:r>
        <w:t>وانما هي ذات متعينة</w:t>
      </w:r>
    </w:p>
    <w:p>
      <w:r>
        <w:t>اذا انت تعرفها بماذا? تعرفها باللوازم</w:t>
      </w:r>
    </w:p>
    <w:p>
      <w:r>
        <w:t>ما يجاورها</w:t>
      </w:r>
    </w:p>
    <w:p>
      <w:r>
        <w:t>اذا اذا انت تأملت في هذه الظاهرة الفلكية</w:t>
      </w:r>
    </w:p>
    <w:p>
      <w:r>
        <w:t>وجدت اختفى منه النور</w:t>
      </w:r>
    </w:p>
    <w:p>
      <w:r>
        <w:t>اختفى منه النور طبع له مصطلحا</w:t>
      </w:r>
    </w:p>
    <w:p>
      <w:r>
        <w:t>فلكن خسوف تأخذه من من العرف اللغوي</w:t>
      </w:r>
    </w:p>
    <w:p>
      <w:r>
        <w:t>وتضعه في الفلك</w:t>
      </w:r>
    </w:p>
    <w:p>
      <w:r>
        <w:t>انت كفلك صاحب صناعة علمية</w:t>
      </w:r>
    </w:p>
    <w:p>
      <w:r>
        <w:t>يجب ان تبين هويته العلمية تقول الخسوف هو حيلولة الارض بين الشمس والقمر</w:t>
      </w:r>
    </w:p>
    <w:p>
      <w:r>
        <w:t>يعني توسط الارض بين الشمس والقمر</w:t>
      </w:r>
    </w:p>
    <w:p>
      <w:r>
        <w:t>يعني تدخل في المخلوط وتخفي الاشعة عن القمر</w:t>
      </w:r>
    </w:p>
    <w:p>
      <w:r>
        <w:t>فالقمر لا تبرز فيه الا والخسوف</w:t>
      </w:r>
    </w:p>
    <w:p>
      <w:r>
        <w:t>اذا علة الخسوف ما هو? يعني ما هو الملاك الواقعي لاختفاء النور على سطح القمر الذي يسمى الخسوف? تقول توسط الارض بينه وبين الشمس</w:t>
      </w:r>
    </w:p>
    <w:p>
      <w:r>
        <w:t>هذه علة واقعية علة واقعية</w:t>
      </w:r>
    </w:p>
    <w:p>
      <w:r>
        <w:t>ماهية الخسوف ما هو? الخسوف حيثية لا هوية له</w:t>
      </w:r>
    </w:p>
    <w:p>
      <w:r>
        <w:t>ما تقدر تعرفه ما عنده هوية</w:t>
      </w:r>
    </w:p>
    <w:p>
      <w:r>
        <w:t>تعرفه بعلته</w:t>
      </w:r>
    </w:p>
    <w:p>
      <w:r>
        <w:t>يعني تعرفوا ملزومه</w:t>
      </w:r>
    </w:p>
    <w:p>
      <w:r>
        <w:t>يعني بالعلة لانه هو فاقد الهوية التعرف بالعلية القريبة</w:t>
      </w:r>
    </w:p>
    <w:p>
      <w:r>
        <w:t>لي هي تعطيه تعطيه نوع من نوع فهم</w:t>
      </w:r>
    </w:p>
    <w:p>
      <w:r>
        <w:t>يميزه عن باقي آآ المفاهيم وهذا يكفي</w:t>
      </w:r>
    </w:p>
    <w:p>
      <w:r>
        <w:t>ماذا تقول? تقول الخسوف هو حيلولة الارض بينه وبين الحيلولة بين القمر والشمس او بين القمر والشمس</w:t>
      </w:r>
    </w:p>
    <w:p>
      <w:r>
        <w:t>توسط الارض بين الشمس والقمر</w:t>
      </w:r>
    </w:p>
    <w:p>
      <w:r>
        <w:t>هذا هو هويته النائية</w:t>
      </w:r>
    </w:p>
    <w:p>
      <w:r>
        <w:t>يعني مبدأ الهوية يرشح هذا</w:t>
      </w:r>
    </w:p>
    <w:p>
      <w:r>
        <w:t>ثم علة يعني المبدأ سبب الكافي</w:t>
      </w:r>
    </w:p>
    <w:p>
      <w:r>
        <w:t>علة هو كذلك حيلولة الأرض بين الشمس والقمر يعني دخول الأرض في ذلك المخروط النوري فتحجز الإضاءة فالنور لا ينعكس على القمر</w:t>
      </w:r>
    </w:p>
    <w:p>
      <w:r>
        <w:t>اذا صار مبدأ السبب الكافي هو مبدأ المائية اين هذا يحدث? يحدث فقط في التعينات التي لا هوية لها</w:t>
      </w:r>
    </w:p>
    <w:p>
      <w:r>
        <w:t>الآن الفلسفة بعد صدر المنتهليين والأغايون الذين الذين جاءوا بعد صدر المتعلمين خصوصا هذا الزنوزي</w:t>
      </w:r>
    </w:p>
    <w:p>
      <w:r>
        <w:t>نعم</w:t>
      </w:r>
    </w:p>
    <w:p>
      <w:r>
        <w:t>اه الشيخ الزنوزي عبقري في في الفلسفة وكذلك آآ شيخ آآ قمشي نعم وان كان في العرفان آآ اكثر بروزا عمقوا هذه الدراسات وهذه التحليلات حتى وصلت الينا نحن الى عصرنا هذا</w:t>
      </w:r>
    </w:p>
    <w:p>
      <w:r>
        <w:t>اذا هذا هو السر اما منطقيا وانطلوجيا تتماهى مبدأ عليا مع مبدأ السبب الكافي</w:t>
      </w:r>
    </w:p>
    <w:p>
      <w:r>
        <w:t>تقول لي شيخنا خرطي كبير هذا نعم خرطي كبير اذا لماذا يقول المنطقي والفيلسوف يتشارك الحد والبرهان لهذا هو السر? لان التعينات لا هويتنا نعرفها بما يلازمها بجوارها نعم بجوارها اذا عرفت شي بعلته يعني انت عرفت بشيء رائع جدا تتحدد هويته لكن ليس الهوية آآ المهوية لا ابدا باللوازم هذا هو السر اذا البرهان نحن على خسوف القمر ما هو? توسط الأرض</w:t>
      </w:r>
    </w:p>
    <w:p>
      <w:r>
        <w:t>ما هو الخسوف توسط الأرض? حقيقة واحدة لا حقيقة واحدة</w:t>
      </w:r>
    </w:p>
    <w:p>
      <w:r>
        <w:t>اذا الماء الذاتية هي آآ البرهاني</w:t>
      </w:r>
    </w:p>
    <w:p>
      <w:r>
        <w:t>فتشارك البرهان والماء</w:t>
      </w:r>
    </w:p>
    <w:p>
      <w:r>
        <w:t>يعني ما بدا له تناهى نعم السر ما هو? هذا لان التعينات يعني الاعراض الذاتية شؤونات الوجودات الربطية لا هوية لها</w:t>
      </w:r>
    </w:p>
    <w:p>
      <w:r>
        <w:t>اذا تلجأ الى ماذا في تعريفها? تلجأ الى لوازمها الى جيرانها</w:t>
      </w:r>
    </w:p>
    <w:p>
      <w:r>
        <w:t>من جيرانها العلة</w:t>
      </w:r>
    </w:p>
    <w:p>
      <w:r>
        <w:t>فعرفت انت الخسوف بالعلة</w:t>
      </w:r>
    </w:p>
    <w:p>
      <w:r>
        <w:t>اذا التعريف الذي يورثه الهوية والماهية ماء ماء الذاتية عين وعين وعين ما بدا السبب الكافي</w:t>
      </w:r>
    </w:p>
    <w:p>
      <w:r>
        <w:t>واضح الان? نعم</w:t>
      </w:r>
    </w:p>
    <w:p>
      <w:r>
        <w:t>وبالجملة فقولنا لم? هذا في مبدأ السبب الكافي</w:t>
      </w:r>
    </w:p>
    <w:p>
      <w:r>
        <w:t>نبحث عن علة الخسوف</w:t>
      </w:r>
    </w:p>
    <w:p>
      <w:r>
        <w:t>سؤال عن الحد الاوسط</w:t>
      </w:r>
    </w:p>
    <w:p>
      <w:r>
        <w:t>في النظم المنطقي ثم الحد الاوسط</w:t>
      </w:r>
    </w:p>
    <w:p>
      <w:r>
        <w:t>في النظم التحققي</w:t>
      </w:r>
    </w:p>
    <w:p>
      <w:r>
        <w:t>علة التحقق</w:t>
      </w:r>
    </w:p>
    <w:p>
      <w:r>
        <w:t>بما واذا كان ماء الذاتي طالبا للحد الاوسط فهل المركبة تكون متبوعة لا? نعم</w:t>
      </w:r>
    </w:p>
    <w:p>
      <w:r>
        <w:t>ومن حيث ان طلب الهلية المركبة هو طلب مائي هو طلب مائية حدودها الوسطى يت الحد والبرهة في اجزائهما</w:t>
      </w:r>
    </w:p>
    <w:p>
      <w:r>
        <w:t>يعني في المكونات</w:t>
      </w:r>
    </w:p>
    <w:p>
      <w:r>
        <w:t>في بعض المواد ليس في كلها كما سيأتي</w:t>
      </w:r>
    </w:p>
    <w:p>
      <w:r>
        <w:t>سيأتي تفصله جيدا</w:t>
      </w:r>
    </w:p>
    <w:p>
      <w:r>
        <w:t>البرهان</w:t>
      </w:r>
    </w:p>
    <w:p>
      <w:r>
        <w:t>قال والبرهان قياس مؤلف من يقينيات ينتج يقينا بالذات وليس بالعرظ</w:t>
      </w:r>
    </w:p>
    <w:p>
      <w:r>
        <w:t>نعم</w:t>
      </w:r>
    </w:p>
    <w:p>
      <w:r>
        <w:t>يعني المقدمات تنتج تنتج النتيجة هي هي</w:t>
      </w:r>
    </w:p>
    <w:p>
      <w:r>
        <w:t>وليس لسبب خارج عن المقدمات</w:t>
      </w:r>
    </w:p>
    <w:p>
      <w:r>
        <w:t>هذا معنى ما معنى بالذات</w:t>
      </w:r>
    </w:p>
    <w:p>
      <w:r>
        <w:t>نعم</w:t>
      </w:r>
    </w:p>
    <w:p>
      <w:r>
        <w:t>اضطرارا</w:t>
      </w:r>
    </w:p>
    <w:p>
      <w:r>
        <w:t>انتاج ضروري والقياس صورته هيئته</w:t>
      </w:r>
    </w:p>
    <w:p>
      <w:r>
        <w:t>نعم هذا هذه الثورة انا اشارة الى الثورة واليقينيات مادته</w:t>
      </w:r>
    </w:p>
    <w:p>
      <w:r>
        <w:t>اليقينيات يعني القضايا اليقينية وسيأتي آآ بيانها واليقين المست غاياتها</w:t>
      </w:r>
    </w:p>
    <w:p>
      <w:r>
        <w:t>اذا عرف البرهان بالعلل الاربعة</w:t>
      </w:r>
    </w:p>
    <w:p>
      <w:r>
        <w:t>العلل الاربعة الارسطية</w:t>
      </w:r>
    </w:p>
    <w:p>
      <w:r>
        <w:t>نعم</w:t>
      </w:r>
    </w:p>
    <w:p>
      <w:r>
        <w:t>والبرهان قياس مؤلف من يقينيات ينتج يقينا بالذات اضطرانا</w:t>
      </w:r>
    </w:p>
    <w:p>
      <w:r>
        <w:t>والقياس صورة يعني علة واليقينيات مادات الا مادية واليقين مستفاد غايته العلة الفاعلية من هو الفاعل المعرفي المبارك? المبرر يعني ايه? الكاشف عن العلل الواقعية في النظم المنطقي هو آآ العلة الفاع اما في الواقع الخارجي لان الفاعلية في نهايتها تنتهي الى الذات الالهية</w:t>
      </w:r>
    </w:p>
    <w:p>
      <w:r>
        <w:t>اقول كل حجة يعني برهان لابد فيها من مقدمتين</w:t>
      </w:r>
    </w:p>
    <w:p>
      <w:r>
        <w:t>نعم</w:t>
      </w:r>
    </w:p>
    <w:p>
      <w:r>
        <w:t>وتانيك المقدمتان قد تكونان يقنيتين وقد لا تكونان دائرة بين النفي والاثبات</w:t>
      </w:r>
    </w:p>
    <w:p>
      <w:r>
        <w:t>في الجدل في الخطابة ليست يقينية</w:t>
      </w:r>
    </w:p>
    <w:p>
      <w:r>
        <w:t>ونعني باليقين هنا يعرف اليقين اليقين اعتقاد الشيء ونعني باليقين اعتقاد الشيء هنا يبدأ التعريف آآ المحور آآ الدلالي او المحور المعرفي عبر كما تشاء</w:t>
      </w:r>
    </w:p>
    <w:p>
      <w:r>
        <w:t>اعتقاد الشيء على ما هو عليه مع اعتقاد امتناع النقيض</w:t>
      </w:r>
    </w:p>
    <w:p>
      <w:r>
        <w:t>هنا العلامة الحين اللي ادخل المحور ان الثاني السيكولوجي هذه الامور يجب ان نفكك آآ بينها جيدا محور دلالي محور معرفي محور انطلوجي محور صدقي محور ظاهراتي محور سيكولوجي هذه المواحر محاور جدا يجب التفكيك بينها</w:t>
      </w:r>
    </w:p>
    <w:p>
      <w:r>
        <w:t>اذا فككنا بينها يبقى المطلب في ذهننا مبهما</w:t>
      </w:r>
    </w:p>
    <w:p>
      <w:r>
        <w:t>مشوشا</w:t>
      </w:r>
    </w:p>
    <w:p>
      <w:r>
        <w:t>الفكر الغربي الان بارع في هذه التفكيكات</w:t>
      </w:r>
    </w:p>
    <w:p>
      <w:r>
        <w:t>نعم الاعتقاد حالة نفسانية</w:t>
      </w:r>
    </w:p>
    <w:p>
      <w:r>
        <w:t>اذا هذا محور سيكولوجي</w:t>
      </w:r>
    </w:p>
    <w:p>
      <w:r>
        <w:t>بعد بعد معرفي اذا انت لماذا تخلط في في الأبعاد المحور السيكولوجي غير المحور المعرفي لاعتقاد حالة نفسانية يعيشها الإنسان اما البرهان لا البرهان ينتمي الى الاقيس مقدمات يقينية قياس يقيني يعني معرفي بعد معرفي اذا لا تأتي بالبعد السيكولوجي لان البرهان بم مجرد ان ينتقل الى شخص اخر ممكن ان معرفيا يقبله</w:t>
      </w:r>
    </w:p>
    <w:p>
      <w:r>
        <w:t>يتيقن به ونفسانيا يرفضه</w:t>
      </w:r>
    </w:p>
    <w:p>
      <w:r>
        <w:t>يجحد به</w:t>
      </w:r>
    </w:p>
    <w:p>
      <w:r>
        <w:t>اذا النفسانيات لا تدخل في تعريف الابليس</w:t>
      </w:r>
    </w:p>
    <w:p>
      <w:r>
        <w:t>تيميات</w:t>
      </w:r>
    </w:p>
    <w:p>
      <w:r>
        <w:t>المعرفية هذا هو الصحيح</w:t>
      </w:r>
    </w:p>
    <w:p>
      <w:r>
        <w:t>اذا البرهان ليس اعتقاد</w:t>
      </w:r>
    </w:p>
    <w:p>
      <w:r>
        <w:t>البرهان هو ثبوت المحروم محمول للموضوع</w:t>
      </w:r>
    </w:p>
    <w:p>
      <w:r>
        <w:t>ثبوت المحمول للموضوع</w:t>
      </w:r>
    </w:p>
    <w:p>
      <w:r>
        <w:t>ظروريا</w:t>
      </w:r>
    </w:p>
    <w:p>
      <w:r>
        <w:t>وانتفاء النقيض ظرورية</w:t>
      </w:r>
    </w:p>
    <w:p>
      <w:r>
        <w:t>يعني عندنا كم اه اه يقين? يقين مضاعف</w:t>
      </w:r>
    </w:p>
    <w:p>
      <w:r>
        <w:t>يعني ثبوت الف لباء ظروريا وانتفاء النقيظ الف</w:t>
      </w:r>
    </w:p>
    <w:p>
      <w:r>
        <w:t>اه ظرورية</w:t>
      </w:r>
    </w:p>
    <w:p>
      <w:r>
        <w:t>يقين مظاعف</w:t>
      </w:r>
    </w:p>
    <w:p>
      <w:r>
        <w:t>البرهان هو عبارة يقين مظاعف</w:t>
      </w:r>
    </w:p>
    <w:p>
      <w:r>
        <w:t>يقين معرفي مظاعف</w:t>
      </w:r>
    </w:p>
    <w:p>
      <w:r>
        <w:t>نعم</w:t>
      </w:r>
    </w:p>
    <w:p>
      <w:r>
        <w:t>طبعا اه هذا الاعتقاد اذا صفت النفس من القدرات ينقلب اعتقادا</w:t>
      </w:r>
    </w:p>
    <w:p>
      <w:r>
        <w:t>يعني يستقر في القلب</w:t>
      </w:r>
    </w:p>
    <w:p>
      <w:r>
        <w:t>نعم</w:t>
      </w:r>
    </w:p>
    <w:p>
      <w:r>
        <w:t>ونعني باليقين اعتقاد الشيء على ما هو عليه</w:t>
      </w:r>
    </w:p>
    <w:p>
      <w:r>
        <w:t>مع اعتقاد امتناع النقيض هذا هو المضاعف</w:t>
      </w:r>
    </w:p>
    <w:p>
      <w:r>
        <w:t>كما اعتقاد اعتقادا</w:t>
      </w:r>
    </w:p>
    <w:p>
      <w:r>
        <w:t>اعتقاد بثبوت المحمول الموضوع ضروريا</w:t>
      </w:r>
    </w:p>
    <w:p>
      <w:r>
        <w:t>واعتقاد بانتفاء النقيض</w:t>
      </w:r>
    </w:p>
    <w:p>
      <w:r>
        <w:t>لمبدأ اذا حتى البرهان قائم على مبدأ التناقض</w:t>
      </w:r>
    </w:p>
    <w:p>
      <w:r>
        <w:t>فكل حجة مؤلفة كل حجة مؤلفة من مقدمتين</w:t>
      </w:r>
    </w:p>
    <w:p>
      <w:r>
        <w:t>آآ آآ اذا قلت كلف خبر تقول فكل حجة مؤلفة من مقدمتين يقينيتين لانتاج يقيني يسمى برهانا</w:t>
      </w:r>
    </w:p>
    <w:p>
      <w:r>
        <w:t>فكل حجة اذا هنا يسمى هو الخبر ليس مؤلف فالعبارة تكون هكذا فكل حجة فكل حجة مؤلفة من مقدمتين يقين لانتاج يقين يسمى</w:t>
      </w:r>
    </w:p>
    <w:p>
      <w:r>
        <w:t>يسمى خبر حجة فكل حجة بكذا كذا يسمى برهانا</w:t>
      </w:r>
    </w:p>
    <w:p>
      <w:r>
        <w:t>نعم</w:t>
      </w:r>
    </w:p>
    <w:p>
      <w:r>
        <w:t>وهو اخص من القياس</w:t>
      </w:r>
    </w:p>
    <w:p>
      <w:r>
        <w:t>نعم القياس قد يكون آآ جدليا قد يكون خطابيا</w:t>
      </w:r>
    </w:p>
    <w:p>
      <w:r>
        <w:t>فالبرهان احد مصاديق الاقيساء</w:t>
      </w:r>
    </w:p>
    <w:p>
      <w:r>
        <w:t>اذ قد القياس من مقدمات غير يقينية</w:t>
      </w:r>
    </w:p>
    <w:p>
      <w:r>
        <w:t>وقد بينا في فصل القياس الاحترازات في هذا التعريف</w:t>
      </w:r>
    </w:p>
    <w:p>
      <w:r>
        <w:t>نعم</w:t>
      </w:r>
    </w:p>
    <w:p>
      <w:r>
        <w:t>واعلم ان اكمل الحدود ما اشتمل على العلل الاربعة</w:t>
      </w:r>
    </w:p>
    <w:p>
      <w:r>
        <w:t>يعني البرهان الذي يأتي بالعلل الاربعة والبرهان التام</w:t>
      </w:r>
    </w:p>
    <w:p>
      <w:r>
        <w:t>نعم</w:t>
      </w:r>
    </w:p>
    <w:p>
      <w:r>
        <w:t>التي هي الفاعلية معطي الوجود</w:t>
      </w:r>
    </w:p>
    <w:p>
      <w:r>
        <w:t>والغائية ما لاجله الوجود</w:t>
      </w:r>
    </w:p>
    <w:p>
      <w:r>
        <w:t>هنا الوجود بالمعنى الاعم يعني الهلية البسيطة والهلية المركبة</w:t>
      </w:r>
    </w:p>
    <w:p>
      <w:r>
        <w:t>والمادية يعني العلة القابلية والصورية العلة الصورية التي تعانق المادة</w:t>
      </w:r>
    </w:p>
    <w:p>
      <w:r>
        <w:t>وقد اشتمل هذا الحد اه العلامة يقول هنا حد البرهان حد لا ليس حد يا شيخ بل هو رسم</w:t>
      </w:r>
    </w:p>
    <w:p>
      <w:r>
        <w:t>لأن البرهان بعد معرفي يعني معقول ثاني منطقي</w:t>
      </w:r>
    </w:p>
    <w:p>
      <w:r>
        <w:t>والمعقولة الثانية المنطقية حيثيات تعينات لا هوية لها</w:t>
      </w:r>
    </w:p>
    <w:p>
      <w:r>
        <w:t>فتعرف باللوازم</w:t>
      </w:r>
    </w:p>
    <w:p>
      <w:r>
        <w:t>اذا تعريف رسمي وليس تعريفا حديا</w:t>
      </w:r>
    </w:p>
    <w:p>
      <w:r>
        <w:t>ليست ذاتا كالتفاحة والانسان البرهان نعم اذا آآ الحد هنا بمعنى التعريف ونطبق الية التظمين نعم وقد اشتمل هذا الحد هنا حد يجب تظامنه معنى التعريف</w:t>
      </w:r>
    </w:p>
    <w:p>
      <w:r>
        <w:t>كانه قال وقد اشتمل هذا التعريف للبرهان الثلاثة</w:t>
      </w:r>
    </w:p>
    <w:p>
      <w:r>
        <w:t>فالقياس هو الصورة الهيئة واليقين يأتي هي اعني المقدمات اليقينية هي المادة</w:t>
      </w:r>
    </w:p>
    <w:p>
      <w:r>
        <w:t>عن المقدمات المقدمات اليقينية هي المادة</w:t>
      </w:r>
    </w:p>
    <w:p>
      <w:r>
        <w:t>والشيء المستفاد عن النتيجة هي الغاية</w:t>
      </w:r>
    </w:p>
    <w:p>
      <w:r>
        <w:t>في اذا كنت في النظم الفاعل المعرفي الفاعلية اذا كنت في النظم التحققي العلة الفاعلية هي الذات الالهية بنحو الاستقلال المطلق من كان في طولها بنحو اه التبا نعم</w:t>
      </w:r>
    </w:p>
    <w:p>
      <w:r>
        <w:t>فهو عرف البرهان بالعلل الثلاثة</w:t>
      </w:r>
    </w:p>
    <w:p>
      <w:r>
        <w:t>العلل الفاعلية لم يأت بها</w:t>
      </w:r>
    </w:p>
    <w:p>
      <w:r>
        <w:t>نعم</w:t>
      </w:r>
    </w:p>
    <w:p>
      <w:r>
        <w:t>قال قياس هذه العلة صورية</w:t>
      </w:r>
    </w:p>
    <w:p>
      <w:r>
        <w:t>مؤلف من يقينيات</w:t>
      </w:r>
    </w:p>
    <w:p>
      <w:r>
        <w:t>هذه هي المادة يقينا هذه الغاية بالذات استرانا والقياس صورته يعني العلة الصورية واليقينيات علة مادية واليقين المستفز منها غايته اذا اردت ان تأتي بالعلة الفاعلية تقول الفاعل المعرفي يعني مفكر في النظم المنطقي اما في النظم الخارجي</w:t>
      </w:r>
    </w:p>
    <w:p>
      <w:r>
        <w:t>هنا العلة الفاعلية بالاستقلال هي الذات الى هي</w:t>
      </w:r>
    </w:p>
    <w:p>
      <w:r>
        <w:t>نعم قال مبادئ البرهان الف الاوليات</w:t>
      </w:r>
    </w:p>
    <w:p>
      <w:r>
        <w:t>يدخل في مادة يقينيات ياتي ان شاء بيانه اللهم صلي على محمد وال محمد</w:t>
      </w:r>
    </w:p>
    <w:p>
      <w:r>
        <w:t>اللهم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