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 بسم الله الرحمن الرحيم وبه تعالى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مبادئ البرهان الف يعني واحد الاوليات قال ومبادئه مبادئ البرهان القضايا التي يجب قبولها وهي ستة</w:t>
      </w:r>
    </w:p>
    <w:p>
      <w:r>
        <w:t>يجب قبولها يعني الذهن البشري يغمره ظياء سرمدي فيبصر بذلك في الصيام ظياء السرمادي</w:t>
      </w:r>
    </w:p>
    <w:p>
      <w:r>
        <w:t>ذاك الصياد ضياء السرمادي</w:t>
      </w:r>
    </w:p>
    <w:p>
      <w:r>
        <w:t>يجعل العقل البشري يبصر به</w:t>
      </w:r>
    </w:p>
    <w:p>
      <w:r>
        <w:t>الحقائق هي الاولية</w:t>
      </w:r>
    </w:p>
    <w:p>
      <w:r>
        <w:t>نعم</w:t>
      </w:r>
    </w:p>
    <w:p>
      <w:r>
        <w:t>الا ان المقاربة للاولية هنا مقاربة ناقصة مع الاسف الشديد</w:t>
      </w:r>
    </w:p>
    <w:p>
      <w:r>
        <w:t>الف الاوليات كالعلم بان الكل اعظم من جزئه</w:t>
      </w:r>
    </w:p>
    <w:p>
      <w:r>
        <w:t>نعم</w:t>
      </w:r>
    </w:p>
    <w:p>
      <w:r>
        <w:t>كل اسم ان اعظم خبرها</w:t>
      </w:r>
    </w:p>
    <w:p>
      <w:r>
        <w:t>اعظم من جزئه</w:t>
      </w:r>
    </w:p>
    <w:p>
      <w:r>
        <w:t>يبدأ بالاوليات</w:t>
      </w:r>
    </w:p>
    <w:p>
      <w:r>
        <w:t>اقول على من حلي انواع القضايا المستعملة في القياس اربعة</w:t>
      </w:r>
    </w:p>
    <w:p>
      <w:r>
        <w:t>مسلمات ليس بالضرورة ان تكون يقينية قد تكون وقد الا تكون</w:t>
      </w:r>
    </w:p>
    <w:p>
      <w:r>
        <w:t>ومظنونة مظنونة ما معناه? يعني تقبل النقيظ</w:t>
      </w:r>
    </w:p>
    <w:p>
      <w:r>
        <w:t>لم تصل الى الجزم اليقيني</w:t>
      </w:r>
    </w:p>
    <w:p>
      <w:r>
        <w:t>مئة بالمئة بنحو يقين</w:t>
      </w:r>
    </w:p>
    <w:p>
      <w:r>
        <w:t>ثمانين بالمئة ستين بالمئة</w:t>
      </w:r>
    </w:p>
    <w:p>
      <w:r>
        <w:t>ومظنونات وما معها ومشبهات بغيرها هذه تستخدم في المغالطات ظاهرها حق وباطنها لا جهنم باطنها بطلان ومخيلة مخيلات سيأتي اه اه بيانها لو قال وهميات كان افضل</w:t>
      </w:r>
    </w:p>
    <w:p>
      <w:r>
        <w:t>لان اه المخيلات جزئية</w:t>
      </w:r>
    </w:p>
    <w:p>
      <w:r>
        <w:t>والجزئي لا يستخدم في العقيسة مطلقا</w:t>
      </w:r>
    </w:p>
    <w:p>
      <w:r>
        <w:t>والمسلمات المسلمات قلت لكم قد تكون يقينية وقد تكون يعني اولية وغير اولية</w:t>
      </w:r>
    </w:p>
    <w:p>
      <w:r>
        <w:t>فالمسلمات مقسم للاوليات غير الاوليات</w:t>
      </w:r>
    </w:p>
    <w:p>
      <w:r>
        <w:t>والمسمى سلمات اما معتقدات او مأخوذات</w:t>
      </w:r>
    </w:p>
    <w:p>
      <w:r>
        <w:t>والمعتقدات ثلاثة</w:t>
      </w:r>
    </w:p>
    <w:p>
      <w:r>
        <w:t>مأخوذات يعني من المعلم</w:t>
      </w:r>
    </w:p>
    <w:p>
      <w:r>
        <w:t>نعم</w:t>
      </w:r>
    </w:p>
    <w:p>
      <w:r>
        <w:t>والمعتقدات ثلاثة</w:t>
      </w:r>
    </w:p>
    <w:p>
      <w:r>
        <w:t>الواجب قبولها وهي الاوليات</w:t>
      </w:r>
    </w:p>
    <w:p>
      <w:r>
        <w:t>والمشهورات</w:t>
      </w:r>
    </w:p>
    <w:p>
      <w:r>
        <w:t>المشهورات قد تكون يقينية وقد تكون غير يقينية الا انك انت اذا حسبتها مشهورات تبني على المشهورية</w:t>
      </w:r>
    </w:p>
    <w:p>
      <w:r>
        <w:t>والوهميات</w:t>
      </w:r>
    </w:p>
    <w:p>
      <w:r>
        <w:t>هنا ما قال مخيلات قال آآ ان آآ وهميات</w:t>
      </w:r>
    </w:p>
    <w:p>
      <w:r>
        <w:t>والصحيح الوهميات</w:t>
      </w:r>
    </w:p>
    <w:p>
      <w:r>
        <w:t>مبادئ البرهان هي واجب قبولها لا غير</w:t>
      </w:r>
    </w:p>
    <w:p>
      <w:r>
        <w:t>والانواع البقية مبادئ الصناعات الاربعة الباقية على ما يأتي</w:t>
      </w:r>
    </w:p>
    <w:p>
      <w:r>
        <w:t>يعني الجدل والخطابة والشعر</w:t>
      </w:r>
    </w:p>
    <w:p>
      <w:r>
        <w:t>والواجب قبولها اصناف ستة</w:t>
      </w:r>
    </w:p>
    <w:p>
      <w:r>
        <w:t>اولها الاولية هذه الاصناف الستة ليست محل اتفاق</w:t>
      </w:r>
    </w:p>
    <w:p>
      <w:r>
        <w:t>خصوصا عند المتأخرين الان</w:t>
      </w:r>
    </w:p>
    <w:p>
      <w:r>
        <w:t>نعم</w:t>
      </w:r>
    </w:p>
    <w:p>
      <w:r>
        <w:t>الأوليات وهي قضايا يوجبها العقل الصريح لذاته</w:t>
      </w:r>
    </w:p>
    <w:p>
      <w:r>
        <w:t>يوجبها ليس بمعنى يؤسس لها لا</w:t>
      </w:r>
    </w:p>
    <w:p>
      <w:r>
        <w:t>يعني هو يتنفس بها</w:t>
      </w:r>
    </w:p>
    <w:p>
      <w:r>
        <w:t>روحه التي يتنفس بها</w:t>
      </w:r>
    </w:p>
    <w:p>
      <w:r>
        <w:t>ذلك الضياء الذي بها انت تقول ابصرت شجرة</w:t>
      </w:r>
    </w:p>
    <w:p>
      <w:r>
        <w:t>في الحقيقة النور هو الذي ابصرها</w:t>
      </w:r>
    </w:p>
    <w:p>
      <w:r>
        <w:t>بمعنى ان علة الابصار هو النور</w:t>
      </w:r>
    </w:p>
    <w:p>
      <w:r>
        <w:t>تنسب الابصار لك</w:t>
      </w:r>
    </w:p>
    <w:p>
      <w:r>
        <w:t>معليش صحيح</w:t>
      </w:r>
    </w:p>
    <w:p>
      <w:r>
        <w:t>فاذا قال يوجبها العقل لأن هو صار هذا الضياء</w:t>
      </w:r>
    </w:p>
    <w:p>
      <w:r>
        <w:t>نعم الصريح لذاتي</w:t>
      </w:r>
    </w:p>
    <w:p>
      <w:r>
        <w:t>يعني العقل اذا كان العقل البشري</w:t>
      </w:r>
    </w:p>
    <w:p>
      <w:r>
        <w:t>اذا كان منغمر في ذلك الضياء</w:t>
      </w:r>
    </w:p>
    <w:p>
      <w:r>
        <w:t>فيصير ذلك الضياء</w:t>
      </w:r>
    </w:p>
    <w:p>
      <w:r>
        <w:t>فاذا قلنا قلنا حكم العقل فهذا صحيح</w:t>
      </w:r>
    </w:p>
    <w:p>
      <w:r>
        <w:t>يوجبه العقل فهو صحيح</w:t>
      </w:r>
    </w:p>
    <w:p>
      <w:r>
        <w:t>نعم</w:t>
      </w:r>
    </w:p>
    <w:p>
      <w:r>
        <w:t>يعني اذا انت اذا جئت الى طفل صغير بعد لم ينضج عقله</w:t>
      </w:r>
    </w:p>
    <w:p>
      <w:r>
        <w:t>تفاحة او برتقالة حجمها كبير وبرتقالة حجمها صغير جدا</w:t>
      </w:r>
    </w:p>
    <w:p>
      <w:r>
        <w:t>وهو انسان اكول الطفل الصغير اكول يعشق الاكل</w:t>
      </w:r>
    </w:p>
    <w:p>
      <w:r>
        <w:t>نعم تقول له اختار واحدة اختار الكبيرة</w:t>
      </w:r>
    </w:p>
    <w:p>
      <w:r>
        <w:t>عنده في ذهنه هذا الضياء الاكبر ليس كالاصغر</w:t>
      </w:r>
    </w:p>
    <w:p>
      <w:r>
        <w:t>نعم</w:t>
      </w:r>
    </w:p>
    <w:p>
      <w:r>
        <w:t>آآ آآ نعم</w:t>
      </w:r>
    </w:p>
    <w:p>
      <w:r>
        <w:t>كظياء هنا عقل مندك في ذلك الظياء الالهي</w:t>
      </w:r>
    </w:p>
    <w:p>
      <w:r>
        <w:t>التصرف صحيحا يتصرف صحيحا</w:t>
      </w:r>
    </w:p>
    <w:p>
      <w:r>
        <w:t>تقول شيخنا قد يختار الصغيرة لعامل نفساني وليس لعامل عقلاني</w:t>
      </w:r>
    </w:p>
    <w:p>
      <w:r>
        <w:t>قنوع شبعان هذه الامور</w:t>
      </w:r>
    </w:p>
    <w:p>
      <w:r>
        <w:t>لا يحب البرتقال</w:t>
      </w:r>
    </w:p>
    <w:p>
      <w:r>
        <w:t>حالاتنا الثانية اذا بقينا في المعرفة هو يعرف ان ما تعطيه البرتقالة الكبيرة اكثر مما تعطيه البرتقال البرتقال الصغير</w:t>
      </w:r>
    </w:p>
    <w:p>
      <w:r>
        <w:t>هذا تطبيق صغير فقط</w:t>
      </w:r>
    </w:p>
    <w:p>
      <w:r>
        <w:t>نعم</w:t>
      </w:r>
    </w:p>
    <w:p>
      <w:r>
        <w:t>ما هي الاوليات? وهي? هذا محور الدلالي او وهي قضايا يوجبها العقل الصريح لذاته</w:t>
      </w:r>
    </w:p>
    <w:p>
      <w:r>
        <w:t>الصريح هذا العقل المتناهي في ذلك الظياء مطلقا</w:t>
      </w:r>
    </w:p>
    <w:p>
      <w:r>
        <w:t>لا بسبب من الاسباب الخارجة عنه</w:t>
      </w:r>
    </w:p>
    <w:p>
      <w:r>
        <w:t>الثياء هو ملاك القضية يعني نحن الان في الذات الذي لا يعلل</w:t>
      </w:r>
    </w:p>
    <w:p>
      <w:r>
        <w:t>وانما يتوقف الحكم بها على تصور طرفي القضية لا غير</w:t>
      </w:r>
    </w:p>
    <w:p>
      <w:r>
        <w:t>يعني الموضوع المحمول</w:t>
      </w:r>
    </w:p>
    <w:p>
      <w:r>
        <w:t>لانه في ذات القضية</w:t>
      </w:r>
    </w:p>
    <w:p>
      <w:r>
        <w:t>فهذا الظياء الالهي ينقلب علما حصوليا</w:t>
      </w:r>
    </w:p>
    <w:p>
      <w:r>
        <w:t>هنا تقول العقل حكم</w:t>
      </w:r>
    </w:p>
    <w:p>
      <w:r>
        <w:t>وفي الحقيقة هو الظياء الذي حاكم</w:t>
      </w:r>
    </w:p>
    <w:p>
      <w:r>
        <w:t>نعم</w:t>
      </w:r>
    </w:p>
    <w:p>
      <w:r>
        <w:t>يعني الطفل الصغير يحكم ان البرتقالة اه الف اكبر من البرتقالة الثانية وفي الحقيقة ذلك الظياء هو الذي حكم</w:t>
      </w:r>
    </w:p>
    <w:p>
      <w:r>
        <w:t>لان عقل الطفل الصغير تماهى في ذلك الظياء</w:t>
      </w:r>
    </w:p>
    <w:p>
      <w:r>
        <w:t>نعم</w:t>
      </w:r>
    </w:p>
    <w:p>
      <w:r>
        <w:t>وانما يتوقف الحكم بها على تصور طرفي القضية لا غير</w:t>
      </w:r>
    </w:p>
    <w:p>
      <w:r>
        <w:t>لأن الحكم اه الحكم فرع طرفين هوية الموضوع وهوية المحمول</w:t>
      </w:r>
    </w:p>
    <w:p>
      <w:r>
        <w:t>فكلما وقع العقل كلما وقع في العقل لحدودها بالحقيقة وقع له التصديق يعني بمجرد ان يتصور هوية الموضوع هوية المحمول يذعن النسبة</w:t>
      </w:r>
    </w:p>
    <w:p>
      <w:r>
        <w:t>وقال وقع له التصديق بالنسبة</w:t>
      </w:r>
    </w:p>
    <w:p>
      <w:r>
        <w:t>كالعلم بان الكل اعظم من الجوز</w:t>
      </w:r>
    </w:p>
    <w:p>
      <w:r>
        <w:t>نعم</w:t>
      </w:r>
    </w:p>
    <w:p>
      <w:r>
        <w:t>الكل اعظم من الجوز</w:t>
      </w:r>
    </w:p>
    <w:p>
      <w:r>
        <w:t>واضحة جدا</w:t>
      </w:r>
    </w:p>
    <w:p>
      <w:r>
        <w:t>طبعا هنا مع قيد صغير بان الكل اعظم من الج الجزء الذي في الاعظم آآ الذي في الكل استغفر الله</w:t>
      </w:r>
    </w:p>
    <w:p>
      <w:r>
        <w:t>الجزء الذي في الكل بعض الحدثين اشكل على هذه القاعدة</w:t>
      </w:r>
    </w:p>
    <w:p>
      <w:r>
        <w:t>نعم</w:t>
      </w:r>
    </w:p>
    <w:p>
      <w:r>
        <w:t>يقول آآ تأخذ جزء من صندوق تفاحة من الصندوق جزء من المجموع</w:t>
      </w:r>
    </w:p>
    <w:p>
      <w:r>
        <w:t>هذا الجزء اعظم من اعظم من الكرة الأرضية</w:t>
      </w:r>
    </w:p>
    <w:p>
      <w:r>
        <w:t>لا يا حبيبي هم ما قالوا هكذا</w:t>
      </w:r>
    </w:p>
    <w:p>
      <w:r>
        <w:t>قالوا هذا الجزء من الكل الذي يناسبه</w:t>
      </w:r>
    </w:p>
    <w:p>
      <w:r>
        <w:t>نعم</w:t>
      </w:r>
    </w:p>
    <w:p>
      <w:r>
        <w:t>فتقول انت بان الكل اعظم من جزئه هكذا احسن</w:t>
      </w:r>
    </w:p>
    <w:p>
      <w:r>
        <w:t>من الجزء يعني الجزء الذي ينتمي اليه</w:t>
      </w:r>
    </w:p>
    <w:p>
      <w:r>
        <w:t>الى ذلك الكل</w:t>
      </w:r>
    </w:p>
    <w:p>
      <w:r>
        <w:t>نعم</w:t>
      </w:r>
    </w:p>
    <w:p>
      <w:r>
        <w:t>جيد ما هو ملاك اذعان العقل بيقينية هذه من كل اعظم ما ينجوز</w:t>
      </w:r>
    </w:p>
    <w:p>
      <w:r>
        <w:t>لان ضياء مبدأ التناقض موجود هناك</w:t>
      </w:r>
    </w:p>
    <w:p>
      <w:r>
        <w:t>مبدأ التناقض هناك هو يحمي هذه القضية</w:t>
      </w:r>
    </w:p>
    <w:p>
      <w:r>
        <w:t>فمبدأ السبب الكافي يراها اه في الذات</w:t>
      </w:r>
    </w:p>
    <w:p>
      <w:r>
        <w:t>فما يبحث عن السبب</w:t>
      </w:r>
    </w:p>
    <w:p>
      <w:r>
        <w:t>يعني هنا عندنا حارسان مبدأ السبب الكافي</w:t>
      </w:r>
    </w:p>
    <w:p>
      <w:r>
        <w:t>هنا في الذات ومبدأ التناقض</w:t>
      </w:r>
    </w:p>
    <w:p>
      <w:r>
        <w:t>يفتي انه لا ما في اشكال</w:t>
      </w:r>
    </w:p>
    <w:p>
      <w:r>
        <w:t>فما نحتاج ان الى سبب خارجي يبين لنا حقانية هذه القضية</w:t>
      </w:r>
    </w:p>
    <w:p>
      <w:r>
        <w:t>ما هي? الكل اعظم من الجوز</w:t>
      </w:r>
    </w:p>
    <w:p>
      <w:r>
        <w:t>وهذه الاوليات منها ما هو جلي للكل</w:t>
      </w:r>
    </w:p>
    <w:p>
      <w:r>
        <w:t>لان تصور حدود القضية حاصل للجميع</w:t>
      </w:r>
    </w:p>
    <w:p>
      <w:r>
        <w:t>يعني ذلك الضياء</w:t>
      </w:r>
    </w:p>
    <w:p>
      <w:r>
        <w:t>ليس مدسوسا بغباء بقبلية بحزبية بتعصب بطائفية</w:t>
      </w:r>
    </w:p>
    <w:p>
      <w:r>
        <w:t>نعم</w:t>
      </w:r>
    </w:p>
    <w:p>
      <w:r>
        <w:t>او عدم استعداد ومنه وما هو خفي عند بعض الناس</w:t>
      </w:r>
    </w:p>
    <w:p>
      <w:r>
        <w:t>فتحرك استعداده فقط يذعن بالنسبة لوقوع تعليل للالتباس او للغموض او الخفاء لوقوع الالتباس في تصور حدودها يعني بعد ما تصور جيد الموضوع والمحمول او تصور الموضوع المحمول وهو جاحد لمرض قبيلة اذا سلمنا بسلامة نفسه فلقد لا بين له الموضوع المحول يدعين فيتوقف العقل عن الحكم يعني بعد العقل البشري هنا لم يتماهى في ذلك لمانع اذا الظياب غائب ام العقل غائب العقل غائب ليس الضياء نعم فاذا حصل له التصور تصور الموضوع المحمول جز العقل وحاكم باقتضائي</w:t>
      </w:r>
    </w:p>
    <w:p>
      <w:r>
        <w:t>اين يحكم في العلم الحصولي? يعني ذلك الشهودي يجعله اعتباريا</w:t>
      </w:r>
    </w:p>
    <w:p>
      <w:r>
        <w:t>الف باء</w:t>
      </w:r>
    </w:p>
    <w:p>
      <w:r>
        <w:t>الف باء</w:t>
      </w:r>
    </w:p>
    <w:p>
      <w:r>
        <w:t>نعم</w:t>
      </w:r>
    </w:p>
    <w:p>
      <w:r>
        <w:t>هذه هي الاوليات واضحة جدا</w:t>
      </w:r>
    </w:p>
    <w:p>
      <w:r>
        <w:t>اذا هناك الاوليات مبدأ السبب الكافي في الذاتي</w:t>
      </w:r>
    </w:p>
    <w:p>
      <w:r>
        <w:t>واذا كان في الذات اذا الذات محفوظة مبدأ التناقض ساكتون</w:t>
      </w:r>
    </w:p>
    <w:p>
      <w:r>
        <w:t>راظ هذا هو السر هذا هو السر لأن مبدأ التناقض يحمي الهوية</w:t>
      </w:r>
    </w:p>
    <w:p>
      <w:r>
        <w:t>يحمي الهوية</w:t>
      </w:r>
    </w:p>
    <w:p>
      <w:r>
        <w:t>اذا حمى الهوية مبدأ مبدأ التناقض</w:t>
      </w:r>
    </w:p>
    <w:p>
      <w:r>
        <w:t>فالواقع الخارجي سليم</w:t>
      </w:r>
    </w:p>
    <w:p>
      <w:r>
        <w:t>لسنا في الواقع المزيف</w:t>
      </w:r>
    </w:p>
    <w:p>
      <w:r>
        <w:t>نحن في الواقع الحقيقي</w:t>
      </w:r>
    </w:p>
    <w:p>
      <w:r>
        <w:t>يعني الواقع المزيف نصنعه نحن به توهماتنا</w:t>
      </w:r>
    </w:p>
    <w:p>
      <w:r>
        <w:t>هذا هو الاصل الاول</w:t>
      </w:r>
    </w:p>
    <w:p>
      <w:r>
        <w:t>الاصل الثاني مبادئ البرهان باء المحسوسات</w:t>
      </w:r>
    </w:p>
    <w:p>
      <w:r>
        <w:t>قال والمحسوسات اما الظاهرة كالعلم بان الشمس مضيئة او الباطنة كالعلم بان لنا فكرة</w:t>
      </w:r>
    </w:p>
    <w:p>
      <w:r>
        <w:t>يعني اما شهود خارجي حسي خارجي ومنشود حسي باطني</w:t>
      </w:r>
    </w:p>
    <w:p>
      <w:r>
        <w:t>نعم انا جائع قضية حصولية من موضوع ومحمول ملاكها باطني انا علم شهودي هنا مبدأ سبب الكافي لا معنى له</w:t>
      </w:r>
    </w:p>
    <w:p>
      <w:r>
        <w:t>الا اذا سألت آآ القضية انا جائع</w:t>
      </w:r>
    </w:p>
    <w:p>
      <w:r>
        <w:t>انا جائع بالنسبة الى الطرف المقابل لا يستطيع ان يستدل عليها لان هذا باطنك انت</w:t>
      </w:r>
    </w:p>
    <w:p>
      <w:r>
        <w:t>يصدقك لا يصدقك هادي مسألة اخرى</w:t>
      </w:r>
    </w:p>
    <w:p>
      <w:r>
        <w:t>انت تهزأ معه مجد معه هادي مسألة اخرى</w:t>
      </w:r>
    </w:p>
    <w:p>
      <w:r>
        <w:t>المهم انت شكلت القضية انا جائع لذلك العلم الحصول الشهودي لذلك العلم الاحساسي الباطني</w:t>
      </w:r>
    </w:p>
    <w:p>
      <w:r>
        <w:t>الشمس مضيئة انا اشاهدها بالشهود الحسي</w:t>
      </w:r>
    </w:p>
    <w:p>
      <w:r>
        <w:t>نعم</w:t>
      </w:r>
    </w:p>
    <w:p>
      <w:r>
        <w:t>والمحسوسات اما الظاهرة كالعلم بان الشمس مضيئة</w:t>
      </w:r>
    </w:p>
    <w:p>
      <w:r>
        <w:t>او الباطنة كالعلم باننا فكرة</w:t>
      </w:r>
    </w:p>
    <w:p>
      <w:r>
        <w:t>هنا الان خرجنا من العلم الحصول نحن الان في العلم الشهودي العلم الشهودي انت في متن الوجود ولست في متن النظم المنطقي</w:t>
      </w:r>
    </w:p>
    <w:p>
      <w:r>
        <w:t>اذا انتقلت القضية هذه هذا الامر الى ان النظام المنطقي تقول ما الدليل على ان الشمس مضيئة? الشمس مضيئة تقول اشاهدها تحيل الى العلم الشهودي</w:t>
      </w:r>
    </w:p>
    <w:p>
      <w:r>
        <w:t>نعم</w:t>
      </w:r>
    </w:p>
    <w:p>
      <w:r>
        <w:t>ما الدليل على انك حالة نفسانية انا اشعر بها? ما تحتاج الى واسطة هناك</w:t>
      </w:r>
    </w:p>
    <w:p>
      <w:r>
        <w:t>واسطة لاثبات هذه الحالة</w:t>
      </w:r>
    </w:p>
    <w:p>
      <w:r>
        <w:t>نعم</w:t>
      </w:r>
    </w:p>
    <w:p>
      <w:r>
        <w:t>اقول هذا النوع الثاني من انواع القضايا الواجبة اه من انواع القضية الواجب قبولها وهو المسمى بالمحسوسات وهي قضايا يحكم بها العقل بواسطة الاحساس يحكم بها العقل بواسطة الاحساس يعني العقل هنا الحصول يعني اذا قضية حصولية الشمس مضيئة</w:t>
      </w:r>
    </w:p>
    <w:p>
      <w:r>
        <w:t>الشمس مضيئة يعني هذه الشمس مضيئة</w:t>
      </w:r>
    </w:p>
    <w:p>
      <w:r>
        <w:t>الذي يشاهدها</w:t>
      </w:r>
    </w:p>
    <w:p>
      <w:r>
        <w:t>فمبدأ السبب الكافي هنا لا يتحرك</w:t>
      </w:r>
    </w:p>
    <w:p>
      <w:r>
        <w:t>لانها فيما في اه ملاكها هو النظم الوجودي</w:t>
      </w:r>
    </w:p>
    <w:p>
      <w:r>
        <w:t>يعني الحقيقة</w:t>
      </w:r>
    </w:p>
    <w:p>
      <w:r>
        <w:t>السبب الكافي يتحرك اذا غاب العلم الحضوري والحقيقة انطولوجية تمحضت الحقيقة في الحقيقة المنطقية هناك يتحرك مبدأ السبب الكافي</w:t>
      </w:r>
    </w:p>
    <w:p>
      <w:r>
        <w:t>هذه الامور افهمها جيدا</w:t>
      </w:r>
    </w:p>
    <w:p>
      <w:r>
        <w:t>واذا قلت لك تحرك مبدأ كيف معناه؟ الانسان يتحرك في معطيات معطياته التي اخذها من الخارج</w:t>
      </w:r>
    </w:p>
    <w:p>
      <w:r>
        <w:t>وفقا لمعايير مبدأ السبب الكافي</w:t>
      </w:r>
    </w:p>
    <w:p>
      <w:r>
        <w:t>وهي قضايا يحكم بها العقل متى اذا اعتبرها في النظم بواسطة الاحساس يعني بواسطة العلم الحضوري</w:t>
      </w:r>
    </w:p>
    <w:p>
      <w:r>
        <w:t>اذا هذه قضايا حصولية ملاكها والعلم الشهودي</w:t>
      </w:r>
    </w:p>
    <w:p>
      <w:r>
        <w:t>يعني انا في متن الحقيقة الاندلوجية</w:t>
      </w:r>
    </w:p>
    <w:p>
      <w:r>
        <w:t>فهو الاصل والقضية فرعون</w:t>
      </w:r>
    </w:p>
    <w:p>
      <w:r>
        <w:t>فاذا انا كنت في مثل الواقع لا تسألني دليل على هذه القضية الحصول نعم وهي قضايا يحكم بها العقل بواسطة الاحساس قضايا يعني انتقلنا من الشهود الى التأسيس القضوي</w:t>
      </w:r>
    </w:p>
    <w:p>
      <w:r>
        <w:t>نعم بواسطة الاحساس اما بواسطة الحس الظاهر كما اشاهد الشمس</w:t>
      </w:r>
    </w:p>
    <w:p>
      <w:r>
        <w:t>كالعلم بان الشمس مضيء او النار حارة</w:t>
      </w:r>
    </w:p>
    <w:p>
      <w:r>
        <w:t>فانه لولا الاحساء لولا الاحساس لم يكن العقل به</w:t>
      </w:r>
    </w:p>
    <w:p>
      <w:r>
        <w:t>لم يحكم العقل بمثل هذه القضايا</w:t>
      </w:r>
    </w:p>
    <w:p>
      <w:r>
        <w:t>ولهذا قال المعلم الاول ارسطو من فقد حسا فقد فقد علما</w:t>
      </w:r>
    </w:p>
    <w:p>
      <w:r>
        <w:t>تؤدي الى اليه ذلك الحس</w:t>
      </w:r>
    </w:p>
    <w:p>
      <w:r>
        <w:t>يعني من فقد البصر يفقد علما يسانخ البصر</w:t>
      </w:r>
    </w:p>
    <w:p>
      <w:r>
        <w:t>بخلاف القضايا البديهية الحاصلة لكل احد</w:t>
      </w:r>
    </w:p>
    <w:p>
      <w:r>
        <w:t>نعم يعني هذه هي بديهية</w:t>
      </w:r>
    </w:p>
    <w:p>
      <w:r>
        <w:t>نعم وحاصلة للجميع بشرط ان تكون ادواته الادراكية سليمة</w:t>
      </w:r>
    </w:p>
    <w:p>
      <w:r>
        <w:t>ما في واحد مجنون يقول الشمس غير موجودة</w:t>
      </w:r>
    </w:p>
    <w:p>
      <w:r>
        <w:t>الا اذا كان مغرضا او كان آآ مريضا في بنيته المادية بدنه الحيواني</w:t>
      </w:r>
    </w:p>
    <w:p>
      <w:r>
        <w:t>نعم</w:t>
      </w:r>
    </w:p>
    <w:p>
      <w:r>
        <w:t>هي كذلك بديع</w:t>
      </w:r>
    </w:p>
    <w:p>
      <w:r>
        <w:t>الفرق بين الاوليات لا تستعينوا بي المحسوس</w:t>
      </w:r>
    </w:p>
    <w:p>
      <w:r>
        <w:t>واما بواسطة الحس الباطن يعني الشهود الباطني</w:t>
      </w:r>
    </w:p>
    <w:p>
      <w:r>
        <w:t>وعندنا شهود حسي وشهود باطني</w:t>
      </w:r>
    </w:p>
    <w:p>
      <w:r>
        <w:t>وتسمى الوجدانيات</w:t>
      </w:r>
    </w:p>
    <w:p>
      <w:r>
        <w:t>الوجدانيات يعني الضمير</w:t>
      </w:r>
    </w:p>
    <w:p>
      <w:r>
        <w:t>كالعلم بان لنا فكرة</w:t>
      </w:r>
    </w:p>
    <w:p>
      <w:r>
        <w:t>نعم لان الفكر شؤونات النفس</w:t>
      </w:r>
    </w:p>
    <w:p>
      <w:r>
        <w:t>نعم</w:t>
      </w:r>
    </w:p>
    <w:p>
      <w:r>
        <w:t>اه كما يقول صدر المتألهين الفكر هو اضافات اشراقية للناس</w:t>
      </w:r>
    </w:p>
    <w:p>
      <w:r>
        <w:t>واننا نخوفا والما ولذة وسرورا</w:t>
      </w:r>
    </w:p>
    <w:p>
      <w:r>
        <w:t>نعم</w:t>
      </w:r>
    </w:p>
    <w:p>
      <w:r>
        <w:t>هذه كذلك من اقسام اليقينيات</w:t>
      </w:r>
    </w:p>
    <w:p>
      <w:r>
        <w:t>آآ اليقينيات آآ التي لا تحتاج الى واسطة استدلالية</w:t>
      </w:r>
    </w:p>
    <w:p>
      <w:r>
        <w:t>لا يمكن التدليل عليها</w:t>
      </w:r>
    </w:p>
    <w:p>
      <w:r>
        <w:t>مبادئ البرهان جيم المجربات</w:t>
      </w:r>
    </w:p>
    <w:p>
      <w:r>
        <w:t>المجربات هو الذي يطلق عليه الاستقراء الحقيقي</w:t>
      </w:r>
    </w:p>
    <w:p>
      <w:r>
        <w:t>ان الاستقراء او بالفرنسية مع الاسف فاهمينو فهما ساذجا هو استقراء الجزئيات وتم</w:t>
      </w:r>
    </w:p>
    <w:p>
      <w:r>
        <w:t>يعني انا اتي الى جزئي اجده يتعين بتعين سين</w:t>
      </w:r>
    </w:p>
    <w:p>
      <w:r>
        <w:t>جزء انسان يتعين بسين جزء ثالث يتعين بسين الجزء الرابع مليار جزء ثم احكم</w:t>
      </w:r>
    </w:p>
    <w:p>
      <w:r>
        <w:t>ان هذه الطبيعة تتعين بسين مطلقا</w:t>
      </w:r>
    </w:p>
    <w:p>
      <w:r>
        <w:t>لا ليس هكذا</w:t>
      </w:r>
    </w:p>
    <w:p>
      <w:r>
        <w:t>هو هو التعامل مع الجزئيات وكشف هذا هذا التعين المشترك ثم قاعدة كلية</w:t>
      </w:r>
    </w:p>
    <w:p>
      <w:r>
        <w:t>ان الطبيعة يحكمها قانون ثابت متناغم مع نظام الوجود</w:t>
      </w:r>
    </w:p>
    <w:p>
      <w:r>
        <w:t>هذه القاعدة هي الاساسية هي التي تورث اليقين نعم</w:t>
      </w:r>
    </w:p>
    <w:p>
      <w:r>
        <w:t>مبادئ برهان جيم المجربات قال من المحقق التوصي والمجربات كالعلم بان السقم مني يسهل الصفراء</w:t>
      </w:r>
    </w:p>
    <w:p>
      <w:r>
        <w:t>مسألة ذكرها آآ ذكرها ابن سينا ومذكورة في الطب القديم الطب السنة</w:t>
      </w:r>
    </w:p>
    <w:p>
      <w:r>
        <w:t>نعم</w:t>
      </w:r>
    </w:p>
    <w:p>
      <w:r>
        <w:t>لو جاء بهذا المثال حديث يتمدد بالحرارة لان النار آآ يتمدد الحديد ويتمدد هذا هو التعين</w:t>
      </w:r>
    </w:p>
    <w:p>
      <w:r>
        <w:t>التمدد هو التعين</w:t>
      </w:r>
    </w:p>
    <w:p>
      <w:r>
        <w:t>الحرارة آآ هذا الا آآ علل التمدد</w:t>
      </w:r>
    </w:p>
    <w:p>
      <w:r>
        <w:t>كان افضل من السخونية يسهل السفران ان الطالب ما يعرف حتى آآ السوق وما يعرف حتى الصفراء</w:t>
      </w:r>
    </w:p>
    <w:p>
      <w:r>
        <w:t>نعم</w:t>
      </w:r>
    </w:p>
    <w:p>
      <w:r>
        <w:t>اقول والمجربات هي قضايا تتبع مشاهدات منها تحصل بالتكرار</w:t>
      </w:r>
    </w:p>
    <w:p>
      <w:r>
        <w:t>هذا الاستقراء استقراء ساذج</w:t>
      </w:r>
    </w:p>
    <w:p>
      <w:r>
        <w:t>انتقال من قرية الى قرية</w:t>
      </w:r>
    </w:p>
    <w:p>
      <w:r>
        <w:t>يعني من طبيعة واحدة تتعين بوصف واحد متكرر</w:t>
      </w:r>
    </w:p>
    <w:p>
      <w:r>
        <w:t>فيحصل تكرار التذكار الى ان يرسخ عقد نفساني يعني قضية لا شك فيها بالحكم كالعلم بان السقمونيا يسهل الصفراء</w:t>
      </w:r>
    </w:p>
    <w:p>
      <w:r>
        <w:t>ولابد في هذا الحكم من قياس خفي</w:t>
      </w:r>
    </w:p>
    <w:p>
      <w:r>
        <w:t>هذا هو ملاك اليقين</w:t>
      </w:r>
    </w:p>
    <w:p>
      <w:r>
        <w:t>هذا القياس الخفي</w:t>
      </w:r>
    </w:p>
    <w:p>
      <w:r>
        <w:t>ما هو? لو كان اتفاقيا لما كان دائميا ولا اكثريا</w:t>
      </w:r>
    </w:p>
    <w:p>
      <w:r>
        <w:t>يعني ثبات الطبائع</w:t>
      </w:r>
    </w:p>
    <w:p>
      <w:r>
        <w:t>وثبات القوانين الا اذا جاءت معجزة قوة خارجية</w:t>
      </w:r>
    </w:p>
    <w:p>
      <w:r>
        <w:t>اذا بقينا في هذا للطبائع الثابتة متناغمة يحكمها قانون ثابت</w:t>
      </w:r>
    </w:p>
    <w:p>
      <w:r>
        <w:t>السيد نصر يقول هذا ليس آآ بديئا وبالتالي هذا الاستقراء المعلل لا يفيد اليقين لا سيدنا يفيد اليقين</w:t>
      </w:r>
    </w:p>
    <w:p>
      <w:r>
        <w:t>استقر يفيد اليقين الموضوعي لا يفيد اليقين المنطقي</w:t>
      </w:r>
    </w:p>
    <w:p>
      <w:r>
        <w:t>ويمكن يكون استقراء السيد الصدر رحمة الله عليه مفيد في المجتمع المدني اكثر من هذا الاستقرار</w:t>
      </w:r>
    </w:p>
    <w:p>
      <w:r>
        <w:t>هنا البحث بحث علمي</w:t>
      </w:r>
    </w:p>
    <w:p>
      <w:r>
        <w:t>هل الاستقرار الموضوعي تراكمي عند الصدر اه التولد الذاتي عن السيد الصدر يفيد اليقين المنطقي لا حتى هو ما قال هذا</w:t>
      </w:r>
    </w:p>
    <w:p>
      <w:r>
        <w:t>يقول هذا انفع في المجتمع المدني</w:t>
      </w:r>
    </w:p>
    <w:p>
      <w:r>
        <w:t>ويمكن ان نثبت به اصول العقيدة الدين وتتناغم مع ذهنية المجتمع المدني</w:t>
      </w:r>
    </w:p>
    <w:p>
      <w:r>
        <w:t>نعم</w:t>
      </w:r>
    </w:p>
    <w:p>
      <w:r>
        <w:t>اما في الصناعة العلمية لا يفيد اليقين</w:t>
      </w:r>
    </w:p>
    <w:p>
      <w:r>
        <w:t>لان كون الذهن لا يلتفت الى النقيض غير ان النقيض غير متعينها حاكم</w:t>
      </w:r>
    </w:p>
    <w:p>
      <w:r>
        <w:t>نعم ولابد في هذا الحكم القياس خفي هو انه لو كان اتفاقيا يعني هذا التعين المتكرر بسين لو كان اتفاقيا اذا اخذت الحديد والتمدد التمدد يتكرر كلما مس اه الحديد ناره</w:t>
      </w:r>
    </w:p>
    <w:p>
      <w:r>
        <w:t>فهذا يقول لو كان اتفاقيا لم يكن دائمين ولا اكثرين</w:t>
      </w:r>
    </w:p>
    <w:p>
      <w:r>
        <w:t>اذا اه السيد الصاد يقول من الاكثرية والدائمية لا نثبت اه لا نثبت اليقينية</w:t>
      </w:r>
    </w:p>
    <w:p>
      <w:r>
        <w:t>وهذه علامة فقط عدم الاتفاق وثبوت الدائم لميلاك واقعي ما هو آآ ثبات ثبات الهوية وثبات القانون الحاكم على هذه الهوية</w:t>
      </w:r>
    </w:p>
    <w:p>
      <w:r>
        <w:t>فيأتي الاكثري فالاكثري والت ملاك وثبات الطبيعة وثبات قانون الطبيعة</w:t>
      </w:r>
    </w:p>
    <w:p>
      <w:r>
        <w:t>هذا هو الملاك</w:t>
      </w:r>
    </w:p>
    <w:p>
      <w:r>
        <w:t>فاذا احرزنا احرزنا هذا الامر او احرز هذا الامر فالتجربة تفيد اليقين</w:t>
      </w:r>
    </w:p>
    <w:p>
      <w:r>
        <w:t>اذا لم تفيد اليقين خلاف المعايير ايش صار ولابد في هذا الحكم من العقل في التجربة من قياس خفي</w:t>
      </w:r>
    </w:p>
    <w:p>
      <w:r>
        <w:t>يعني اذا حكمنا كل حديد يتمدد بالحرارة فهناك قياس خفي وهو ان طبيعة الحديد</w:t>
      </w:r>
    </w:p>
    <w:p>
      <w:r>
        <w:t>تقتضي هذا التمدد اذا كانت في شروط مواتية والقانون ثابت واحد حاكم على هذه الظاهرة</w:t>
      </w:r>
    </w:p>
    <w:p>
      <w:r>
        <w:t>ثم تتكرر كلما تكررت الشروط والظروف</w:t>
      </w:r>
    </w:p>
    <w:p>
      <w:r>
        <w:t>لو كان اتفاقيا لم يكن دائمين ولا اكثريا</w:t>
      </w:r>
    </w:p>
    <w:p>
      <w:r>
        <w:t>فيحصل الجزم</w:t>
      </w:r>
    </w:p>
    <w:p>
      <w:r>
        <w:t>الجسم يعني اليقين</w:t>
      </w:r>
    </w:p>
    <w:p>
      <w:r>
        <w:t>بتكرر المشاهدة</w:t>
      </w:r>
    </w:p>
    <w:p>
      <w:r>
        <w:t>وحصول القياس القياس ما هو? يعني ملاكه ما هو? ثبات الطبيعة وثبات الطبيعة بدون قانون كلي سرمدي لا يمكن</w:t>
      </w:r>
    </w:p>
    <w:p>
      <w:r>
        <w:t>القياس المذكور باستناد الاسهال الى او التمدد الى الحديد</w:t>
      </w:r>
    </w:p>
    <w:p>
      <w:r>
        <w:t>نعم</w:t>
      </w:r>
    </w:p>
    <w:p>
      <w:r>
        <w:t>اذا التجربة عند اه عند المحقق الطوسي والعلامة الحلي</w:t>
      </w:r>
    </w:p>
    <w:p>
      <w:r>
        <w:t>اه من مبادئ البرهان يعني تفيد اليقين تفيد اليقين</w:t>
      </w:r>
    </w:p>
    <w:p>
      <w:r>
        <w:t>هذا هو الاستقراء المعين عندنا</w:t>
      </w:r>
    </w:p>
    <w:p>
      <w:r>
        <w:t>هذا هو الاستقراء الذي يفيد اليقين</w:t>
      </w:r>
    </w:p>
    <w:p>
      <w:r>
        <w:t>ليس الاستقراء هو احصاء الجزئيات فقط</w:t>
      </w:r>
    </w:p>
    <w:p>
      <w:r>
        <w:t>احصاء الجزئيات? لا</w:t>
      </w:r>
    </w:p>
    <w:p>
      <w:r>
        <w:t>احصاء الجزئيات وجدوا كل حيوان يحرك آآ الفك الاسفل</w:t>
      </w:r>
    </w:p>
    <w:p>
      <w:r>
        <w:t>فاكتشفوا اكتشفوا المسيح انه لا يفك لا يحرك الفك الاسفل بالعكس الفكر الاعلى</w:t>
      </w:r>
    </w:p>
    <w:p>
      <w:r>
        <w:t>فما عندك حق تقول كل حيوان يحركوا الفك الاسفل</w:t>
      </w:r>
    </w:p>
    <w:p>
      <w:r>
        <w:t>هذا مجرد استقرار جزئيات لا يفيد اليقين</w:t>
      </w:r>
    </w:p>
    <w:p>
      <w:r>
        <w:t>اذا احرصت ان طبيعة الحيوانات طبيعة تقتضي تحريك الفك الاسفل</w:t>
      </w:r>
    </w:p>
    <w:p>
      <w:r>
        <w:t>وهذا قانون ثابت نعم يمكن لك ان تقول حيوان يحرك فكه الاصل</w:t>
      </w:r>
    </w:p>
    <w:p>
      <w:r>
        <w:t>اما من مجرد جزئيات تحصيها انت حتى لو كانت الف مليار تفتي بالكلية له</w:t>
      </w:r>
    </w:p>
    <w:p>
      <w:r>
        <w:t>هذا لا يفيد اليقين</w:t>
      </w:r>
    </w:p>
    <w:p>
      <w:r>
        <w:t>اذا يجب ان نفكك بين الاستقراء الساذج والاستقرار المبني على القاعدة الكلية مبادئ البرهان دال المتواترات قال والمتواترات كالعلم بوجود مكة</w:t>
      </w:r>
    </w:p>
    <w:p>
      <w:r>
        <w:t>بوجود اه تمثال الحرية في امريكا الان في نيويورك</w:t>
      </w:r>
    </w:p>
    <w:p>
      <w:r>
        <w:t>برج ايفل في باريس سور الصين في الصين الان تعددت الامثلة</w:t>
      </w:r>
    </w:p>
    <w:p>
      <w:r>
        <w:t>نعم</w:t>
      </w:r>
    </w:p>
    <w:p>
      <w:r>
        <w:t>في غياب الانترنت والفضائيات ما كنا نبصر هذه الواقعيات</w:t>
      </w:r>
    </w:p>
    <w:p>
      <w:r>
        <w:t>نسمع من الناس زاروا هذه الاماكن</w:t>
      </w:r>
    </w:p>
    <w:p>
      <w:r>
        <w:t>نعم</w:t>
      </w:r>
    </w:p>
    <w:p>
      <w:r>
        <w:t>فالعلامة الحلي والمحقق التونسي يتموضعان في مناخ معرفي خاص</w:t>
      </w:r>
    </w:p>
    <w:p>
      <w:r>
        <w:t>اما نحن الان لا نحتج للتواتر</w:t>
      </w:r>
    </w:p>
    <w:p>
      <w:r>
        <w:t>يعني مكة بالطائرة</w:t>
      </w:r>
    </w:p>
    <w:p>
      <w:r>
        <w:t>اقصاها خمستاشر ساعة اذا كنت في كندا واستراليا</w:t>
      </w:r>
    </w:p>
    <w:p>
      <w:r>
        <w:t>كنت في العراق ممكن ساعة ونصف ساعتين تصل الى مكة وتراها في الفضائيات على المباشر</w:t>
      </w:r>
    </w:p>
    <w:p>
      <w:r>
        <w:t>المهم هو القاعدة العلمية وهو التواتر</w:t>
      </w:r>
    </w:p>
    <w:p>
      <w:r>
        <w:t>التواتر عند آآ المحقق التونسي والاعلام الحني يدخل في البرهانيات</w:t>
      </w:r>
    </w:p>
    <w:p>
      <w:r>
        <w:t>اقول القضايا المتواترة هي التي آآ تسكن اليها النفس سكونا يزول معه الشك</w:t>
      </w:r>
    </w:p>
    <w:p>
      <w:r>
        <w:t>يعني تفيد اليقين</w:t>
      </w:r>
    </w:p>
    <w:p>
      <w:r>
        <w:t>ويحصل يحصل به الجسم الضروري يعني اليق البرهاني لكثرة الشهادات بحيث يزول الريبة عن وقوع تلك الشهادات على سبيل الاتفاق والتواطؤ</w:t>
      </w:r>
    </w:p>
    <w:p>
      <w:r>
        <w:t>كالعلم بوجود مكة</w:t>
      </w:r>
    </w:p>
    <w:p>
      <w:r>
        <w:t>نعم</w:t>
      </w:r>
    </w:p>
    <w:p>
      <w:r>
        <w:t>تواطؤ كثرة القولات</w:t>
      </w:r>
    </w:p>
    <w:p>
      <w:r>
        <w:t>العقل هنا يدخل بقاعدة ما يقول استحالة تواطؤ المتفرد المتفرقين وفي ازمان متعددة</w:t>
      </w:r>
    </w:p>
    <w:p>
      <w:r>
        <w:t>في من بقع متعددة على الكذب</w:t>
      </w:r>
    </w:p>
    <w:p>
      <w:r>
        <w:t>قاعدة عقلية هي يقينية تواتر</w:t>
      </w:r>
    </w:p>
    <w:p>
      <w:r>
        <w:t>نعم</w:t>
      </w:r>
    </w:p>
    <w:p>
      <w:r>
        <w:t>كان العلم بوجود مكة وجود مكة يعني مكة موجودة قضية</w:t>
      </w:r>
    </w:p>
    <w:p>
      <w:r>
        <w:t>وصارت الينا بالتواتر</w:t>
      </w:r>
    </w:p>
    <w:p>
      <w:r>
        <w:t>لماذا? لان الناقل من بيئات متعددة في ازمنة متعددة</w:t>
      </w:r>
    </w:p>
    <w:p>
      <w:r>
        <w:t>العقل يقول يستحيل التواطؤ على الكذب</w:t>
      </w:r>
    </w:p>
    <w:p>
      <w:r>
        <w:t>اذا ملاك يقينية هذه القضية هذه الاستحالة</w:t>
      </w:r>
    </w:p>
    <w:p>
      <w:r>
        <w:t>استحالة التواطؤ على الكذب</w:t>
      </w:r>
    </w:p>
    <w:p>
      <w:r>
        <w:t>كثير من الامور التاريخية والحضارية لا يمكن ان تثبتها الا بالتواتر</w:t>
      </w:r>
    </w:p>
    <w:p>
      <w:r>
        <w:t>وذهب قوم الى ان العلم الحاصل بها نظري</w:t>
      </w:r>
    </w:p>
    <w:p>
      <w:r>
        <w:t>نظري يعني استدلالي</w:t>
      </w:r>
    </w:p>
    <w:p>
      <w:r>
        <w:t>واخرون آآ غير محققين حاصروا</w:t>
      </w:r>
    </w:p>
    <w:p>
      <w:r>
        <w:t>عدد الشهادات المفيدة في عدد معين فهو خطأ فان اليقين فان اليقين غير متعلق بعدد محصور يؤثر فيه الزيادة والنقصان</w:t>
      </w:r>
    </w:p>
    <w:p>
      <w:r>
        <w:t>وانما القاضي هو اليقين ليس عدد الشهادات</w:t>
      </w:r>
    </w:p>
    <w:p>
      <w:r>
        <w:t>الملاك هو اليقين</w:t>
      </w:r>
    </w:p>
    <w:p>
      <w:r>
        <w:t>حتى لو شهادات قليلة جدا</w:t>
      </w:r>
    </w:p>
    <w:p>
      <w:r>
        <w:t>هذا مبنى حتى في في تواتر الروايات</w:t>
      </w:r>
    </w:p>
    <w:p>
      <w:r>
        <w:t>نعم</w:t>
      </w:r>
    </w:p>
    <w:p>
      <w:r>
        <w:t>اذا التواتر ما هو? نقولات من ازمنة متعددة</w:t>
      </w:r>
    </w:p>
    <w:p>
      <w:r>
        <w:t>مناطق متعددة</w:t>
      </w:r>
    </w:p>
    <w:p>
      <w:r>
        <w:t>لامر يشاهد بالحس</w:t>
      </w:r>
    </w:p>
    <w:p>
      <w:r>
        <w:t>امر يشاهد بالحس وليس بالعقل</w:t>
      </w:r>
    </w:p>
    <w:p>
      <w:r>
        <w:t>لان لا معنى للتواتر في العقليات</w:t>
      </w:r>
    </w:p>
    <w:p>
      <w:r>
        <w:t>مبادئ البرآة عنها الحدسيات يأتي ان شاء الله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