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سبحان الله يا الله والحمد لله</w:t>
      </w:r>
    </w:p>
    <w:p>
      <w:r>
        <w:t>والله اكبر</w:t>
      </w:r>
    </w:p>
    <w:p>
      <w:r>
        <w:t>اعوذ بالله من الشيطان الرجيم بسم الله الرحمن الرحيم وبه تعالى نستعين</w:t>
      </w:r>
    </w:p>
    <w:p>
      <w:r>
        <w:t>والصلاة والسلام على محمد واله الطيبين الطاهرين</w:t>
      </w:r>
    </w:p>
    <w:p>
      <w:r>
        <w:t>اللهم صل على محمد وال محمد</w:t>
      </w:r>
    </w:p>
    <w:p>
      <w:r>
        <w:t>اللهم ارزقنا التوفيق والاخلاص</w:t>
      </w:r>
    </w:p>
    <w:p>
      <w:r>
        <w:t>وصلنا معكم الى هذه الفقرة مبادئ البرهان ها الحد</w:t>
      </w:r>
    </w:p>
    <w:p>
      <w:r>
        <w:t>سيات</w:t>
      </w:r>
    </w:p>
    <w:p>
      <w:r>
        <w:t>الحد سيات لا يمكن ان تتحقق في الانسان الا اذا كان مطبوخا بخلفيات معرفية</w:t>
      </w:r>
    </w:p>
    <w:p>
      <w:r>
        <w:t>هكذا انسان ليس له خلفيات معرفية</w:t>
      </w:r>
    </w:p>
    <w:p>
      <w:r>
        <w:t>يأتيه حدس حد اوسط مباشر من دون مقدمات هذا يكاد ان يكون مستحيلا</w:t>
      </w:r>
    </w:p>
    <w:p>
      <w:r>
        <w:t>اذا الحدسيات في الفقه في الاصول في الفلسفة في العلوم</w:t>
      </w:r>
    </w:p>
    <w:p>
      <w:r>
        <w:t>تكون نفس العالم منطبقة بخلفيات معرفية</w:t>
      </w:r>
    </w:p>
    <w:p>
      <w:r>
        <w:t>هذه الخلفيات المعرفية تجعل النفس مستعدة لقبول هذا الحد الاوسط بدون فكر</w:t>
      </w:r>
    </w:p>
    <w:p>
      <w:r>
        <w:t>هذا هو شرطه</w:t>
      </w:r>
    </w:p>
    <w:p>
      <w:r>
        <w:t>قال هاء والحدسيات</w:t>
      </w:r>
    </w:p>
    <w:p>
      <w:r>
        <w:t>سريعا يأتي بمثال كالعلم بان نور القمر مستفاد من الشمس</w:t>
      </w:r>
    </w:p>
    <w:p>
      <w:r>
        <w:t>نعم هذا حدث</w:t>
      </w:r>
    </w:p>
    <w:p>
      <w:r>
        <w:t>ويرى فقط نور القمر كيف انتقل ذهنه الى ان هذا النور مستفاد من الشمس? حظ وانما يحدسه الناظر الناظر يعني المفكر المتأمل في اختلاف تشكلاته</w:t>
      </w:r>
    </w:p>
    <w:p>
      <w:r>
        <w:t>انظر في خلفيات فلكية</w:t>
      </w:r>
    </w:p>
    <w:p>
      <w:r>
        <w:t>بدون هذه الخلفيات الفلكية</w:t>
      </w:r>
    </w:p>
    <w:p>
      <w:r>
        <w:t>هذا الحدث لا يأتي ابدا</w:t>
      </w:r>
    </w:p>
    <w:p>
      <w:r>
        <w:t>يحدسه الناظر في اختلاف تشكلاته بحسب اختلاف اختلاف اوضاعه</w:t>
      </w:r>
    </w:p>
    <w:p>
      <w:r>
        <w:t>وانما يحدسه الناظر الناظرون المتأمل في الفلكيات</w:t>
      </w:r>
    </w:p>
    <w:p>
      <w:r>
        <w:t>في اختلاف تشكلات القمر بحسب اختلاف اوضاع القمر منها نعم هذا هو الحدث</w:t>
      </w:r>
    </w:p>
    <w:p>
      <w:r>
        <w:t>اذا مطبوخ بخلفيات معرفية في تخصص ما يصل الى بعض الحلول بدون استدلال</w:t>
      </w:r>
    </w:p>
    <w:p>
      <w:r>
        <w:t>نعم</w:t>
      </w:r>
    </w:p>
    <w:p>
      <w:r>
        <w:t>هذا يسميه السيد الخوئي في الفقهيات الشم الفقهي</w:t>
      </w:r>
    </w:p>
    <w:p>
      <w:r>
        <w:t>هذا هو الشمل الشم في في البرهانيات</w:t>
      </w:r>
    </w:p>
    <w:p>
      <w:r>
        <w:t>آآ يسمى الحدسيات</w:t>
      </w:r>
    </w:p>
    <w:p>
      <w:r>
        <w:t>اقول القضايا الحدسية</w:t>
      </w:r>
    </w:p>
    <w:p>
      <w:r>
        <w:t>اذا في قضية موضوع محمول</w:t>
      </w:r>
    </w:p>
    <w:p>
      <w:r>
        <w:t>مجرى المجربات في تكرار المشاهدة</w:t>
      </w:r>
    </w:p>
    <w:p>
      <w:r>
        <w:t>في تكرار المشاهدة انا هذا اسميه الخلفيات</w:t>
      </w:r>
    </w:p>
    <w:p>
      <w:r>
        <w:t>يعني عنده خلفيات في المسائل التي ينبثق حدث فيها</w:t>
      </w:r>
    </w:p>
    <w:p>
      <w:r>
        <w:t>ومقارنة القياس الخفي وهي قضايا مبدأ الحكم مبدأ الحكم بها حدس قوي من النفس يزول معه الشك</w:t>
      </w:r>
    </w:p>
    <w:p>
      <w:r>
        <w:t>وتذعن النفس بالقبول</w:t>
      </w:r>
    </w:p>
    <w:p>
      <w:r>
        <w:t>القبول بماذا? بالحد الاوسط وذلك مثل حكمنا بان نور القمر مستفاد من الشمس</w:t>
      </w:r>
    </w:p>
    <w:p>
      <w:r>
        <w:t>وانما حصل لنا ذلك يعني النور اصله من الشمس انعكس على القمر</w:t>
      </w:r>
    </w:p>
    <w:p>
      <w:r>
        <w:t>وانما حصل لنا ذلك ذلك يعني هذا الامر ان نور القمر مستفاد من الشمس</w:t>
      </w:r>
    </w:p>
    <w:p>
      <w:r>
        <w:t>قضية بحتس حصل لنا باختلاف تشكلات القمر بحسب اختلاف اوضاعه من الشمس</w:t>
      </w:r>
    </w:p>
    <w:p>
      <w:r>
        <w:t>قربا وبعدا يعني حال كونه قريبا حال كونه بعيدا</w:t>
      </w:r>
    </w:p>
    <w:p>
      <w:r>
        <w:t>اذا هذا الفلكي مطبوخ بخلفيات معرفية</w:t>
      </w:r>
    </w:p>
    <w:p>
      <w:r>
        <w:t>هذه الخلفيات المعرفية تخليه ينتج حدا اوسطا</w:t>
      </w:r>
    </w:p>
    <w:p>
      <w:r>
        <w:t>ينتج يعني يكشف الحد الاوسط بدون بدون هذه الخلفيات هذا الحدث لا يتأتى</w:t>
      </w:r>
    </w:p>
    <w:p>
      <w:r>
        <w:t>نعم</w:t>
      </w:r>
    </w:p>
    <w:p>
      <w:r>
        <w:t>وانما حصل لنا ذلك يعني هذه الظاهرة العجيبة والغريبة</w:t>
      </w:r>
    </w:p>
    <w:p>
      <w:r>
        <w:t>الحدس بماذا? بان نور القمر آآ اصله من الشمس</w:t>
      </w:r>
    </w:p>
    <w:p>
      <w:r>
        <w:t>حصل وانما حصل لنا ذلك بحجز حصل لنا حصل لنا وصف للحدس</w:t>
      </w:r>
    </w:p>
    <w:p>
      <w:r>
        <w:t>حصل لنا يعني جملة وصفية للحدس</w:t>
      </w:r>
    </w:p>
    <w:p>
      <w:r>
        <w:t>باختلاف تشكلات القمر بحسب اختلاف اوضاعه من الشمس قربا وبعدا</w:t>
      </w:r>
    </w:p>
    <w:p>
      <w:r>
        <w:t>مرة يقترب ومرة تعب</w:t>
      </w:r>
    </w:p>
    <w:p>
      <w:r>
        <w:t>ومقابلة ومقارنة وتربيعان</w:t>
      </w:r>
    </w:p>
    <w:p>
      <w:r>
        <w:t>نعم</w:t>
      </w:r>
    </w:p>
    <w:p>
      <w:r>
        <w:t>اذا له خبرة طويلة في العلم</w:t>
      </w:r>
    </w:p>
    <w:p>
      <w:r>
        <w:t>وفي عاينت الظواهر حينها يأتي الحادس بدون هذه الخلفيات وهذه الخبراوية الحدث هذا لا يأتي لان الله تعالى لا يعبث في الكون</w:t>
      </w:r>
    </w:p>
    <w:p>
      <w:r>
        <w:t>كل تحت العناية الالهية</w:t>
      </w:r>
    </w:p>
    <w:p>
      <w:r>
        <w:t>نعم</w:t>
      </w:r>
    </w:p>
    <w:p>
      <w:r>
        <w:t>والفرق بين الحدس وبين التجربة ان السبب في التجربة معلوم السببية مجهول الماهية</w:t>
      </w:r>
    </w:p>
    <w:p>
      <w:r>
        <w:t>نعم</w:t>
      </w:r>
    </w:p>
    <w:p>
      <w:r>
        <w:t>نعرف ان هذه الظاهرة علتها اه الوجودية العلة الفلانية</w:t>
      </w:r>
    </w:p>
    <w:p>
      <w:r>
        <w:t>اما ويا لا</w:t>
      </w:r>
    </w:p>
    <w:p>
      <w:r>
        <w:t>لماذا? لان الهوية تكون فقط في برهان اللمي</w:t>
      </w:r>
    </w:p>
    <w:p>
      <w:r>
        <w:t>انتقال من العلة الى المعدول</w:t>
      </w:r>
    </w:p>
    <w:p>
      <w:r>
        <w:t>والفرق بين الحدس وبين التجربة</w:t>
      </w:r>
    </w:p>
    <w:p>
      <w:r>
        <w:t>ان السبب في الت السبب الذي يولد العلم</w:t>
      </w:r>
    </w:p>
    <w:p>
      <w:r>
        <w:t>معلوم السببية مجهول المهية</w:t>
      </w:r>
    </w:p>
    <w:p>
      <w:r>
        <w:t>وفي الحدس معلوم بالوجهين معلوم بالوجود وبالماهية</w:t>
      </w:r>
    </w:p>
    <w:p>
      <w:r>
        <w:t>مثلا في برهان الان الذي لا يفيد اليقين</w:t>
      </w:r>
    </w:p>
    <w:p>
      <w:r>
        <w:t>انت ترى الدخان</w:t>
      </w:r>
    </w:p>
    <w:p>
      <w:r>
        <w:t>عقلك ماذا يقول؟ يقين بوجود علة اورثت هذا الدخان</w:t>
      </w:r>
    </w:p>
    <w:p>
      <w:r>
        <w:t>لأن الدخان معلول</w:t>
      </w:r>
    </w:p>
    <w:p>
      <w:r>
        <w:t>اذا انت متيقن بوجود العلة لكن هوية هذه العلة ما عندك خبر</w:t>
      </w:r>
    </w:p>
    <w:p>
      <w:r>
        <w:t>المائية ما عندك خبر الا اذا عينتها</w:t>
      </w:r>
    </w:p>
    <w:p>
      <w:r>
        <w:t>فتقول النار احرقت الخشب فجاء الدخان</w:t>
      </w:r>
    </w:p>
    <w:p>
      <w:r>
        <w:t>هنا عرفت الوجود وعرفت الهوية</w:t>
      </w:r>
    </w:p>
    <w:p>
      <w:r>
        <w:t>الوجود هو وجود النار</w:t>
      </w:r>
    </w:p>
    <w:p>
      <w:r>
        <w:t>علة الاحتراق</w:t>
      </w:r>
    </w:p>
    <w:p>
      <w:r>
        <w:t>وعلة الدخان</w:t>
      </w:r>
    </w:p>
    <w:p>
      <w:r>
        <w:t>ما هي هي ما هي النارية? اما اذا عاينت المعلول فقط الدخان</w:t>
      </w:r>
    </w:p>
    <w:p>
      <w:r>
        <w:t>انت تعلم بوجود علة اورثت هذا المعلول</w:t>
      </w:r>
    </w:p>
    <w:p>
      <w:r>
        <w:t>هذا يقين</w:t>
      </w:r>
    </w:p>
    <w:p>
      <w:r>
        <w:t>عدم اليقين اين? بهوية هذه العلة</w:t>
      </w:r>
    </w:p>
    <w:p>
      <w:r>
        <w:t>لأن لم لم اعاينها نعم مبادئ البرهان واو القضايا الفطرية فطرية القياس هادي تسمى القضايا الفطرية بديهية يعني قضايا قياساتها معها في الظل</w:t>
      </w:r>
    </w:p>
    <w:p>
      <w:r>
        <w:t>اي حيث تكون يكون هذا في الظل</w:t>
      </w:r>
    </w:p>
    <w:p>
      <w:r>
        <w:t>يعني ملاكها السببي موجود معها</w:t>
      </w:r>
    </w:p>
    <w:p>
      <w:r>
        <w:t>مبدأ سبب الكافي يرى ملاك هذه القضية ملاك يقينية هذه القضايا</w:t>
      </w:r>
    </w:p>
    <w:p>
      <w:r>
        <w:t>معها لا يكسب من جهة خارجية</w:t>
      </w:r>
    </w:p>
    <w:p>
      <w:r>
        <w:t>والقضايا والقضايا الفطرية القياس فطرية القياس كالعلم بان الاثنين نصف الاربعة لماذا? لانها تنقسم الى متساوية انتهى الامر</w:t>
      </w:r>
    </w:p>
    <w:p>
      <w:r>
        <w:t>نعم</w:t>
      </w:r>
    </w:p>
    <w:p>
      <w:r>
        <w:t>والا ليستا من المبادئ</w:t>
      </w:r>
    </w:p>
    <w:p>
      <w:r>
        <w:t>يعني انتهى الان من التي تفيد اليقين</w:t>
      </w:r>
    </w:p>
    <w:p>
      <w:r>
        <w:t>يقينيات وذكرها هنا</w:t>
      </w:r>
    </w:p>
    <w:p>
      <w:r>
        <w:t>نعم</w:t>
      </w:r>
    </w:p>
    <w:p>
      <w:r>
        <w:t>الاوليات المحسوسات المجربات المتورطات الحدسيات والفطريات</w:t>
      </w:r>
    </w:p>
    <w:p>
      <w:r>
        <w:t>غير هذا التي تستخدم في الجدل والخطاب لا</w:t>
      </w:r>
    </w:p>
    <w:p>
      <w:r>
        <w:t>لا تستخدم في اليقين</w:t>
      </w:r>
    </w:p>
    <w:p>
      <w:r>
        <w:t>والاخرتان ليست من المباد الاخرتان يعني آآ الحدسيات الفطريات من المبادئ</w:t>
      </w:r>
    </w:p>
    <w:p>
      <w:r>
        <w:t>لماذا? لان الحسيات مبادئها اه خلفيات مطبوخة في الانسان</w:t>
      </w:r>
    </w:p>
    <w:p>
      <w:r>
        <w:t>القضايا الفطرية ذلك القياس</w:t>
      </w:r>
    </w:p>
    <w:p>
      <w:r>
        <w:t>والملاك وليس هي الملاك</w:t>
      </w:r>
    </w:p>
    <w:p>
      <w:r>
        <w:t>والاخرتان من هذه المبادئ حسب الترتيب هي الحدسيات والفطريات</w:t>
      </w:r>
    </w:p>
    <w:p>
      <w:r>
        <w:t>بل واللتان قبلهما ايضا يعني قبلهما المتواترات والمجربات</w:t>
      </w:r>
    </w:p>
    <w:p>
      <w:r>
        <w:t>والعمدة هي الاولية</w:t>
      </w:r>
    </w:p>
    <w:p>
      <w:r>
        <w:t>مم الاوليات ليست هي مبادئ البرهان</w:t>
      </w:r>
    </w:p>
    <w:p>
      <w:r>
        <w:t>مشتقة من الشهود عن الملاك يجب ان يعود الى قضايا</w:t>
      </w:r>
    </w:p>
    <w:p>
      <w:r>
        <w:t>هذه القضايا الشهودية طبق عليها قواعد معيارية تخرج لك بعض القواعد هم قالوا اوليا</w:t>
      </w:r>
    </w:p>
    <w:p>
      <w:r>
        <w:t>انت بالشهود ترى آآ حقيقة شهودية امامك</w:t>
      </w:r>
    </w:p>
    <w:p>
      <w:r>
        <w:t>تستخرج ببركة مبدأ تناقض</w:t>
      </w:r>
    </w:p>
    <w:p>
      <w:r>
        <w:t>ان آآ الكل اعظم من الجزء</w:t>
      </w:r>
    </w:p>
    <w:p>
      <w:r>
        <w:t>ببركة من? مبدأ التناقض</w:t>
      </w:r>
    </w:p>
    <w:p>
      <w:r>
        <w:t>اقول اه هذه القضايا تسمى قضايا قياساتها معها</w:t>
      </w:r>
    </w:p>
    <w:p>
      <w:r>
        <w:t>وهي الفطريات وفطرية القياس ايضا</w:t>
      </w:r>
    </w:p>
    <w:p>
      <w:r>
        <w:t>وهي قضايا يحكم بها العقل لواء ص حائط لوسائط لا يخلو الذهن عناء البتة</w:t>
      </w:r>
    </w:p>
    <w:p>
      <w:r>
        <w:t>يعني الحد الأوسط حاضر في متن القياس</w:t>
      </w:r>
    </w:p>
    <w:p>
      <w:r>
        <w:t>في متن القضية</w:t>
      </w:r>
    </w:p>
    <w:p>
      <w:r>
        <w:t>فهي تشابه الضروريات</w:t>
      </w:r>
    </w:p>
    <w:p>
      <w:r>
        <w:t>لعدم انفكاك العقل عنها</w:t>
      </w:r>
    </w:p>
    <w:p>
      <w:r>
        <w:t>في حين من لا يمكن للعقل ان يغفل عنها</w:t>
      </w:r>
    </w:p>
    <w:p>
      <w:r>
        <w:t>وان كان الذوات اوسط الذي يقع في الظل ذلك القياس الظلي</w:t>
      </w:r>
    </w:p>
    <w:p>
      <w:r>
        <w:t>كالعلم بان الاثنين نصف الاربعة ما هو القياس الخفي? آآ الانقسام الى متساويين تقول اثنان تنقسم الى متساويين وكل من قسم الى متساويين فهو زوج فالاثنان آآ زوج او تقول اثنين نصف الاربعة لان الاربعة تنقسم الى تنقسم الى متساوية</w:t>
      </w:r>
    </w:p>
    <w:p>
      <w:r>
        <w:t>فانه حكم عقلي حصل بوسط هو وان الاثنين عدد انقسمت الاربعة اليه</w:t>
      </w:r>
    </w:p>
    <w:p>
      <w:r>
        <w:t>والى ما يساويه</w:t>
      </w:r>
    </w:p>
    <w:p>
      <w:r>
        <w:t>فهو نصف ذلك العدد فالاثنان نصف الاربع واضحة جدا</w:t>
      </w:r>
    </w:p>
    <w:p>
      <w:r>
        <w:t>اذا الفطريات قضية قياسها معه</w:t>
      </w:r>
    </w:p>
    <w:p>
      <w:r>
        <w:t>وهذه الاربعة ليست من المبادئ لتوقف على وسائط ومبادئ وغيرها</w:t>
      </w:r>
    </w:p>
    <w:p>
      <w:r>
        <w:t>ما هي الاربعة? الاربعة هيرمون مبهمة يا سماحة الشيخ</w:t>
      </w:r>
    </w:p>
    <w:p>
      <w:r>
        <w:t>الاربعة آآ نعم</w:t>
      </w:r>
    </w:p>
    <w:p>
      <w:r>
        <w:t>آآ المجربات والمتواترات والحدسيات والفطريات</w:t>
      </w:r>
    </w:p>
    <w:p>
      <w:r>
        <w:t>نعم</w:t>
      </w:r>
    </w:p>
    <w:p>
      <w:r>
        <w:t>ماذا يبقى? يبقى الاوليات المحسوسات جزئية عند حضور هذه لا تدخل في البرهان</w:t>
      </w:r>
    </w:p>
    <w:p>
      <w:r>
        <w:t>فتبقى الاوليات</w:t>
      </w:r>
    </w:p>
    <w:p>
      <w:r>
        <w:t>وانا في تصوري هذه الاوليات اساسها الشهود</w:t>
      </w:r>
    </w:p>
    <w:p>
      <w:r>
        <w:t>وهذه الاربعة ليست من المبادئ لتوقفها على وسائط ومبادئ غيرها</w:t>
      </w:r>
    </w:p>
    <w:p>
      <w:r>
        <w:t>ولانها عامة لاختلاف العقلاء فيها والمعتمد انما هو الاوليات</w:t>
      </w:r>
    </w:p>
    <w:p>
      <w:r>
        <w:t>نعم تقول الاربعة انت حذفتها الفطريات والحدسيات والمتواترات</w:t>
      </w:r>
    </w:p>
    <w:p>
      <w:r>
        <w:t>والمجربات</w:t>
      </w:r>
    </w:p>
    <w:p>
      <w:r>
        <w:t>المحسوس ما هو? تكليف فان المحسوسات ايضا غير مشتركة بين العقلاء لان المحسوسات علم حضوري خاص</w:t>
      </w:r>
    </w:p>
    <w:p>
      <w:r>
        <w:t>والبرهان برهان مثالي</w:t>
      </w:r>
    </w:p>
    <w:p>
      <w:r>
        <w:t>قضايا مثالية</w:t>
      </w:r>
    </w:p>
    <w:p>
      <w:r>
        <w:t>ما معنى مثالية? يعني سرمدية</w:t>
      </w:r>
    </w:p>
    <w:p>
      <w:r>
        <w:t>لا تخصص بجهة من الجهات</w:t>
      </w:r>
    </w:p>
    <w:p>
      <w:r>
        <w:t>هذا هو السر</w:t>
      </w:r>
    </w:p>
    <w:p>
      <w:r>
        <w:t>السر البرهان يتحرك في المثاليات</w:t>
      </w:r>
    </w:p>
    <w:p>
      <w:r>
        <w:t>ولهذا يقولون لا يجري في الجزئيات</w:t>
      </w:r>
    </w:p>
    <w:p>
      <w:r>
        <w:t>ان الجزئيات ليست مثالية</w:t>
      </w:r>
    </w:p>
    <w:p>
      <w:r>
        <w:t>ليست ادياض</w:t>
      </w:r>
    </w:p>
    <w:p>
      <w:r>
        <w:t>نعم</w:t>
      </w:r>
    </w:p>
    <w:p>
      <w:r>
        <w:t>هذا هو السر</w:t>
      </w:r>
    </w:p>
    <w:p>
      <w:r>
        <w:t>اذا تبقى الاوليات والاوليات مأخوذة من الشهود</w:t>
      </w:r>
    </w:p>
    <w:p>
      <w:r>
        <w:t>نعم برهان لم وان هنا يدخل في آآ يدخل في آآ مبدأ السبب الكافي</w:t>
      </w:r>
    </w:p>
    <w:p>
      <w:r>
        <w:t>كيف يتجلى في المعرفة? اقول والبرهان مبدأ السبب الكافي في اليقينيات طبعا</w:t>
      </w:r>
    </w:p>
    <w:p>
      <w:r>
        <w:t>الى البرهان</w:t>
      </w:r>
    </w:p>
    <w:p>
      <w:r>
        <w:t>قال والبرهان اما برهان لي وهو الذي يعطي العلة للوجود</w:t>
      </w:r>
    </w:p>
    <w:p>
      <w:r>
        <w:t>يعني في النظم التحققي والتصديق في النظم المنطقي</w:t>
      </w:r>
    </w:p>
    <w:p>
      <w:r>
        <w:t>بقول الحدثين ابستيميك وانطلوجك</w:t>
      </w:r>
    </w:p>
    <w:p>
      <w:r>
        <w:t>مقام الإثبات ومقام الثبوت بل الحوزاوية معا ككوننا هذه الخشبة مستها النار</w:t>
      </w:r>
    </w:p>
    <w:p>
      <w:r>
        <w:t>فانت الان في مقام العلة</w:t>
      </w:r>
    </w:p>
    <w:p>
      <w:r>
        <w:t>نعم</w:t>
      </w:r>
    </w:p>
    <w:p>
      <w:r>
        <w:t>مستها النار انت في العلة</w:t>
      </w:r>
    </w:p>
    <w:p>
      <w:r>
        <w:t>وكل من مسته النار يحترق</w:t>
      </w:r>
    </w:p>
    <w:p>
      <w:r>
        <w:t>كبرى القياس فهذه الخشبة تحترق</w:t>
      </w:r>
    </w:p>
    <w:p>
      <w:r>
        <w:t>اذا انطلقت من العلة هو النار مست الخشب</w:t>
      </w:r>
    </w:p>
    <w:p>
      <w:r>
        <w:t>يقي وهذا العرف امامك يدرك هذا اليقين</w:t>
      </w:r>
    </w:p>
    <w:p>
      <w:r>
        <w:t>مع انه ليس فيلسوف ولا منطقي</w:t>
      </w:r>
    </w:p>
    <w:p>
      <w:r>
        <w:t>نعم</w:t>
      </w:r>
    </w:p>
    <w:p>
      <w:r>
        <w:t>ولهذا يتفادى نصف النار نعم</w:t>
      </w:r>
    </w:p>
    <w:p>
      <w:r>
        <w:t>والبرهان اما برهان انتقال من العلة الى المعلوم للقاعدة الفلسفية</w:t>
      </w:r>
    </w:p>
    <w:p>
      <w:r>
        <w:t>ذوات الاسباب لا تعلم الا من اسبابها</w:t>
      </w:r>
    </w:p>
    <w:p>
      <w:r>
        <w:t>ذوات الاسباب</w:t>
      </w:r>
    </w:p>
    <w:p>
      <w:r>
        <w:t>لها اسباب طاقة جيدة بدل قيد</w:t>
      </w:r>
    </w:p>
    <w:p>
      <w:r>
        <w:t>كل من له سبب لا يعلم يقين الا من سببه</w:t>
      </w:r>
    </w:p>
    <w:p>
      <w:r>
        <w:t>والبرهان اما برهان وهو الذي يعطي العلة</w:t>
      </w:r>
    </w:p>
    <w:p>
      <w:r>
        <w:t>للوجود</w:t>
      </w:r>
    </w:p>
    <w:p>
      <w:r>
        <w:t>يعني عنا في الواقع</w:t>
      </w:r>
    </w:p>
    <w:p>
      <w:r>
        <w:t>وعلة في المعرفة والتصديق</w:t>
      </w:r>
    </w:p>
    <w:p>
      <w:r>
        <w:t>يعني النظم التحققي والنظم المنطقي اتحدا في العلة</w:t>
      </w:r>
    </w:p>
    <w:p>
      <w:r>
        <w:t>علة الانتاج</w:t>
      </w:r>
    </w:p>
    <w:p>
      <w:r>
        <w:t>تلقاو لينا هذه الخشبة مستها النار</w:t>
      </w:r>
    </w:p>
    <w:p>
      <w:r>
        <w:t>يعني انا ادركت المس فانا في العلة الاحتراق الذي هو معلول اتيقن به</w:t>
      </w:r>
    </w:p>
    <w:p>
      <w:r>
        <w:t>نعم هذه الخشبة مستها النار وكل من مسته النار محترق نعم فالخشبة محترقة</w:t>
      </w:r>
    </w:p>
    <w:p>
      <w:r>
        <w:t>يقين لان انتقل من السبب الى المسبب</w:t>
      </w:r>
    </w:p>
    <w:p>
      <w:r>
        <w:t>واما برهان ان وهو الذي يعطي التصديق فقط</w:t>
      </w:r>
    </w:p>
    <w:p>
      <w:r>
        <w:t>يعني انا اعاين الدخان</w:t>
      </w:r>
    </w:p>
    <w:p>
      <w:r>
        <w:t>عندي يقين اه ان هناك وجود مم وجود مؤثر لهذا الدخان اما هوية هوية هذا المؤثر لا اعرفه</w:t>
      </w:r>
    </w:p>
    <w:p>
      <w:r>
        <w:t>نبقى في دائرة الابهام</w:t>
      </w:r>
    </w:p>
    <w:p>
      <w:r>
        <w:t>لست متيقن متيقن بالهوية</w:t>
      </w:r>
    </w:p>
    <w:p>
      <w:r>
        <w:t>واما برهان وهو الذي يعطي التصديق فقط يعني</w:t>
      </w:r>
    </w:p>
    <w:p>
      <w:r>
        <w:t>فقط كقولنا هذه الحمى تشتد غبا فيا محترقة</w:t>
      </w:r>
    </w:p>
    <w:p>
      <w:r>
        <w:t>خليك في في الخشبة والنار افضل</w:t>
      </w:r>
    </w:p>
    <w:p>
      <w:r>
        <w:t>لماذا تأتيني بمثال طبي يشوش ذهن الطالب</w:t>
      </w:r>
    </w:p>
    <w:p>
      <w:r>
        <w:t>نعم</w:t>
      </w:r>
    </w:p>
    <w:p>
      <w:r>
        <w:t>اقول هذه الخشبة محترقة</w:t>
      </w:r>
    </w:p>
    <w:p>
      <w:r>
        <w:t>انت عندك يقين بوجود السبب</w:t>
      </w:r>
    </w:p>
    <w:p>
      <w:r>
        <w:t>اما هوية السبب لا ما عندك يقين</w:t>
      </w:r>
    </w:p>
    <w:p>
      <w:r>
        <w:t>انك لم تعاين الهوية</w:t>
      </w:r>
    </w:p>
    <w:p>
      <w:r>
        <w:t>انتقلت من المعلول الى العلة</w:t>
      </w:r>
    </w:p>
    <w:p>
      <w:r>
        <w:t>واما برهان اين وهو الذي يعطي التصديق فقط النظم المنطقي يعني الدليل فقط</w:t>
      </w:r>
    </w:p>
    <w:p>
      <w:r>
        <w:t>دليل علمي فقط كقول ان هذه الحمى تشتد غبا فهي محترقة</w:t>
      </w:r>
    </w:p>
    <w:p>
      <w:r>
        <w:t>والاوسط في برهان الليم هو العلة لا للنفس الاكبر</w:t>
      </w:r>
    </w:p>
    <w:p>
      <w:r>
        <w:t>هنا اكتب فائدة مهمة جدا في البرهان العلة تكفي ان تظع الاكبر في الاصغر</w:t>
      </w:r>
    </w:p>
    <w:p>
      <w:r>
        <w:t>هذا هو ملك اليقين في البرهان هذا هو وقد يكون الذي يجمع بين الاكبر في الاصغر قد يكون معلول للاثنين</w:t>
      </w:r>
    </w:p>
    <w:p>
      <w:r>
        <w:t>معلول للاثنين</w:t>
      </w:r>
    </w:p>
    <w:p>
      <w:r>
        <w:t>وقد يكون معلول لاحدهما</w:t>
      </w:r>
    </w:p>
    <w:p>
      <w:r>
        <w:t>مثل اه النار مست الخشب وكل من مسته النار يحترق الخشب يحترق</w:t>
      </w:r>
    </w:p>
    <w:p>
      <w:r>
        <w:t>ان مس هو الذي اوصل النار الى الخشب</w:t>
      </w:r>
    </w:p>
    <w:p>
      <w:r>
        <w:t>هذا هو الحد الاوسط المس والمس يعني هو اللهب حركة الشعلة</w:t>
      </w:r>
    </w:p>
    <w:p>
      <w:r>
        <w:t>هذا هو المس حركة الشعلة</w:t>
      </w:r>
    </w:p>
    <w:p>
      <w:r>
        <w:t>معلولة لمن? للنار</w:t>
      </w:r>
    </w:p>
    <w:p>
      <w:r>
        <w:t>اذا الملاك في البرهان هو احضار الاكبر في في الاسعار</w:t>
      </w:r>
    </w:p>
    <w:p>
      <w:r>
        <w:t>ثم من اين جاء هذا الحد الاوسط? يعني العلة هذا بعد لا يهمنا</w:t>
      </w:r>
    </w:p>
    <w:p>
      <w:r>
        <w:t>قد يكون معلولا لي للنتيجة وبرهان برهان آآ برهان اليقين</w:t>
      </w:r>
    </w:p>
    <w:p>
      <w:r>
        <w:t>وقد يكون معلول لاحدهما</w:t>
      </w:r>
    </w:p>
    <w:p>
      <w:r>
        <w:t>المهم برهانا لملاكه هو احضار الاكبر في الاصغار</w:t>
      </w:r>
    </w:p>
    <w:p>
      <w:r>
        <w:t>نعم</w:t>
      </w:r>
    </w:p>
    <w:p>
      <w:r>
        <w:t>يريد يريد يشير الى هذه الحقيقة</w:t>
      </w:r>
    </w:p>
    <w:p>
      <w:r>
        <w:t>والاوسط في برهان لين</w:t>
      </w:r>
    </w:p>
    <w:p>
      <w:r>
        <w:t>هو العلة لا للنفس الاكبر</w:t>
      </w:r>
    </w:p>
    <w:p>
      <w:r>
        <w:t>يعني ليست وظيفته ان يحقق الاكبر</w:t>
      </w:r>
    </w:p>
    <w:p>
      <w:r>
        <w:t>بل للحكم به على الاصغر</w:t>
      </w:r>
    </w:p>
    <w:p>
      <w:r>
        <w:t>يعني يوصل الاكبر الى الاصغر</w:t>
      </w:r>
    </w:p>
    <w:p>
      <w:r>
        <w:t>وقد يكون معلول للاكبر قد يكون معلول للاصغر</w:t>
      </w:r>
    </w:p>
    <w:p>
      <w:r>
        <w:t>قد يكون معلول للاثنين</w:t>
      </w:r>
    </w:p>
    <w:p>
      <w:r>
        <w:t>وان كان معلول لاحدهما</w:t>
      </w:r>
    </w:p>
    <w:p>
      <w:r>
        <w:t>فان كان معلول للحكم آآ آآ معلول لاحدهما</w:t>
      </w:r>
    </w:p>
    <w:p>
      <w:r>
        <w:t>انا قلت معلول للنتيجة</w:t>
      </w:r>
    </w:p>
    <w:p>
      <w:r>
        <w:t>لا اذا كان معلول للنتيجة</w:t>
      </w:r>
    </w:p>
    <w:p>
      <w:r>
        <w:t>معلول للاثنين لا هذا برها برهان الابن لا</w:t>
      </w:r>
    </w:p>
    <w:p>
      <w:r>
        <w:t>آآ الملاك هو ايصال الاكبر الى الاصغر</w:t>
      </w:r>
    </w:p>
    <w:p>
      <w:r>
        <w:t>قد يكون معلول للاكبر يجوز</w:t>
      </w:r>
    </w:p>
    <w:p>
      <w:r>
        <w:t>قد يكون معلول للاصغر يجوز</w:t>
      </w:r>
    </w:p>
    <w:p>
      <w:r>
        <w:t>لا يكون معلول للنتيجة فقط</w:t>
      </w:r>
    </w:p>
    <w:p>
      <w:r>
        <w:t>هذا هو الملاك</w:t>
      </w:r>
    </w:p>
    <w:p>
      <w:r>
        <w:t>ولهذا يقول بل للحكم به على الاصغر</w:t>
      </w:r>
    </w:p>
    <w:p>
      <w:r>
        <w:t>يعني هو يوصل الاكبر الى الاصغر</w:t>
      </w:r>
    </w:p>
    <w:p>
      <w:r>
        <w:t>قد يكونوا معلولين الاكبر نعم</w:t>
      </w:r>
    </w:p>
    <w:p>
      <w:r>
        <w:t>قد يكونوا معلولين للاصغر</w:t>
      </w:r>
    </w:p>
    <w:p>
      <w:r>
        <w:t>نعم</w:t>
      </w:r>
    </w:p>
    <w:p>
      <w:r>
        <w:t>لا يكون معلول للاتحاد</w:t>
      </w:r>
    </w:p>
    <w:p>
      <w:r>
        <w:t>يعني معلوم النتيجة</w:t>
      </w:r>
    </w:p>
    <w:p>
      <w:r>
        <w:t>لان الاتحاد ما هي? التواجد الاكبر في الاصغر هو النتيجة</w:t>
      </w:r>
    </w:p>
    <w:p>
      <w:r>
        <w:t>اذا كان معلوم الناتجة فهذا برهان الان</w:t>
      </w:r>
    </w:p>
    <w:p>
      <w:r>
        <w:t>والاوسط في برهان الليم هو العلة لا لنفس الاكبر</w:t>
      </w:r>
    </w:p>
    <w:p>
      <w:r>
        <w:t>يعني الاوسط ليس بالضرورة ان يوجد الاكبر</w:t>
      </w:r>
    </w:p>
    <w:p>
      <w:r>
        <w:t>بل اه ان يكون للعلة للحكم به على الاصغار</w:t>
      </w:r>
    </w:p>
    <w:p>
      <w:r>
        <w:t>للحكم بالاكبر هنا هل الاكبر? بل للحكم به بالاكبر على الاصغر</w:t>
      </w:r>
    </w:p>
    <w:p>
      <w:r>
        <w:t>يعني الاوسط وظيفته ان يوصل الاكبر الى الاصغر</w:t>
      </w:r>
    </w:p>
    <w:p>
      <w:r>
        <w:t>وان كان معلول لاحدهما</w:t>
      </w:r>
    </w:p>
    <w:p>
      <w:r>
        <w:t>قد يكون معلول للاصغر قد يكون معلول للاكبر</w:t>
      </w:r>
    </w:p>
    <w:p>
      <w:r>
        <w:t>لا ضرر في ذلك</w:t>
      </w:r>
    </w:p>
    <w:p>
      <w:r>
        <w:t>حركة الشعلة معلولة للنار لكن هي التي اوصلت النار الى الخشبة</w:t>
      </w:r>
    </w:p>
    <w:p>
      <w:r>
        <w:t>نعم هذه الحركة</w:t>
      </w:r>
    </w:p>
    <w:p>
      <w:r>
        <w:t>فان كان معلول للحكم</w:t>
      </w:r>
    </w:p>
    <w:p>
      <w:r>
        <w:t>اعلن الحكم عن النتيجة</w:t>
      </w:r>
    </w:p>
    <w:p>
      <w:r>
        <w:t>يسمى دليلان وكان برهان ان</w:t>
      </w:r>
    </w:p>
    <w:p>
      <w:r>
        <w:t>وينقلب احدهما الى الاخر بما يشبه قياسا دائريا</w:t>
      </w:r>
    </w:p>
    <w:p>
      <w:r>
        <w:t>يعني يمكن ان ينقلب الليم الى الان والان الى الليم بقياس دوري</w:t>
      </w:r>
    </w:p>
    <w:p>
      <w:r>
        <w:t>هذا هو اللباب</w:t>
      </w:r>
    </w:p>
    <w:p>
      <w:r>
        <w:t>اذا اللباب عندنا قاعدة فلسفية وهي ذوات الاسباب لا تعلم الا باسبابها</w:t>
      </w:r>
    </w:p>
    <w:p>
      <w:r>
        <w:t>فهذا هو برهان</w:t>
      </w:r>
    </w:p>
    <w:p>
      <w:r>
        <w:t>انت اذا وضعت اليد على العلة فانت في اليقين وراه لم يفيد اليقين</w:t>
      </w:r>
    </w:p>
    <w:p>
      <w:r>
        <w:t>ثم هذا الحد الاوسط الذي يورث اليقين</w:t>
      </w:r>
    </w:p>
    <w:p>
      <w:r>
        <w:t>ما هي وظيفته? ايصال اكبر الى الاصغر في القياس? هو من اين نتج? قد يكون ناتجا من القضية تكون ناتجة من الاكبر قد لا يكون ناتجا لا من الاكبر والاصغر</w:t>
      </w:r>
    </w:p>
    <w:p>
      <w:r>
        <w:t>فقط لا يكون ناتيجا ناتجا من معلول للنتيجة</w:t>
      </w:r>
    </w:p>
    <w:p>
      <w:r>
        <w:t>لان هناك برهانا برهان الان الذي لا يفيد اليقين</w:t>
      </w:r>
    </w:p>
    <w:p>
      <w:r>
        <w:t>نعم</w:t>
      </w:r>
    </w:p>
    <w:p>
      <w:r>
        <w:t>اقول الاوسط في يعني الحد الاوسط علة للتصديق بالاكبر على الاسوار هذه هي القاعدة</w:t>
      </w:r>
    </w:p>
    <w:p>
      <w:r>
        <w:t>والا لم يكن الاستدلاء به اولى من غيره</w:t>
      </w:r>
    </w:p>
    <w:p>
      <w:r>
        <w:t>نعم</w:t>
      </w:r>
    </w:p>
    <w:p>
      <w:r>
        <w:t>في الفلسفيات يثبتون هذا بهذا المثال</w:t>
      </w:r>
    </w:p>
    <w:p>
      <w:r>
        <w:t>يقولون على مبنى المشاة طبعا ليس على مبنى الحكمة المتعالية</w:t>
      </w:r>
    </w:p>
    <w:p>
      <w:r>
        <w:t>الله تعالى يخلق المخلوقات من خلال العقول</w:t>
      </w:r>
    </w:p>
    <w:p>
      <w:r>
        <w:t>لنبدأ بالعقل الاول</w:t>
      </w:r>
    </w:p>
    <w:p>
      <w:r>
        <w:t>فالعقل الاول هو الواسطة في ايصال الفيض الالهي الى المخل الدنيئة وهو مخلوق لمن? للذات الالهية</w:t>
      </w:r>
    </w:p>
    <w:p>
      <w:r>
        <w:t>اذا هو مخلوق للذات الالهية</w:t>
      </w:r>
    </w:p>
    <w:p>
      <w:r>
        <w:t>وهو الذي يوسط يوصل الفضل الالهي الى المخلوقات الاخرى</w:t>
      </w:r>
    </w:p>
    <w:p>
      <w:r>
        <w:t>هذا هو الحد الاوسط</w:t>
      </w:r>
    </w:p>
    <w:p>
      <w:r>
        <w:t>العقل الاول</w:t>
      </w:r>
    </w:p>
    <w:p>
      <w:r>
        <w:t>م للاكبر الى انه يوصل الاكبر الى الاصغر</w:t>
      </w:r>
    </w:p>
    <w:p>
      <w:r>
        <w:t>يعني يوصل الذات الالهية بفيضها طبعا الى المخلوقات</w:t>
      </w:r>
    </w:p>
    <w:p>
      <w:r>
        <w:t>فالفيض الالهي اوجد العقل الاول والعقل الاول اوصله اوصل هذا الفيض الى المخلوقات الاخرى</w:t>
      </w:r>
    </w:p>
    <w:p>
      <w:r>
        <w:t>هذا تطبيق فقط لبرهان الليم كما طبقنا على مس النار للخشب</w:t>
      </w:r>
    </w:p>
    <w:p>
      <w:r>
        <w:t>يقول الاوسط في البرهان علة للتصديق بالاكبر على الاصغر اذا وظيفة الحد الاوسط الايصال الاكبر الى الاصغر</w:t>
      </w:r>
    </w:p>
    <w:p>
      <w:r>
        <w:t>ما هي علاقته? ما هي نسبته بالاكبر والاصغر? قد يكون معنويا للاصغر</w:t>
      </w:r>
    </w:p>
    <w:p>
      <w:r>
        <w:t>قد يكون معنويا للاكبر</w:t>
      </w:r>
    </w:p>
    <w:p>
      <w:r>
        <w:t>والا لم يكن الاستدلال به اولى من غيره</w:t>
      </w:r>
    </w:p>
    <w:p>
      <w:r>
        <w:t>لا بشرط</w:t>
      </w:r>
    </w:p>
    <w:p>
      <w:r>
        <w:t>اذا لماذا صار حدا اوسطا لنتوسط بين الاكبر والاصغر? اذا لم يتوسط بين الاكبر والاصغر ما هي وظيفته? فكل كل الحدود متساوية لا بشرط من هذه الناحية</w:t>
      </w:r>
    </w:p>
    <w:p>
      <w:r>
        <w:t>اذا هو تميز بانه اوصل الاكبر الى الاصغر</w:t>
      </w:r>
    </w:p>
    <w:p>
      <w:r>
        <w:t>وهذا معناه لم يكن الاستدلال به او لا من غيره</w:t>
      </w:r>
    </w:p>
    <w:p>
      <w:r>
        <w:t>اذا متى تكون الاولوية له? لانها اوصل الاكبر الى الاصغر</w:t>
      </w:r>
    </w:p>
    <w:p>
      <w:r>
        <w:t>فان كان مع ذلك ايضا علة آآ علة لوجود الاكبر سمي برهانا لي انظروا الان نعم يعني آآ هو له وظيفة اوجد الاكبر في الاصغر</w:t>
      </w:r>
    </w:p>
    <w:p>
      <w:r>
        <w:t>نحن في برهان برهان آآ اللي يفيد اليقين</w:t>
      </w:r>
    </w:p>
    <w:p>
      <w:r>
        <w:t>ثم العلامة الحلي يتوسع</w:t>
      </w:r>
    </w:p>
    <w:p>
      <w:r>
        <w:t>فإن كان مع ذلك يعني يوصل الأكبر الى الأصغر</w:t>
      </w:r>
    </w:p>
    <w:p>
      <w:r>
        <w:t>ايضا علة لوجود الأكبار سمي برهان الليم لأنه يعطي النية في الوجود والتصديق معها</w:t>
      </w:r>
    </w:p>
    <w:p>
      <w:r>
        <w:t>كيف? اذا تحدثنا الاوسطية نحن في مقام النظم المنطقي</w:t>
      </w:r>
    </w:p>
    <w:p>
      <w:r>
        <w:t>في النظم المنطقي وظيفته ما هي? الايصال الاكبر الى الاصغر</w:t>
      </w:r>
    </w:p>
    <w:p>
      <w:r>
        <w:t>صغرى كبرى نتيجة</w:t>
      </w:r>
    </w:p>
    <w:p>
      <w:r>
        <w:t>صغرى متشكلة من اصغر واحد اوسط</w:t>
      </w:r>
    </w:p>
    <w:p>
      <w:r>
        <w:t>كبرى من حد اوسط واكبر</w:t>
      </w:r>
    </w:p>
    <w:p>
      <w:r>
        <w:t>النتيجة يختفي الاوسط تتشكل من اصغره الاكبر</w:t>
      </w:r>
    </w:p>
    <w:p>
      <w:r>
        <w:t>اذا من انتج هذه النتيجة حضور الاكبر في الاصغر الحد الاوسط</w:t>
      </w:r>
    </w:p>
    <w:p>
      <w:r>
        <w:t>اذا البرهان اللمي في النظم المنطقي هذه هويته</w:t>
      </w:r>
    </w:p>
    <w:p>
      <w:r>
        <w:t>ايصال الاكبر الى الاصغر</w:t>
      </w:r>
    </w:p>
    <w:p>
      <w:r>
        <w:t>الان الروح هنا نظمت التحقق الخارجي هناك ما في اقيسه هناك في وجود العلة للاكبر العلة للاكبر هو الحد الاوسط في نظام الوجود</w:t>
      </w:r>
    </w:p>
    <w:p>
      <w:r>
        <w:t>في نظام الوجود</w:t>
      </w:r>
    </w:p>
    <w:p>
      <w:r>
        <w:t>يعني الله تعالى علة لمن? علة العقل الأول في نظام الوجود مخلوق لله تعالى في مقام الإستدلال وصلنا ان حضور الفيض الإلهي في المخلوقات الفيض يكون من خلال العقل الأول الى ان هنا الأكبر يعني الله هو عللي عللي العقل العقل الأول لا في بعض الموارد لا الحد الأوسط علة لحضور اكبر في الأصغر في النظم المنطقي وعدل اكبر في نظام الوجود</w:t>
      </w:r>
    </w:p>
    <w:p>
      <w:r>
        <w:t>في نظام الوجود هذا برهان اللين اثباتان وثبوتا</w:t>
      </w:r>
    </w:p>
    <w:p>
      <w:r>
        <w:t>برهان اللين في في النظم المنطقي وفي النظم التحققي</w:t>
      </w:r>
    </w:p>
    <w:p>
      <w:r>
        <w:t>يقول فان كان مع ذلك يعني حد اوسط في البعد المعرفي في النظر المنطقي</w:t>
      </w:r>
    </w:p>
    <w:p>
      <w:r>
        <w:t>آآ ايضا علة للوجود علة للوجود يعني النظم التحققي</w:t>
      </w:r>
    </w:p>
    <w:p>
      <w:r>
        <w:t>الا لوجود الاكبر سمي برهان اللم لانه يعطي اللمية في الوجود</w:t>
      </w:r>
    </w:p>
    <w:p>
      <w:r>
        <w:t>في مقام التحقق نظم التحقق والتصديق</w:t>
      </w:r>
    </w:p>
    <w:p>
      <w:r>
        <w:t>في النظم المنطقي يعني المعرفي</w:t>
      </w:r>
    </w:p>
    <w:p>
      <w:r>
        <w:t>فهو معطي للنمية مطلقا</w:t>
      </w:r>
    </w:p>
    <w:p>
      <w:r>
        <w:t>فسمي به يعني برهان برهان لمن مطلق</w:t>
      </w:r>
    </w:p>
    <w:p>
      <w:r>
        <w:t>كقولنا مثاله هذه الخشبة مستها النار</w:t>
      </w:r>
    </w:p>
    <w:p>
      <w:r>
        <w:t>وكل خشبة مستها النار فهي محترقة</w:t>
      </w:r>
    </w:p>
    <w:p>
      <w:r>
        <w:t>فالاستدلال بالم وماسة على الاحتراق استدلال بالعلة على المعلول</w:t>
      </w:r>
    </w:p>
    <w:p>
      <w:r>
        <w:t>فكما اعطيت المماساة الحكم بوجود الاحتراق في الدين</w:t>
      </w:r>
    </w:p>
    <w:p>
      <w:r>
        <w:t>فكذلك اعطته في نص الامر</w:t>
      </w:r>
    </w:p>
    <w:p>
      <w:r>
        <w:t>يعني الاحتراق سببه العلمي</w:t>
      </w:r>
    </w:p>
    <w:p>
      <w:r>
        <w:t>المس يعني حركة حركة هذا اللهيب</w:t>
      </w:r>
    </w:p>
    <w:p>
      <w:r>
        <w:t>في الوجود كذلك وفي العلم كذلك</w:t>
      </w:r>
    </w:p>
    <w:p>
      <w:r>
        <w:t>هذا برهان العلم المطلق</w:t>
      </w:r>
    </w:p>
    <w:p>
      <w:r>
        <w:t>علة علمية علة وجوه ودية</w:t>
      </w:r>
    </w:p>
    <w:p>
      <w:r>
        <w:t>تقول ما هو السبب في الخشب مسها حركة اللهب</w:t>
      </w:r>
    </w:p>
    <w:p>
      <w:r>
        <w:t>نعم</w:t>
      </w:r>
    </w:p>
    <w:p>
      <w:r>
        <w:t>هذا المس حركة وصلت اليها</w:t>
      </w:r>
    </w:p>
    <w:p>
      <w:r>
        <w:t>حركة النار</w:t>
      </w:r>
    </w:p>
    <w:p>
      <w:r>
        <w:t>حركة النار جرت النار الى الخشب</w:t>
      </w:r>
    </w:p>
    <w:p>
      <w:r>
        <w:t>اذا ملاك الاحتراق اللهب الى آآ الى الخشب فيحترق</w:t>
      </w:r>
    </w:p>
    <w:p>
      <w:r>
        <w:t>وفي الدليل العلمي تقول آآ هذه الخشبة مستها النار</w:t>
      </w:r>
    </w:p>
    <w:p>
      <w:r>
        <w:t>وكل من مسها مسه النار يحترق خشبة تحترق</w:t>
      </w:r>
    </w:p>
    <w:p>
      <w:r>
        <w:t>المس هنا كذلك علة علمية وعلة وجودية</w:t>
      </w:r>
    </w:p>
    <w:p>
      <w:r>
        <w:t>برهان العلم المطلق</w:t>
      </w:r>
    </w:p>
    <w:p>
      <w:r>
        <w:t>نعم</w:t>
      </w:r>
    </w:p>
    <w:p>
      <w:r>
        <w:t>نعم</w:t>
      </w:r>
    </w:p>
    <w:p>
      <w:r>
        <w:t>فالاستدلال بالمماساة على الاحتراق استدلال بالعلة على المعلول</w:t>
      </w:r>
    </w:p>
    <w:p>
      <w:r>
        <w:t>فكما اعطيت اعطي المماساة الحكم بوجود الاحتراق في الدين</w:t>
      </w:r>
    </w:p>
    <w:p>
      <w:r>
        <w:t>يعني في النظم المنطقي</w:t>
      </w:r>
    </w:p>
    <w:p>
      <w:r>
        <w:t>فكذا اعطته في نصهم يعني في النظم التحققي</w:t>
      </w:r>
    </w:p>
    <w:p>
      <w:r>
        <w:t>نعم</w:t>
      </w:r>
    </w:p>
    <w:p>
      <w:r>
        <w:t>وان كان يأتي ان شاء الله</w:t>
      </w:r>
    </w:p>
    <w:p>
      <w:r>
        <w:t>اللهم صل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