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الفقرة وان كان انما يعطي العلة في التزديق لا غير ولا يعطي العلة في نفس الامر سمي برهان ان كقولنا هذه الحمى تشتد غبا وكل حمة اشتد غبا فهي محترقة</w:t>
      </w:r>
    </w:p>
    <w:p>
      <w:r>
        <w:t>فاشتداد الحمى غبا علة للتصديق</w:t>
      </w:r>
    </w:p>
    <w:p>
      <w:r>
        <w:t>بثبوت الاحتراق في العقل في العقل يعني في النظمة</w:t>
      </w:r>
    </w:p>
    <w:p>
      <w:r>
        <w:t>منطقي دون الخرج يعني النظم التحققي</w:t>
      </w:r>
    </w:p>
    <w:p>
      <w:r>
        <w:t>وكلاهما معلونان للصفراء المتعفنة العروق</w:t>
      </w:r>
    </w:p>
    <w:p>
      <w:r>
        <w:t>هنا يشير الى برهان العلم</w:t>
      </w:r>
    </w:p>
    <w:p>
      <w:r>
        <w:t>برهان الايد يعطينا العلل الاثباتية فقط</w:t>
      </w:r>
    </w:p>
    <w:p>
      <w:r>
        <w:t>العلل المعرفية</w:t>
      </w:r>
    </w:p>
    <w:p>
      <w:r>
        <w:t>ما يعطينا العلة الواقعية</w:t>
      </w:r>
    </w:p>
    <w:p>
      <w:r>
        <w:t>نعم</w:t>
      </w:r>
    </w:p>
    <w:p>
      <w:r>
        <w:t>اذا يعطي بوجود الاصل ولا يعطي اليقين ماهية الاصل</w:t>
      </w:r>
    </w:p>
    <w:p>
      <w:r>
        <w:t>واذا اردت ان تتحدث بلسان صدر متأنه يعطينا اصل الوجود ولا يعطينا نحو الوجود</w:t>
      </w:r>
    </w:p>
    <w:p>
      <w:r>
        <w:t>فاصل وجود نبقى في ابهام ما هذا الوجود? اما اذا اعطانا نحو الوجود حينها نكون في برهان الليم وليس في برهان لين</w:t>
      </w:r>
    </w:p>
    <w:p>
      <w:r>
        <w:t>وان كان البرهان او الحد الاوسط</w:t>
      </w:r>
    </w:p>
    <w:p>
      <w:r>
        <w:t>انما يعطي العلة في يعني في النظم المنطقي فقط يعني علة معرفية</w:t>
      </w:r>
    </w:p>
    <w:p>
      <w:r>
        <w:t>لا غير ولا يعطي العلة في نفس الأمر</w:t>
      </w:r>
    </w:p>
    <w:p>
      <w:r>
        <w:t>يعني ليس هو السبب الواقعي</w:t>
      </w:r>
    </w:p>
    <w:p>
      <w:r>
        <w:t>نعم</w:t>
      </w:r>
    </w:p>
    <w:p>
      <w:r>
        <w:t>سمي برهان برهان</w:t>
      </w:r>
    </w:p>
    <w:p>
      <w:r>
        <w:t>كقولنا هذه الحمى تشتد غبا</w:t>
      </w:r>
    </w:p>
    <w:p>
      <w:r>
        <w:t>وكل حمى تشتد غبا فهي محترقة</w:t>
      </w:r>
    </w:p>
    <w:p>
      <w:r>
        <w:t>نعم</w:t>
      </w:r>
    </w:p>
    <w:p>
      <w:r>
        <w:t>سبب ما هو? السبب يقول الطب يكتشف السبب الصحيح</w:t>
      </w:r>
    </w:p>
    <w:p>
      <w:r>
        <w:t>وهو آآ راجع الى آآ الصفراء متعفنة</w:t>
      </w:r>
    </w:p>
    <w:p>
      <w:r>
        <w:t>نعم صفراء خيط جعلها ليست في مزاجها الحقيقي</w:t>
      </w:r>
    </w:p>
    <w:p>
      <w:r>
        <w:t>فيؤدي الى الحمى المشتدة</w:t>
      </w:r>
    </w:p>
    <w:p>
      <w:r>
        <w:t>نعم</w:t>
      </w:r>
    </w:p>
    <w:p>
      <w:r>
        <w:t>يقول اه كقولنا هذه الحمى غبا وكل حمى تشتد غبا فهي محترقة</w:t>
      </w:r>
    </w:p>
    <w:p>
      <w:r>
        <w:t>فاشتداد الحمى غبا علة للتصديق</w:t>
      </w:r>
    </w:p>
    <w:p>
      <w:r>
        <w:t>بثبوت الاحتراق في العقل دون الخارج</w:t>
      </w:r>
    </w:p>
    <w:p>
      <w:r>
        <w:t>في العقل يعني في النظم المنطقي يعني بعد معرفي</w:t>
      </w:r>
    </w:p>
    <w:p>
      <w:r>
        <w:t>دون الخارج</w:t>
      </w:r>
    </w:p>
    <w:p>
      <w:r>
        <w:t>يعني ليست هي العلة الحقيقية فاشتداد الحمى غبا علة للتصديق يعني للعلم بثبوت الاحتراق</w:t>
      </w:r>
    </w:p>
    <w:p>
      <w:r>
        <w:t>اما سبب الحمى الشديدة والغب هو عفونة الصفراء</w:t>
      </w:r>
    </w:p>
    <w:p>
      <w:r>
        <w:t>هي العلة للوجوب ودياء</w:t>
      </w:r>
    </w:p>
    <w:p>
      <w:r>
        <w:t>الوجودية</w:t>
      </w:r>
    </w:p>
    <w:p>
      <w:r>
        <w:t>نعم</w:t>
      </w:r>
    </w:p>
    <w:p>
      <w:r>
        <w:t>هنا العلة ماذا? اه اه تشتد غبا هذه العلة عندها معرفية وليستعل واقعية</w:t>
      </w:r>
    </w:p>
    <w:p>
      <w:r>
        <w:t>نعم</w:t>
      </w:r>
    </w:p>
    <w:p>
      <w:r>
        <w:t>يعني الطبيب اذا رأى الحمى تشتد غبا يعرف ان العين الثبوتية هي تعفن الصفراء فيعطيك الدواء على هذا الاساس</w:t>
      </w:r>
    </w:p>
    <w:p>
      <w:r>
        <w:t>على اساس ثبوتي نعم</w:t>
      </w:r>
    </w:p>
    <w:p>
      <w:r>
        <w:t>فاشتداد الا للتصديق بثبوت الاحتراق في العقل</w:t>
      </w:r>
    </w:p>
    <w:p>
      <w:r>
        <w:t>ثبوت الاحتراق آآ في العقل ليس الاحتراق يثبت في العقل</w:t>
      </w:r>
    </w:p>
    <w:p>
      <w:r>
        <w:t>ها آآ اينة للتصديق في العقل بثبوت الاحتراق</w:t>
      </w:r>
    </w:p>
    <w:p>
      <w:r>
        <w:t>يعني التصديق يكون في النظم المنطقي</w:t>
      </w:r>
    </w:p>
    <w:p>
      <w:r>
        <w:t>في هذه ليست ظرفية للاحتراق</w:t>
      </w:r>
    </w:p>
    <w:p>
      <w:r>
        <w:t>ظرفية للتصديق</w:t>
      </w:r>
    </w:p>
    <w:p>
      <w:r>
        <w:t>هكذا تقرأ</w:t>
      </w:r>
    </w:p>
    <w:p>
      <w:r>
        <w:t>اه فاشتداد الحمى غبا علة للتصديق بثبوت</w:t>
      </w:r>
    </w:p>
    <w:p>
      <w:r>
        <w:t>بثبوت في العقل</w:t>
      </w:r>
    </w:p>
    <w:p>
      <w:r>
        <w:t>ثبوت ماذا? اه لثبوت الاحتراق الا للتصديق في العقل بثبوت ماذا? بثبوت الاحتراق دون الخارج</w:t>
      </w:r>
    </w:p>
    <w:p>
      <w:r>
        <w:t>ليست هي العلة الواقعية</w:t>
      </w:r>
    </w:p>
    <w:p>
      <w:r>
        <w:t>نعم</w:t>
      </w:r>
    </w:p>
    <w:p>
      <w:r>
        <w:t>وكلاهما معلولان اي العين الواقعية</w:t>
      </w:r>
    </w:p>
    <w:p>
      <w:r>
        <w:t>وكلاهما معلولان للصفراء المتعفنة خارج العروق</w:t>
      </w:r>
    </w:p>
    <w:p>
      <w:r>
        <w:t>اذا عرفت هذا يعني التفكيك بين البرهان النمي وبرهان الايني اعلم هذا والقاعدة ما هي? يكفينا في البرهان الاني ان نتيقن بهذا الحد الاوسط الذي اوصل الاكبر الى الاصغر</w:t>
      </w:r>
    </w:p>
    <w:p>
      <w:r>
        <w:t>ما عندنا بالواقع الخارجي</w:t>
      </w:r>
    </w:p>
    <w:p>
      <w:r>
        <w:t>في الواقع الخارجي او لا هذا آآ لا نحتاجه</w:t>
      </w:r>
    </w:p>
    <w:p>
      <w:r>
        <w:t>اذا احرزناه جميل</w:t>
      </w:r>
    </w:p>
    <w:p>
      <w:r>
        <w:t>اذا لم نحرز نحن في نحرزه نحن في ذات اليقين</w:t>
      </w:r>
    </w:p>
    <w:p>
      <w:r>
        <w:t>ما هو? ان ان يكون الاوسط آآ ان يكون الاوسط علة لثبوت الاكبر في الاسقام فقط</w:t>
      </w:r>
    </w:p>
    <w:p>
      <w:r>
        <w:t>اذا عرفت هذا فاعلم اننا نشترط في برهان اللام اليقين ان يكون الاوسط علة لوجود الاكبر مطلقا</w:t>
      </w:r>
    </w:p>
    <w:p>
      <w:r>
        <w:t>يعني في مقام التحقق والوجود</w:t>
      </w:r>
    </w:p>
    <w:p>
      <w:r>
        <w:t>بل لوجود الاكبر في الاصغر هذا هو الميلاد</w:t>
      </w:r>
    </w:p>
    <w:p>
      <w:r>
        <w:t>هذا يكفيك للوصول اليقين وبينهما فرق فانه يمكن ان يكون الاوسط معلول للاكبر او للاصغر وهو مع ذلك علة لوجود الاكبر في الاصغر</w:t>
      </w:r>
    </w:p>
    <w:p>
      <w:r>
        <w:t>كما تقول هذه الخشبة تحترق تتحرك تتحرك اليها النار</w:t>
      </w:r>
    </w:p>
    <w:p>
      <w:r>
        <w:t>تصل اليها وكل من يتحرك يتحرك اليه النار فتصل اليه يحترق</w:t>
      </w:r>
    </w:p>
    <w:p>
      <w:r>
        <w:t>فحركة النار علة للوصول وهي معلولة للنار</w:t>
      </w:r>
    </w:p>
    <w:p>
      <w:r>
        <w:t>اذا النار اوجدت الحركة لقوتها وتدفقها الحركة وصلت الى الخشبة</w:t>
      </w:r>
    </w:p>
    <w:p>
      <w:r>
        <w:t>نعم</w:t>
      </w:r>
    </w:p>
    <w:p>
      <w:r>
        <w:t>فالنار اذا ان وجدت في الخشبة تحرقها باليقين</w:t>
      </w:r>
    </w:p>
    <w:p>
      <w:r>
        <w:t>وهي معلولة للنار</w:t>
      </w:r>
    </w:p>
    <w:p>
      <w:r>
        <w:t>من معلولة? الحركة</w:t>
      </w:r>
    </w:p>
    <w:p>
      <w:r>
        <w:t>الموصلة</w:t>
      </w:r>
    </w:p>
    <w:p>
      <w:r>
        <w:t>اكتب الحركة الموصل</w:t>
      </w:r>
    </w:p>
    <w:p>
      <w:r>
        <w:t>فهي معلولة للنار</w:t>
      </w:r>
    </w:p>
    <w:p>
      <w:r>
        <w:t>من هي هذه? حركة حركة اه الشعلة فها هنا الاوسط ومعلولي الاكبر هذه الحركة معلولة للنار</w:t>
      </w:r>
    </w:p>
    <w:p>
      <w:r>
        <w:t>وكما تقول الانسان حيوان وكل حيوان فيها جسم</w:t>
      </w:r>
    </w:p>
    <w:p>
      <w:r>
        <w:t>هذه فيه مسامحة لان هذا قضية تحليلية</w:t>
      </w:r>
    </w:p>
    <w:p>
      <w:r>
        <w:t>ليست قضية استدلالية فقط لايصال المطلب الى الدين والى هذا هذه هي قاسية القضية قضايا تحريرها يعني اذا حللت الحيوان تعرف انه جسم ما يحتاج الى دليل للتقريب فقط كما تقول انسان حيوان وكل حيوان فهو جسم فالحيوان قانون معلول للإنسان في الخارج وعلة لثبوت الجسم له</w:t>
      </w:r>
    </w:p>
    <w:p>
      <w:r>
        <w:t>حيوان معلول الإنسان</w:t>
      </w:r>
    </w:p>
    <w:p>
      <w:r>
        <w:t>الحيوان طبعا هنا الحيوان الإنساني</w:t>
      </w:r>
    </w:p>
    <w:p>
      <w:r>
        <w:t>ليس الحيوان المطلق الحيوان المطلق ليس له تحقق في الخارج</w:t>
      </w:r>
    </w:p>
    <w:p>
      <w:r>
        <w:t>هذا الحيوان الجينس لا معنى له ان يكون في الخط</w:t>
      </w:r>
    </w:p>
    <w:p>
      <w:r>
        <w:t>لماذا الحيوان معلول الانسان? لان الانسان بناطقيته</w:t>
      </w:r>
    </w:p>
    <w:p>
      <w:r>
        <w:t>بفصله والفصل هو الذي حصل الحيوان</w:t>
      </w:r>
    </w:p>
    <w:p>
      <w:r>
        <w:t>ثم الحيوان جر له كل مكوناته</w:t>
      </w:r>
    </w:p>
    <w:p>
      <w:r>
        <w:t>منها امتداد الجسم منها النمو منها الحساسية والحركة آآ بالارادة</w:t>
      </w:r>
    </w:p>
    <w:p>
      <w:r>
        <w:t>مكونات الحيوان</w:t>
      </w:r>
    </w:p>
    <w:p>
      <w:r>
        <w:t>واقتصر على الجسم</w:t>
      </w:r>
    </w:p>
    <w:p>
      <w:r>
        <w:t>كان بامكانه ان يأتي بمكونات اخرى</w:t>
      </w:r>
    </w:p>
    <w:p>
      <w:r>
        <w:t>الانسان حيوان وكل حيوان فهو جسم</w:t>
      </w:r>
    </w:p>
    <w:p>
      <w:r>
        <w:t>فالحي معلول للإنسان بينت لك المعلولية الخارجية</w:t>
      </w:r>
    </w:p>
    <w:p>
      <w:r>
        <w:t>وعلة لثبوت الجسم له</w:t>
      </w:r>
    </w:p>
    <w:p>
      <w:r>
        <w:t>اوصل الحيوان لمن? اوصل الحيوان ل آآ مكونات الحيوان للإنسان</w:t>
      </w:r>
    </w:p>
    <w:p>
      <w:r>
        <w:t>منها الجسمية منها النمو حساسية</w:t>
      </w:r>
    </w:p>
    <w:p>
      <w:r>
        <w:t>نعم فقد ظهر من هذا ان الشرط في برهان الليم ان يكون الاوسط علة لوجود الاكبر في الاصغر</w:t>
      </w:r>
    </w:p>
    <w:p>
      <w:r>
        <w:t>لوجود يعني تواجد الاكبر في الاصغر</w:t>
      </w:r>
    </w:p>
    <w:p>
      <w:r>
        <w:t>ويجوز ان يكون معلولا</w:t>
      </w:r>
    </w:p>
    <w:p>
      <w:r>
        <w:t>معلول ما في بأس</w:t>
      </w:r>
    </w:p>
    <w:p>
      <w:r>
        <w:t>معلول الامل الاكبر او الاصغر</w:t>
      </w:r>
    </w:p>
    <w:p>
      <w:r>
        <w:t>فقط فقط لا يكون معلولا في برهان للنتيجة</w:t>
      </w:r>
    </w:p>
    <w:p>
      <w:r>
        <w:t>لان هذا برهان الان</w:t>
      </w:r>
    </w:p>
    <w:p>
      <w:r>
        <w:t>ولا يمكن العكس الاستحالة تقدم وجود الاكبر في الاصغر على وجوده مطلق نعم ولا يمكن العكس يعني اه الحد الاوسط قد يكون معلولا للاكبر وقد يكون معلولا للأصغر هذه معقولة اما هو معلول للنتيجة فلا يكون لنا نقع في برهان الإن ولا يمكن العكس لاستحالة تقدم وجود الأكبر في الأصغر على وجوده مطلقا</w:t>
      </w:r>
    </w:p>
    <w:p>
      <w:r>
        <w:t>لا يمكن التواجد الأكبر في الأصغر يكون معلولا للحد الأوسط</w:t>
      </w:r>
    </w:p>
    <w:p>
      <w:r>
        <w:t>هو يكون علة لتواجد الأكبر في الأسعار</w:t>
      </w:r>
    </w:p>
    <w:p>
      <w:r>
        <w:t>اما تواجد الأكبر في الأصغر يكون علة للحد الأوسط ليس في برهان لماذا في برهان ان</w:t>
      </w:r>
    </w:p>
    <w:p>
      <w:r>
        <w:t>ولهذا قليل</w:t>
      </w:r>
    </w:p>
    <w:p>
      <w:r>
        <w:t>قال لا</w:t>
      </w:r>
    </w:p>
    <w:p>
      <w:r>
        <w:t>ولا يمكن يعني يستحيل</w:t>
      </w:r>
    </w:p>
    <w:p>
      <w:r>
        <w:t>لانه يخرب برهان تخرب هويته من اليقين الى الظن من البرهان الليمي الى البرهان الليبي</w:t>
      </w:r>
    </w:p>
    <w:p>
      <w:r>
        <w:t>ولا يمكن العكس يعني لا يمكن في برهان النب ان يكون الحد الاوسط معلول لتواجد الاكبر في الاصغر</w:t>
      </w:r>
    </w:p>
    <w:p>
      <w:r>
        <w:t>وان كان معلول لاحدهما لا بأس</w:t>
      </w:r>
    </w:p>
    <w:p>
      <w:r>
        <w:t>الاستحالة تقدم وجود الاكبر في الاشهر آآ لاستحالة تقدم وجود الاكبر في الاصغر</w:t>
      </w:r>
    </w:p>
    <w:p>
      <w:r>
        <w:t>على وجود الحد الاوسط مطلقا</w:t>
      </w:r>
    </w:p>
    <w:p>
      <w:r>
        <w:t>لا يمكن والا انقلب برهان لم لبرهان الان</w:t>
      </w:r>
    </w:p>
    <w:p>
      <w:r>
        <w:t>خلاف هوية برهان اذا لا يكون الحد الاوسط معلولا لتواجد اكبر في الاصغر</w:t>
      </w:r>
    </w:p>
    <w:p>
      <w:r>
        <w:t>يعني لا يكون معلول للنتيجة</w:t>
      </w:r>
    </w:p>
    <w:p>
      <w:r>
        <w:t>لان النتيجة هي التواجد الاكبر في الاصغر</w:t>
      </w:r>
    </w:p>
    <w:p>
      <w:r>
        <w:t>والا انقلب برهان ليم الذي اليقين برهان برهان ان الذي لا يفيد اليقين فنحن فداءة اليقين واللا يقين اجتماع النقيطين</w:t>
      </w:r>
    </w:p>
    <w:p>
      <w:r>
        <w:t>هذه هي الاستحالة</w:t>
      </w:r>
    </w:p>
    <w:p>
      <w:r>
        <w:t>نعم</w:t>
      </w:r>
    </w:p>
    <w:p>
      <w:r>
        <w:t>واعلم ان برهانا ان ينقسم الى ما يكون الاوسط معلول لوجود الاكبر في الاصغر</w:t>
      </w:r>
    </w:p>
    <w:p>
      <w:r>
        <w:t>انا يقسم بوران الاذن يقول احد اقسامه وان يكون معلول لنا النتيجة</w:t>
      </w:r>
    </w:p>
    <w:p>
      <w:r>
        <w:t>واعلم ان برهان ان ينقسم يعني البرهان الذي لا يفيد اليقين</w:t>
      </w:r>
    </w:p>
    <w:p>
      <w:r>
        <w:t>انتقال من معلول الى العلة</w:t>
      </w:r>
    </w:p>
    <w:p>
      <w:r>
        <w:t>واعلم ان برهان الان ينقسم حينما يكون الاوسط الحد الاوسط معلول لوجود الاكبر في الاصغر</w:t>
      </w:r>
    </w:p>
    <w:p>
      <w:r>
        <w:t>ما هو وجود الاكبر في الاصغر? يعني النتيجة</w:t>
      </w:r>
    </w:p>
    <w:p>
      <w:r>
        <w:t>اذا برهان الان الاوسط معلول للنتيجة</w:t>
      </w:r>
    </w:p>
    <w:p>
      <w:r>
        <w:t>احد اقسامه</w:t>
      </w:r>
    </w:p>
    <w:p>
      <w:r>
        <w:t>والى ما لا يكون كذلك</w:t>
      </w:r>
    </w:p>
    <w:p>
      <w:r>
        <w:t>لا يكون معلولا للنتيجة</w:t>
      </w:r>
    </w:p>
    <w:p>
      <w:r>
        <w:t>ويسمى الأول اذا كان معلول للنتيجة بالدليل</w:t>
      </w:r>
    </w:p>
    <w:p>
      <w:r>
        <w:t>من باب وضع المصطلح</w:t>
      </w:r>
    </w:p>
    <w:p>
      <w:r>
        <w:t>اذا اذا سئلت في الإمتحان ما هو برهان الدليل? تقول برهان الدليل هو برهان لا يفيد اليقين</w:t>
      </w:r>
    </w:p>
    <w:p>
      <w:r>
        <w:t>تكون الحد الأوسط معلول للنتيجة</w:t>
      </w:r>
    </w:p>
    <w:p>
      <w:r>
        <w:t>هذا هو الجواب</w:t>
      </w:r>
    </w:p>
    <w:p>
      <w:r>
        <w:t>وهو عكس برهان الليم</w:t>
      </w:r>
    </w:p>
    <w:p>
      <w:r>
        <w:t>عكس برهان الليم لماذا? لأن الحد الأوسط علة للنتيجة</w:t>
      </w:r>
    </w:p>
    <w:p>
      <w:r>
        <w:t>في برهان الليم</w:t>
      </w:r>
    </w:p>
    <w:p>
      <w:r>
        <w:t>وفي برهان الإن الحد الأوسط علة مع كل سمنة معكوس واضحة جدا</w:t>
      </w:r>
    </w:p>
    <w:p>
      <w:r>
        <w:t>اعيد في برهان الليم الذي يفيد اليقين</w:t>
      </w:r>
    </w:p>
    <w:p>
      <w:r>
        <w:t>الحد الاوسط علة للنتيجة</w:t>
      </w:r>
    </w:p>
    <w:p>
      <w:r>
        <w:t>ما معناه? يعني علة لتواجد الاكبر في الاصغر</w:t>
      </w:r>
    </w:p>
    <w:p>
      <w:r>
        <w:t>وهي النتيجة</w:t>
      </w:r>
    </w:p>
    <w:p>
      <w:r>
        <w:t>فبرهان الليم الحد علة للنتيجة هو الذي يولد النتيجة</w:t>
      </w:r>
    </w:p>
    <w:p>
      <w:r>
        <w:t>فالنتيجة متفرعة عليه</w:t>
      </w:r>
    </w:p>
    <w:p>
      <w:r>
        <w:t>في برهان الدليل النتيجة هي التي تعطي الحد الاوسط</w:t>
      </w:r>
    </w:p>
    <w:p>
      <w:r>
        <w:t>معكوس بالتمام</w:t>
      </w:r>
    </w:p>
    <w:p>
      <w:r>
        <w:t>نعم</w:t>
      </w:r>
    </w:p>
    <w:p>
      <w:r>
        <w:t>واعلم ان برهان الان ينقص الى ما يكون الى ما يكون الاوسط معلول لوجود الاكبر في الاصغر اكتب تحتها لوجود الاكبر في الاصغر معلول النتيجة</w:t>
      </w:r>
    </w:p>
    <w:p>
      <w:r>
        <w:t>والى ما لا يكون كذلك يعني ليس معلول للنتيجة</w:t>
      </w:r>
    </w:p>
    <w:p>
      <w:r>
        <w:t>ويسمى الاول بالدليل اذا كان الحد الاوسط معلول معكوس مطلقا لبرهان اللم فهذا يسمى الدليل</w:t>
      </w:r>
    </w:p>
    <w:p>
      <w:r>
        <w:t>وهو عكس برهان لي</w:t>
      </w:r>
    </w:p>
    <w:p>
      <w:r>
        <w:t>وينقلب الدليل الى برهان اللم وبالعكس</w:t>
      </w:r>
    </w:p>
    <w:p>
      <w:r>
        <w:t>بما يشبه قياس الدور</w:t>
      </w:r>
    </w:p>
    <w:p>
      <w:r>
        <w:t>لاتحاد الحدود في ريفهما</w:t>
      </w:r>
    </w:p>
    <w:p>
      <w:r>
        <w:t>واختلاف في الترتيب نعم يعني برهانا لم ينقلب برهان اذا عكسنا القضية في برهان الليم ننطلق من الحد الاوسط للوصول الى النتيجة</w:t>
      </w:r>
    </w:p>
    <w:p>
      <w:r>
        <w:t>نقرب القياس ننتقل من النتيجة الى الحد الاوسط</w:t>
      </w:r>
    </w:p>
    <w:p>
      <w:r>
        <w:t>ينقلب برهان الليم الى برها حينها لا يفيد اليقين</w:t>
      </w:r>
    </w:p>
    <w:p>
      <w:r>
        <w:t>نعم</w:t>
      </w:r>
    </w:p>
    <w:p>
      <w:r>
        <w:t>وانما قال انما بما يشبه قياس الدور ولم يقل الى قياس الدور</w:t>
      </w:r>
    </w:p>
    <w:p>
      <w:r>
        <w:t>لان القصد هنا ليس المغالطة في قياس قصد المغالطة</w:t>
      </w:r>
    </w:p>
    <w:p>
      <w:r>
        <w:t>يعني هنا الفارق بين قياس الضوء وما يسبق الدر قصدي يعني ما يقصده فاعل المعرفة</w:t>
      </w:r>
    </w:p>
    <w:p>
      <w:r>
        <w:t>اذا كان يقصد المغالطة فهنا لا فرق</w:t>
      </w:r>
    </w:p>
    <w:p>
      <w:r>
        <w:t>اذا كان لا يقصد المغالطة فقط ابدال قياس الى الليم والليم الى الان فهذا يشبه قياس الدور</w:t>
      </w:r>
    </w:p>
    <w:p>
      <w:r>
        <w:t>وانما قال بما يشبه قياس الدور ولم يقل الى قياس الدور</w:t>
      </w:r>
    </w:p>
    <w:p>
      <w:r>
        <w:t>لان القصد هنا قصديا</w:t>
      </w:r>
    </w:p>
    <w:p>
      <w:r>
        <w:t>يعني حسب ما يقصده فاعل المعرفة ليست المغالطة</w:t>
      </w:r>
    </w:p>
    <w:p>
      <w:r>
        <w:t>فلهذا كان شبيها بالقي ولم يكن هو هو</w:t>
      </w:r>
    </w:p>
    <w:p>
      <w:r>
        <w:t>نعم</w:t>
      </w:r>
    </w:p>
    <w:p>
      <w:r>
        <w:t>اذا انت عندك قياس كل الف باء وكل باء جيم ينتج كل الف جيم</w:t>
      </w:r>
    </w:p>
    <w:p>
      <w:r>
        <w:t>اذا كان الف علة حضور اذا كان الف علة لحظور آآ جيم على مستوى الف هذا برهان اللي اذا كان لا حضور في الف هو علة لب الحد الاوسط فبرهانا برهانا اذا الحدود المشتركة ما معنى الحدود المشتركة? يعني الف الف باء باء وجيم جيم</w:t>
      </w:r>
    </w:p>
    <w:p>
      <w:r>
        <w:t>فانت انطلق</w:t>
      </w:r>
    </w:p>
    <w:p>
      <w:r>
        <w:t>اذا كنت تركز على الحد الاوسط واللدى النتيجة هذا برهان النية</w:t>
      </w:r>
    </w:p>
    <w:p>
      <w:r>
        <w:t>اذا انتقل قلت من النتيجة لاثبات الحد الأوسط او الحد الأكبر</w:t>
      </w:r>
    </w:p>
    <w:p>
      <w:r>
        <w:t>يعني لإثبات الحد الأوسط والحد الأوسط</w:t>
      </w:r>
    </w:p>
    <w:p>
      <w:r>
        <w:t>يلازم الأصغر والأكبر</w:t>
      </w:r>
    </w:p>
    <w:p>
      <w:r>
        <w:t>اذا اذا حضر الأوسط يحظر الاكبر والاصغر معه</w:t>
      </w:r>
    </w:p>
    <w:p>
      <w:r>
        <w:t>وهذا هو الدغور</w:t>
      </w:r>
    </w:p>
    <w:p>
      <w:r>
        <w:t>هذا هو الدور</w:t>
      </w:r>
    </w:p>
    <w:p>
      <w:r>
        <w:t>نعم</w:t>
      </w:r>
    </w:p>
    <w:p>
      <w:r>
        <w:t>البديهي والكسبي</w:t>
      </w:r>
    </w:p>
    <w:p>
      <w:r>
        <w:t>الان بعد ما بينا برهان النم بشقيه</w:t>
      </w:r>
    </w:p>
    <w:p>
      <w:r>
        <w:t>وهو ان يكون الحد الاوسط علة في العلم في النظم المنطقي وعلة في الخارج في النظم الوجودي</w:t>
      </w:r>
    </w:p>
    <w:p>
      <w:r>
        <w:t>برهان مطلق</w:t>
      </w:r>
    </w:p>
    <w:p>
      <w:r>
        <w:t>تمام والكمال</w:t>
      </w:r>
    </w:p>
    <w:p>
      <w:r>
        <w:t>اولى يقول نقتصر على ان يكون الحد الاوسط علة للاكبر في الاصغر</w:t>
      </w:r>
    </w:p>
    <w:p>
      <w:r>
        <w:t>ان يقي يعني الحد الأوسط على النتيجة خلاص نحن في آآ في البرهان</w:t>
      </w:r>
    </w:p>
    <w:p>
      <w:r>
        <w:t>اذا كنا في دائرة اخرى نتيجة تعطي الحد الأوسط</w:t>
      </w:r>
    </w:p>
    <w:p>
      <w:r>
        <w:t>يعني الحد الأوسط متفرع على النتيجة</w:t>
      </w:r>
    </w:p>
    <w:p>
      <w:r>
        <w:t>نعم هذا برهان الإن لا يفيد اليقين</w:t>
      </w:r>
    </w:p>
    <w:p>
      <w:r>
        <w:t>ويمكن تقلب المسألة دوريا الى الحدود واحدة</w:t>
      </w:r>
    </w:p>
    <w:p>
      <w:r>
        <w:t>الحدود واحدة</w:t>
      </w:r>
    </w:p>
    <w:p>
      <w:r>
        <w:t>نعم</w:t>
      </w:r>
    </w:p>
    <w:p>
      <w:r>
        <w:t>البديه والكسب قال وكل قضية تتضمن اجزائها علية الحكم فهي اولية</w:t>
      </w:r>
    </w:p>
    <w:p>
      <w:r>
        <w:t>لا يتوقف العقل فيه الا على تصور الاجزاء فانها ربما تكون خفية</w:t>
      </w:r>
    </w:p>
    <w:p>
      <w:r>
        <w:t>هنا يقسم المقدمات الى بديهية وكسبية</w:t>
      </w:r>
    </w:p>
    <w:p>
      <w:r>
        <w:t>البديهية يقول يكفي تصور الموضوع والمحمول مر علينا هذا العمر</w:t>
      </w:r>
    </w:p>
    <w:p>
      <w:r>
        <w:t>ان المحقق التونسي في احد كتبه نسيت الكتاب والظاهر شرح شرح الاشارات</w:t>
      </w:r>
    </w:p>
    <w:p>
      <w:r>
        <w:t>يقول كلمة جيدة</w:t>
      </w:r>
    </w:p>
    <w:p>
      <w:r>
        <w:t>كل قضية معرفية</w:t>
      </w:r>
    </w:p>
    <w:p>
      <w:r>
        <w:t>حجيتها خارجة يعني مجرد ابراز قضية من القضايا لا يكفي للاذعان بها</w:t>
      </w:r>
    </w:p>
    <w:p>
      <w:r>
        <w:t>حتى في البديهيات</w:t>
      </w:r>
    </w:p>
    <w:p>
      <w:r>
        <w:t>يقول الامر الخارجي على الاقل في البديهية تصور طرفين</w:t>
      </w:r>
    </w:p>
    <w:p>
      <w:r>
        <w:t>حجية القضية خارج عن القضية</w:t>
      </w:r>
    </w:p>
    <w:p>
      <w:r>
        <w:t>يعني القضية بما هي? هي لا تثبت نفسها</w:t>
      </w:r>
    </w:p>
    <w:p>
      <w:r>
        <w:t>يجب ان اكون الملاك خارجي</w:t>
      </w:r>
    </w:p>
    <w:p>
      <w:r>
        <w:t>في البديهيات في البديهيات الملاك على مستوى القضية</w:t>
      </w:r>
    </w:p>
    <w:p>
      <w:r>
        <w:t>البديهيات الاول الملاك على مستوى القضية</w:t>
      </w:r>
    </w:p>
    <w:p>
      <w:r>
        <w:t>ليس القضية بما هي قضية</w:t>
      </w:r>
    </w:p>
    <w:p>
      <w:r>
        <w:t>الملاك على مستواها ولكن ليس هو القضية</w:t>
      </w:r>
    </w:p>
    <w:p>
      <w:r>
        <w:t>نعم تقول الله موجود</w:t>
      </w:r>
    </w:p>
    <w:p>
      <w:r>
        <w:t>ما هو دليلك على الله? الله موجود</w:t>
      </w:r>
    </w:p>
    <w:p>
      <w:r>
        <w:t>لا هذا ما لا يصير هذا</w:t>
      </w:r>
    </w:p>
    <w:p>
      <w:r>
        <w:t>اه استدلال دوري</w:t>
      </w:r>
    </w:p>
    <w:p>
      <w:r>
        <w:t>النتيجة هي الحد الاوسط والحد الاوسط هي النتيجة والمدعى والحد الاوسط</w:t>
      </w:r>
    </w:p>
    <w:p>
      <w:r>
        <w:t>والحد الاوسط هو المدعى</w:t>
      </w:r>
    </w:p>
    <w:p>
      <w:r>
        <w:t>لا يفيد في البديهيات المحقق التونسي يقول ملاك حجية القضية في متن القضية</w:t>
      </w:r>
    </w:p>
    <w:p>
      <w:r>
        <w:t>نعم</w:t>
      </w:r>
    </w:p>
    <w:p>
      <w:r>
        <w:t>اما ان نتصور الطرفين واما الموضوع يؤدي بنا الى المحمول</w:t>
      </w:r>
    </w:p>
    <w:p>
      <w:r>
        <w:t>نعم</w:t>
      </w:r>
    </w:p>
    <w:p>
      <w:r>
        <w:t>تقول انسان حيوان هنا الحيوان مندك في الانسان</w:t>
      </w:r>
    </w:p>
    <w:p>
      <w:r>
        <w:t>اذا الموضوع ملاك المحمول</w:t>
      </w:r>
    </w:p>
    <w:p>
      <w:r>
        <w:t>انتهى يشير الى هذه النقطة قال وكل قضية تتضمن اجزائها علية الحكم تقول انسان حيوان الحيوان موجود في آآ في الانسان</w:t>
      </w:r>
    </w:p>
    <w:p>
      <w:r>
        <w:t>اذا المحمول الحيوان علته من? الانسان بما يتضمن من اجزاء</w:t>
      </w:r>
    </w:p>
    <w:p>
      <w:r>
        <w:t>فهي اولية لا يتوقف العقل فيه</w:t>
      </w:r>
    </w:p>
    <w:p>
      <w:r>
        <w:t>في الحكم</w:t>
      </w:r>
    </w:p>
    <w:p>
      <w:r>
        <w:t>لا يتعلق فيه هنا الحكم</w:t>
      </w:r>
    </w:p>
    <w:p>
      <w:r>
        <w:t>الا على تصور الاجزاء يعني تصور الموضوع المحمول فانه فانها ربما تكون خفية</w:t>
      </w:r>
    </w:p>
    <w:p>
      <w:r>
        <w:t>في التقسيم العلمي ما بينت هذه المسألة مناسبة ابينها جميلة</w:t>
      </w:r>
    </w:p>
    <w:p>
      <w:r>
        <w:t>العلم المقسم البعيد</w:t>
      </w:r>
    </w:p>
    <w:p>
      <w:r>
        <w:t>ينقسم الى حضور وحصول ملاك القسمة التواجد في متن الوجود حضوري</w:t>
      </w:r>
    </w:p>
    <w:p>
      <w:r>
        <w:t>تواجد في النظم المنطقي عالم المفاهيم الحصول</w:t>
      </w:r>
    </w:p>
    <w:p>
      <w:r>
        <w:t>يعني العبور الى الواقع الخارجي عن طريق واسطة</w:t>
      </w:r>
    </w:p>
    <w:p>
      <w:r>
        <w:t>تنتمي الى المنطقي يعني عالم المفاهيم</w:t>
      </w:r>
    </w:p>
    <w:p>
      <w:r>
        <w:t>في دايرة علم المفاهيم يعني العلم الحصولي نقسمه الى تصور وتصديق</w:t>
      </w:r>
    </w:p>
    <w:p>
      <w:r>
        <w:t>التصور بديهي نظري</w:t>
      </w:r>
    </w:p>
    <w:p>
      <w:r>
        <w:t>التصديق بديهي ونظري</w:t>
      </w:r>
    </w:p>
    <w:p>
      <w:r>
        <w:t>نعم</w:t>
      </w:r>
    </w:p>
    <w:p>
      <w:r>
        <w:t>السي البديهي البديهي قد يكون بديهي النسبة بديهي الاطراف</w:t>
      </w:r>
    </w:p>
    <w:p>
      <w:r>
        <w:t>في التصور</w:t>
      </w:r>
    </w:p>
    <w:p>
      <w:r>
        <w:t>في التصديق كذلك</w:t>
      </w:r>
    </w:p>
    <w:p>
      <w:r>
        <w:t>خلينا من التصور</w:t>
      </w:r>
    </w:p>
    <w:p>
      <w:r>
        <w:t>التصديق</w:t>
      </w:r>
    </w:p>
    <w:p>
      <w:r>
        <w:t>في القضايا</w:t>
      </w:r>
    </w:p>
    <w:p>
      <w:r>
        <w:t>القضايا التصديقية</w:t>
      </w:r>
    </w:p>
    <w:p>
      <w:r>
        <w:t>قد تكون النسبة بديهية الاطراف يعني الموضوع المحمول لا</w:t>
      </w:r>
    </w:p>
    <w:p>
      <w:r>
        <w:t>نظرية</w:t>
      </w:r>
    </w:p>
    <w:p>
      <w:r>
        <w:t>اذا الوقوف ليس في النسبة</w:t>
      </w:r>
    </w:p>
    <w:p>
      <w:r>
        <w:t>الوقوف عند تصور الطرفين</w:t>
      </w:r>
    </w:p>
    <w:p>
      <w:r>
        <w:t>هذا آآ معنى قوله في المتن</w:t>
      </w:r>
    </w:p>
    <w:p>
      <w:r>
        <w:t>لا يتوقف العقل في الحوق على التصور الاجزاء فانها ربما تكون خفية</w:t>
      </w:r>
    </w:p>
    <w:p>
      <w:r>
        <w:t>القضية بديهية</w:t>
      </w:r>
    </w:p>
    <w:p>
      <w:r>
        <w:t>يعني انا اذعن بالنسبة</w:t>
      </w:r>
    </w:p>
    <w:p>
      <w:r>
        <w:t>لماذا لا اذعن? لاني عندي مشكل في تصور الطرفين</w:t>
      </w:r>
    </w:p>
    <w:p>
      <w:r>
        <w:t>بديهية النسبة نظرية الطرف</w:t>
      </w:r>
    </w:p>
    <w:p>
      <w:r>
        <w:t>فان ان كانت العلة خارجة فهي مكتسبة</w:t>
      </w:r>
    </w:p>
    <w:p>
      <w:r>
        <w:t>اذا العلة لا لا تكون في متن القضية</w:t>
      </w:r>
    </w:p>
    <w:p>
      <w:r>
        <w:t>فهي مكتسبة</w:t>
      </w:r>
    </w:p>
    <w:p>
      <w:r>
        <w:t>ولا يحصل اليقين الا بتوسط العلة</w:t>
      </w:r>
    </w:p>
    <w:p>
      <w:r>
        <w:t>برهان العلم</w:t>
      </w:r>
    </w:p>
    <w:p>
      <w:r>
        <w:t>فان الحكم يجب مع علته ويحتمل دونها</w:t>
      </w:r>
    </w:p>
    <w:p>
      <w:r>
        <w:t>يعني اذا ما وصلنا الى العلة يبقى الحكم محتمل</w:t>
      </w:r>
    </w:p>
    <w:p>
      <w:r>
        <w:t>وما لا علة له فلا يقين به</w:t>
      </w:r>
    </w:p>
    <w:p>
      <w:r>
        <w:t>اكتب تحت هذه العبارة وما لا علة له فلا يقين به</w:t>
      </w:r>
    </w:p>
    <w:p>
      <w:r>
        <w:t>هذا يجري فقط في ذوات الاسباب</w:t>
      </w:r>
    </w:p>
    <w:p>
      <w:r>
        <w:t>للقاعدة الذهبية ذوات الاسباب لا تعلم الا باسبابها</w:t>
      </w:r>
    </w:p>
    <w:p>
      <w:r>
        <w:t>ذوات العلل لا تعلم الا بعلتها</w:t>
      </w:r>
    </w:p>
    <w:p>
      <w:r>
        <w:t>هذه قاعدته في الفلسفة</w:t>
      </w:r>
    </w:p>
    <w:p>
      <w:r>
        <w:t>قاعدة ميتافيزيقية</w:t>
      </w:r>
    </w:p>
    <w:p>
      <w:r>
        <w:t>اذا كل من يعادل فلسفة ما عنده حق يتحدث</w:t>
      </w:r>
    </w:p>
    <w:p>
      <w:r>
        <w:t>لان الحديث هو حديث واثباتات وانت لا تؤمن بالعلية والمعنوية ان يأتي هي اصل الفلسفة</w:t>
      </w:r>
    </w:p>
    <w:p>
      <w:r>
        <w:t>لب الفلسفة هي العلل</w:t>
      </w:r>
    </w:p>
    <w:p>
      <w:r>
        <w:t>بحث بحث العلل</w:t>
      </w:r>
    </w:p>
    <w:p>
      <w:r>
        <w:t>العلة الفاعلية والغائية والصورية والمادية</w:t>
      </w:r>
    </w:p>
    <w:p>
      <w:r>
        <w:t>خصوصا الفاعلية والاجمل والاروع هي العلة الغاء هي فان كانت العلة خارجية فهي مكتسبة يعني القضية ولا يحصل اليقين الا بتوسط العلة العلة يعني الحد الاوسط الذي يوصل الى النتيجة اليقين فان الحكم يجب مع علته ويحتمل دون هذه العلة اذا غابت العلة الحكم يختفي</w:t>
      </w:r>
    </w:p>
    <w:p>
      <w:r>
        <w:t>يبقى في بقعة الاحتمال قد يكون وقد لا يكون</w:t>
      </w:r>
    </w:p>
    <w:p>
      <w:r>
        <w:t>نعم</w:t>
      </w:r>
    </w:p>
    <w:p>
      <w:r>
        <w:t>وما لا علة له فلا يقين به اكتب هذه فقط في هذا المجال</w:t>
      </w:r>
    </w:p>
    <w:p>
      <w:r>
        <w:t>ذوات الاسباب</w:t>
      </w:r>
    </w:p>
    <w:p>
      <w:r>
        <w:t>لا تعلم باسبابها</w:t>
      </w:r>
    </w:p>
    <w:p>
      <w:r>
        <w:t>اذا ما تعلن بالاسباب تبقى محتملة لا يقين بها</w:t>
      </w:r>
    </w:p>
    <w:p>
      <w:r>
        <w:t>في موارد اخرى برهان الملازمات</w:t>
      </w:r>
    </w:p>
    <w:p>
      <w:r>
        <w:t>لا ادري هنا يشير اليه في برهان الشفاه اشار اليه آآ ابن سينا وفعله سيد العلامة في الفلسفة</w:t>
      </w:r>
    </w:p>
    <w:p>
      <w:r>
        <w:t>اقول التصديق لابد له من علة</w:t>
      </w:r>
    </w:p>
    <w:p>
      <w:r>
        <w:t>حد اوسط</w:t>
      </w:r>
    </w:p>
    <w:p>
      <w:r>
        <w:t>فان كانت هذه العلة تصور اجزاء آآ اجزاء تصور اجزائها لا غير</w:t>
      </w:r>
    </w:p>
    <w:p>
      <w:r>
        <w:t>اجزاء القضية نعم</w:t>
      </w:r>
    </w:p>
    <w:p>
      <w:r>
        <w:t>التصديق القظوي يكتبونه</w:t>
      </w:r>
    </w:p>
    <w:p>
      <w:r>
        <w:t>التصديق القظوي حتى لا نقع في اشكالية هرموناتيكية</w:t>
      </w:r>
    </w:p>
    <w:p>
      <w:r>
        <w:t>كيف? التصديق لابد له من علم</w:t>
      </w:r>
    </w:p>
    <w:p>
      <w:r>
        <w:t>فان كانت تصور اجزائي لا غير</w:t>
      </w:r>
    </w:p>
    <w:p>
      <w:r>
        <w:t>يعني فان كانت العلة التي تورثنا تصور اجزاء الى غير اجزاءه ماذا? اجزاء القضية التصديقية</w:t>
      </w:r>
    </w:p>
    <w:p>
      <w:r>
        <w:t>المحمول والموظوع اجزاء اجزاء التصديق باعتباره قضية</w:t>
      </w:r>
    </w:p>
    <w:p>
      <w:r>
        <w:t>لان التصديق التصديق هو تعين للقضية</w:t>
      </w:r>
    </w:p>
    <w:p>
      <w:r>
        <w:t>يعني الق المعرفية اذا كانت مطابقة للواقع فهي التصديق</w:t>
      </w:r>
    </w:p>
    <w:p>
      <w:r>
        <w:t>اذا التصديق هو القضية بنحو ما القضية التي هي توصلك للواقع كما هو</w:t>
      </w:r>
    </w:p>
    <w:p>
      <w:r>
        <w:t>هذا هو التصديق</w:t>
      </w:r>
    </w:p>
    <w:p>
      <w:r>
        <w:t>اذا التصديق دائما يكون قضويا</w:t>
      </w:r>
    </w:p>
    <w:p>
      <w:r>
        <w:t>اذا فان كانت العلة صورة اجزاء التصديق القظاوي لا غير فهو التصديق البديهي</w:t>
      </w:r>
    </w:p>
    <w:p>
      <w:r>
        <w:t>كقولنا الكل اعظم من جزئه</w:t>
      </w:r>
    </w:p>
    <w:p>
      <w:r>
        <w:t>سبب البداءة هنا مبنى التناقض الصريح</w:t>
      </w:r>
    </w:p>
    <w:p>
      <w:r>
        <w:t>الصريح نعم</w:t>
      </w:r>
    </w:p>
    <w:p>
      <w:r>
        <w:t>لانك يمكن ان تستدل على هذا آآ هذا المطلب تقول لو لم يكن آآ الكل اعظم من جزء آآ لكان الجزء مثل الكل نعم او يتجاوزو احد تقع في اجتماع وهذا الدليل دليل آآ من باب تحصيل الحاصل</w:t>
      </w:r>
    </w:p>
    <w:p>
      <w:r>
        <w:t>فمعنى الكلام معنى الكلام ان الكل اعظم من جزئي هو آآ مبدأ التناقض في قضية</w:t>
      </w:r>
    </w:p>
    <w:p>
      <w:r>
        <w:t>نعم</w:t>
      </w:r>
    </w:p>
    <w:p>
      <w:r>
        <w:t>ومبدأ التناقض ليس قضية</w:t>
      </w:r>
    </w:p>
    <w:p>
      <w:r>
        <w:t>اذا بنينا على قضوية مبدأ التناقض فالكل اعظم من جزئية يصير من الفطريات</w:t>
      </w:r>
    </w:p>
    <w:p>
      <w:r>
        <w:t>والفطريات هو ما قبلها يعني تقول هكذا لو لم يكن الكل اعظم من الجزء للزم اجتماع النقد</w:t>
      </w:r>
    </w:p>
    <w:p>
      <w:r>
        <w:t>ها لازم اجتماع النقد</w:t>
      </w:r>
    </w:p>
    <w:p>
      <w:r>
        <w:t>حتى هذه هذه الصياغة لزم اجتماع النقيضين</w:t>
      </w:r>
    </w:p>
    <w:p>
      <w:r>
        <w:t>آآ اجتماع النقيض لا تكون تاليا في قياس مطلقا</w:t>
      </w:r>
    </w:p>
    <w:p>
      <w:r>
        <w:t>كيف تحللها آآ تجدها صعبة</w:t>
      </w:r>
    </w:p>
    <w:p>
      <w:r>
        <w:t>اذا الكل اعظم من جزئه يعني انت تشاهد واقعية مركبة شهود يعطيك آآ يعطيك هذه القضية</w:t>
      </w:r>
    </w:p>
    <w:p>
      <w:r>
        <w:t>الكل اعظم من جزء</w:t>
      </w:r>
    </w:p>
    <w:p>
      <w:r>
        <w:t>سلط عليها</w:t>
      </w:r>
    </w:p>
    <w:p>
      <w:r>
        <w:t>يعني تظبطها بتفهمها</w:t>
      </w:r>
    </w:p>
    <w:p>
      <w:r>
        <w:t>اذا اردت ان تشكك يعني انت تعاند مبنى التناقض</w:t>
      </w:r>
    </w:p>
    <w:p>
      <w:r>
        <w:t>نعم</w:t>
      </w:r>
    </w:p>
    <w:p>
      <w:r>
        <w:t>واذا عاندت مبنى التناقض</w:t>
      </w:r>
    </w:p>
    <w:p>
      <w:r>
        <w:t>يعني خربت الهوية</w:t>
      </w:r>
    </w:p>
    <w:p>
      <w:r>
        <w:t>مبدأ الهوية</w:t>
      </w:r>
    </w:p>
    <w:p>
      <w:r>
        <w:t>واذا يعني خربت مقام الوجود</w:t>
      </w:r>
    </w:p>
    <w:p>
      <w:r>
        <w:t>ولهذا يكون الزيف فهذه القضية تكون عندك بديهية</w:t>
      </w:r>
    </w:p>
    <w:p>
      <w:r>
        <w:t>كيف البديهي من اين جاءت? جاءت من هذا الامر</w:t>
      </w:r>
    </w:p>
    <w:p>
      <w:r>
        <w:t>يعني في ترتب معرفي</w:t>
      </w:r>
    </w:p>
    <w:p>
      <w:r>
        <w:t>ليس هكذا فقط</w:t>
      </w:r>
    </w:p>
    <w:p>
      <w:r>
        <w:t>الا انهم لا يبينون هذه المسأل لا يبينون هذه المسألة</w:t>
      </w:r>
    </w:p>
    <w:p>
      <w:r>
        <w:t>تأخذ طفل صغير لم ينضج عقله بعد</w:t>
      </w:r>
    </w:p>
    <w:p>
      <w:r>
        <w:t>تعطيه آآ آآ مكعب صغير</w:t>
      </w:r>
    </w:p>
    <w:p>
      <w:r>
        <w:t>وعلبة صغيرة</w:t>
      </w:r>
    </w:p>
    <w:p>
      <w:r>
        <w:t>علبة اكبر من هذا العلبة الصغيرة</w:t>
      </w:r>
    </w:p>
    <w:p>
      <w:r>
        <w:t>ما نقولو له اه مكعب</w:t>
      </w:r>
    </w:p>
    <w:p>
      <w:r>
        <w:t>علبة صغيرة وعلبة كبيرة</w:t>
      </w:r>
    </w:p>
    <w:p>
      <w:r>
        <w:t>تقول له ادخل العلبة الكبيرة في العلبة الصغيرة</w:t>
      </w:r>
    </w:p>
    <w:p>
      <w:r>
        <w:t>اضحك</w:t>
      </w:r>
    </w:p>
    <w:p>
      <w:r>
        <w:t>يضحك لماذا? لان الشهود الشهود يقول له اذا حاولت فانت في الزيف</w:t>
      </w:r>
    </w:p>
    <w:p>
      <w:r>
        <w:t>هذا الزيف يظحكه</w:t>
      </w:r>
    </w:p>
    <w:p>
      <w:r>
        <w:t>هذا الزيف يضحكه يدركه بالشهود</w:t>
      </w:r>
    </w:p>
    <w:p>
      <w:r>
        <w:t>وال محمد اللهم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