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التصديق لابد له من علة</w:t>
      </w:r>
    </w:p>
    <w:p>
      <w:r>
        <w:t>العلة هنا اعم من العلة</w:t>
      </w:r>
    </w:p>
    <w:p>
      <w:r>
        <w:t>الحقيقية الفلسفية التي تعطي شيئا ما</w:t>
      </w:r>
    </w:p>
    <w:p>
      <w:r>
        <w:t>على فاعلية قابلية الا صورية اللغائية او الميلاد</w:t>
      </w:r>
    </w:p>
    <w:p>
      <w:r>
        <w:t>لابد من علة</w:t>
      </w:r>
    </w:p>
    <w:p>
      <w:r>
        <w:t>اذا الخروج من القضية التصورية الى القضية التصديقية التصديقية نحتاج الى ميلاد</w:t>
      </w:r>
    </w:p>
    <w:p>
      <w:r>
        <w:t>مبدأ السبب الكافي لا يقبل</w:t>
      </w:r>
    </w:p>
    <w:p>
      <w:r>
        <w:t>اذا عندنا قضية تصورية الامام معصوم والله موجود</w:t>
      </w:r>
    </w:p>
    <w:p>
      <w:r>
        <w:t>هذه قضايا تصورية</w:t>
      </w:r>
    </w:p>
    <w:p>
      <w:r>
        <w:t>قبل الحكم والتصديق تبقى في البعد التصوري</w:t>
      </w:r>
    </w:p>
    <w:p>
      <w:r>
        <w:t>اذا انتقلت الى التصديق صرت يصدق بها</w:t>
      </w:r>
    </w:p>
    <w:p>
      <w:r>
        <w:t>يعني تحكي الواقع كما هو</w:t>
      </w:r>
    </w:p>
    <w:p>
      <w:r>
        <w:t>حتما هناك علة</w:t>
      </w:r>
    </w:p>
    <w:p>
      <w:r>
        <w:t>العلة بالمعنى الاهم</w:t>
      </w:r>
    </w:p>
    <w:p>
      <w:r>
        <w:t>هذا هو الاصل</w:t>
      </w:r>
    </w:p>
    <w:p>
      <w:r>
        <w:t>التصديق لابد له من علة</w:t>
      </w:r>
    </w:p>
    <w:p>
      <w:r>
        <w:t>اذا هذا اصل ذهبي</w:t>
      </w:r>
    </w:p>
    <w:p>
      <w:r>
        <w:t>قاعدة ذهبية</w:t>
      </w:r>
    </w:p>
    <w:p>
      <w:r>
        <w:t>فان كان هذه العلة تصور اجزاء التصديق يعني اجزاء القضية يعني الموضوع المحمول</w:t>
      </w:r>
    </w:p>
    <w:p>
      <w:r>
        <w:t>لا غير فهو التصديق البديهي</w:t>
      </w:r>
    </w:p>
    <w:p>
      <w:r>
        <w:t>كقولنا الكل آآ اعظم من جزئه</w:t>
      </w:r>
    </w:p>
    <w:p>
      <w:r>
        <w:t>الكل مبتدأ اعظم خبر</w:t>
      </w:r>
    </w:p>
    <w:p>
      <w:r>
        <w:t>الكل اعظم من جزئه</w:t>
      </w:r>
    </w:p>
    <w:p>
      <w:r>
        <w:t>فان هذا التصديق معلول لتصور جزئيه لغير ماذا? تتزور تتصور الكل</w:t>
      </w:r>
    </w:p>
    <w:p>
      <w:r>
        <w:t>ثم الجزء</w:t>
      </w:r>
    </w:p>
    <w:p>
      <w:r>
        <w:t>نعم</w:t>
      </w:r>
    </w:p>
    <w:p>
      <w:r>
        <w:t>المنطلق هو الشهود انت تشاهد الكل والأجزاء ثم عندك انت الملاك الأعظمية واضحة جدا</w:t>
      </w:r>
    </w:p>
    <w:p>
      <w:r>
        <w:t>لأن إذا نفذت نفيت ان الكل اعظم من الجزء اعظمه هنا بمعنى اوسع</w:t>
      </w:r>
    </w:p>
    <w:p>
      <w:r>
        <w:t>اذا نفيت هنا الاوسعية والشمول فتقع في مبدأ التناقض</w:t>
      </w:r>
    </w:p>
    <w:p>
      <w:r>
        <w:t>جزء وليس بجزء كل وليس بكل</w:t>
      </w:r>
    </w:p>
    <w:p>
      <w:r>
        <w:t>نعم</w:t>
      </w:r>
    </w:p>
    <w:p>
      <w:r>
        <w:t>فهذه اه القضية يكفيك ان تتصور الكل والجوز</w:t>
      </w:r>
    </w:p>
    <w:p>
      <w:r>
        <w:t>لاذعانه بالنسبة فيتحقق التسديق</w:t>
      </w:r>
    </w:p>
    <w:p>
      <w:r>
        <w:t>فهنا التصديق بديه</w:t>
      </w:r>
    </w:p>
    <w:p>
      <w:r>
        <w:t>فان هذا التصديق بهذه القضية</w:t>
      </w:r>
    </w:p>
    <w:p>
      <w:r>
        <w:t>معلول لتصور جزئيه لا غير يعني نتصور الكل ونتصور الجزء</w:t>
      </w:r>
    </w:p>
    <w:p>
      <w:r>
        <w:t>ولا يتوقف العقل فيه الا على التصور مفرديه</w:t>
      </w:r>
    </w:p>
    <w:p>
      <w:r>
        <w:t>مفرديه يعني بها الكل والجوز</w:t>
      </w:r>
    </w:p>
    <w:p>
      <w:r>
        <w:t>وقد يكون خفيا على ما تقدم</w:t>
      </w:r>
    </w:p>
    <w:p>
      <w:r>
        <w:t>يعني النسبة بديهية</w:t>
      </w:r>
    </w:p>
    <w:p>
      <w:r>
        <w:t>المشكل اين? التصور يكون نظريا</w:t>
      </w:r>
    </w:p>
    <w:p>
      <w:r>
        <w:t>فاذا حصل بالكون يعني بينا التصورات حصل الجزم فإذا كنت في تصديق بديهي والطرفان يعني الموضوع المحمول آآ نظريا فأنت جلي فقط المحمول والموضوع فالنسبة تتعين سهلة المسألة ان كانت العلة خارجة</w:t>
      </w:r>
    </w:p>
    <w:p>
      <w:r>
        <w:t>عن تصور المفردة يعني العلة والملاك</w:t>
      </w:r>
    </w:p>
    <w:p>
      <w:r>
        <w:t>خارج عن القضية</w:t>
      </w:r>
    </w:p>
    <w:p>
      <w:r>
        <w:t>نعم حيثية تعليلية برانية خارجية</w:t>
      </w:r>
    </w:p>
    <w:p>
      <w:r>
        <w:t>وان كانت العلة خارجة عن المفردي يعني ليس في متن القضية</w:t>
      </w:r>
    </w:p>
    <w:p>
      <w:r>
        <w:t>كانت القضية كسبية</w:t>
      </w:r>
    </w:p>
    <w:p>
      <w:r>
        <w:t>كسبية يعني نظرية</w:t>
      </w:r>
    </w:p>
    <w:p>
      <w:r>
        <w:t>يفتقر العقل في الجسم بالنسبة بين مفرديه الى وسط هو العلة</w:t>
      </w:r>
    </w:p>
    <w:p>
      <w:r>
        <w:t>حيثية يعني الاوسط</w:t>
      </w:r>
    </w:p>
    <w:p>
      <w:r>
        <w:t>ولا يحصل اليقين الا بتوسط العلة</w:t>
      </w:r>
    </w:p>
    <w:p>
      <w:r>
        <w:t>فان الحكم بدونها</w:t>
      </w:r>
    </w:p>
    <w:p>
      <w:r>
        <w:t>ندري بدون هذه موجودة في متوننا كثيرا</w:t>
      </w:r>
    </w:p>
    <w:p>
      <w:r>
        <w:t>هل في اللغة صحيحة ام لا? الذي اعرفه انا هكذا فان الحكم من دونها ممكن يتردد العقل فيه بين طرفي الثبوت والانتفاء</w:t>
      </w:r>
    </w:p>
    <w:p>
      <w:r>
        <w:t>يعني اذا الحد الاوسط لم يكن في دائرة هذه القضية</w:t>
      </w:r>
    </w:p>
    <w:p>
      <w:r>
        <w:t>فتبقى محتمل محتملة اعني اه النسبة ممكنة بالامكان العام</w:t>
      </w:r>
    </w:p>
    <w:p>
      <w:r>
        <w:t>اه ممكنة بالامكان الاحتمال ليس بالامكان بالامكان الاحتمالي</w:t>
      </w:r>
    </w:p>
    <w:p>
      <w:r>
        <w:t>يعني قد تكون تحكي الواقع وقد لا تكون</w:t>
      </w:r>
    </w:p>
    <w:p>
      <w:r>
        <w:t>ولهذا يقول فان الحكم ما من دونها من دون هذه العلة يعني الحد الأوسط ممكن ممكن نكتب بالإمكان الإحتمالي يتردد العقل يتردد شرح لممكن يتردد العقل فيه في هذا الحكم بين طرف الثبوت والإنتفاء قد يكن التصديق قد لا يكون</w:t>
      </w:r>
    </w:p>
    <w:p>
      <w:r>
        <w:t>اما اذا حصل الوسط جاء الدليل</w:t>
      </w:r>
    </w:p>
    <w:p>
      <w:r>
        <w:t>جاءت العلة وان كانت خارجية</w:t>
      </w:r>
    </w:p>
    <w:p>
      <w:r>
        <w:t>فانه يحصل اليقين</w:t>
      </w:r>
    </w:p>
    <w:p>
      <w:r>
        <w:t>يعني كان الاحتمال ينتفي يصير اليقين</w:t>
      </w:r>
    </w:p>
    <w:p>
      <w:r>
        <w:t>لان معلولة قاعدة عقلية</w:t>
      </w:r>
    </w:p>
    <w:p>
      <w:r>
        <w:t>المعلولة يعني النتيجة</w:t>
      </w:r>
    </w:p>
    <w:p>
      <w:r>
        <w:t>واجب مع العلة</w:t>
      </w:r>
    </w:p>
    <w:p>
      <w:r>
        <w:t>اذا كان الحد الاوسط فالنتيجة تكون ظرورية</w:t>
      </w:r>
    </w:p>
    <w:p>
      <w:r>
        <w:t>وما لا علة له فلا يقين به</w:t>
      </w:r>
    </w:p>
    <w:p>
      <w:r>
        <w:t>عكس النقيض الموافق</w:t>
      </w:r>
    </w:p>
    <w:p>
      <w:r>
        <w:t>المعلول يقيني مع العلة لا علة لا يقين</w:t>
      </w:r>
    </w:p>
    <w:p>
      <w:r>
        <w:t>وما لا علة له فلا يقين به لا يقين بي اذا اليقين تابع للعلة</w:t>
      </w:r>
    </w:p>
    <w:p>
      <w:r>
        <w:t>هذا وما لا علة له فلا يقين به عكس النقيض الموافق للاصل</w:t>
      </w:r>
    </w:p>
    <w:p>
      <w:r>
        <w:t>الاصل ما هو? ان المعلول واجب يعني المعلول يقيني مع العلة لا علة لا يقين</w:t>
      </w:r>
    </w:p>
    <w:p>
      <w:r>
        <w:t>نعم طبق المنطقية حتى على النصوص المنطقية</w:t>
      </w:r>
    </w:p>
    <w:p>
      <w:r>
        <w:t>انتهى الامر</w:t>
      </w:r>
    </w:p>
    <w:p>
      <w:r>
        <w:t>العلم الحاصل بالتجربة يقيني</w:t>
      </w:r>
    </w:p>
    <w:p>
      <w:r>
        <w:t>هنا المحقق التونسي على يقين من نفسي ان التجربة في يعني الاستقرارا استقراء المعلل ليس الاستقراء الساذج</w:t>
      </w:r>
    </w:p>
    <w:p>
      <w:r>
        <w:t>قال وللمجربات علل خفية يدل على وجودها كونها كونها فاعل يدل يدل على وجودها على وجود هذه العلل الخفية كونها غير اتفاقية غير اتفاقية اكتب تحتها للقاعدة العقلية آآ تناغم الطبائع مع نظام والثبات</w:t>
      </w:r>
    </w:p>
    <w:p>
      <w:r>
        <w:t>ثبات هذه الطبائع</w:t>
      </w:r>
    </w:p>
    <w:p>
      <w:r>
        <w:t>نعم</w:t>
      </w:r>
    </w:p>
    <w:p>
      <w:r>
        <w:t>فاينما تكون هذه الطبيعة في ظرفها الخاص تولد الاثار الخاصة</w:t>
      </w:r>
    </w:p>
    <w:p>
      <w:r>
        <w:t>مطلقا</w:t>
      </w:r>
    </w:p>
    <w:p>
      <w:r>
        <w:t>هذا هو ملاك اليقين</w:t>
      </w:r>
    </w:p>
    <w:p>
      <w:r>
        <w:t>ليس الاستقراء الجزئيات الساذج</w:t>
      </w:r>
    </w:p>
    <w:p>
      <w:r>
        <w:t>نعم بهذه القاعدة</w:t>
      </w:r>
    </w:p>
    <w:p>
      <w:r>
        <w:t>يدل على وجودها على وجود هذه العلل الخفية كونها كون التجربة</w:t>
      </w:r>
    </w:p>
    <w:p>
      <w:r>
        <w:t>او كون كون المجربات غير اتفاقية</w:t>
      </w:r>
    </w:p>
    <w:p>
      <w:r>
        <w:t>يعني طبيعة واحدة في ظروف واحدة تولد الاثار الواحدة</w:t>
      </w:r>
    </w:p>
    <w:p>
      <w:r>
        <w:t>فهي يقينية</w:t>
      </w:r>
    </w:p>
    <w:p>
      <w:r>
        <w:t>وان كانت يقينية مطلقا يقول لا</w:t>
      </w:r>
    </w:p>
    <w:p>
      <w:r>
        <w:t>وان كانت مقيدة بشروط بشرائط توجد عنده</w:t>
      </w:r>
    </w:p>
    <w:p>
      <w:r>
        <w:t>مناخ مناخ عندك الماء يتبخر به بالحرارة</w:t>
      </w:r>
    </w:p>
    <w:p>
      <w:r>
        <w:t>عند مائة درجة</w:t>
      </w:r>
    </w:p>
    <w:p>
      <w:r>
        <w:t>اخذت هذا الماء على المريخ</w:t>
      </w:r>
    </w:p>
    <w:p>
      <w:r>
        <w:t>هذه الظروف الخاصة الشروط الموضوعية غير متوفرة</w:t>
      </w:r>
    </w:p>
    <w:p>
      <w:r>
        <w:t>الماء لا يتب لماذا? لأن الشروط غير متوفرة اذا توفرت في المريخ الشروط الموضوعية نفسها حتما الماء يتبخر لماذا? لان الطبيعة ثابتة وتناغم قوانين الوجود</w:t>
      </w:r>
    </w:p>
    <w:p>
      <w:r>
        <w:t>نعم</w:t>
      </w:r>
    </w:p>
    <w:p>
      <w:r>
        <w:t>التي هي مجلى العناية الالهية</w:t>
      </w:r>
    </w:p>
    <w:p>
      <w:r>
        <w:t>اقول لما ذكر ان ما لا علي معلومة له فلا يقين به استشعر ان يقول ان المجربات يقينية ولا علل لها</w:t>
      </w:r>
    </w:p>
    <w:p>
      <w:r>
        <w:t>كيف المجربة يعني هذا هذه الفقرة قال وللمجربات بقراءة العلامة الحلي بقول بربري حوزاوي دفع الدخل المقدر</w:t>
      </w:r>
    </w:p>
    <w:p>
      <w:r>
        <w:t>لغة بربرية يفهمها الى الحوزاوي</w:t>
      </w:r>
    </w:p>
    <w:p>
      <w:r>
        <w:t>دافعوا المقدر</w:t>
      </w:r>
    </w:p>
    <w:p>
      <w:r>
        <w:t>يعني رد اشكال</w:t>
      </w:r>
    </w:p>
    <w:p>
      <w:r>
        <w:t>مفترض</w:t>
      </w:r>
    </w:p>
    <w:p>
      <w:r>
        <w:t>نعم</w:t>
      </w:r>
    </w:p>
    <w:p>
      <w:r>
        <w:t>ما هو المجربات عللها ليست معلومة وبالتالي لا يقينا في المجربات يريد يدفع هذا الاحتمال</w:t>
      </w:r>
    </w:p>
    <w:p>
      <w:r>
        <w:t>اقول لما ذكر الماتن ان ما لا علة معلومة له فلا يقين به استشعر ان يقال المستشكل ان المجربات يقينية ولا آآ ان المجربات يقينية يقينية خبر ان ليس وصفا للمجربات</w:t>
      </w:r>
    </w:p>
    <w:p>
      <w:r>
        <w:t>ان المجربات يقينية ولا علل لها</w:t>
      </w:r>
    </w:p>
    <w:p>
      <w:r>
        <w:t>فكيف يصح فا فا نتيجة? فكيف التفريع? فكيف يصح الحكم بانتفاء اليقين? عند انتفاء العلة</w:t>
      </w:r>
    </w:p>
    <w:p>
      <w:r>
        <w:t>نعم</w:t>
      </w:r>
    </w:p>
    <w:p>
      <w:r>
        <w:t>فذكر ما هذا الخيال يعني هذا التوهم وهو ان للمجربات اه ان للمجربات اه ان يا بدار هنا اما خط مطبعي واما خطأ في الشيخ بيدار رحمة الله عليه</w:t>
      </w:r>
    </w:p>
    <w:p>
      <w:r>
        <w:t>ان ان ناصبه</w:t>
      </w:r>
    </w:p>
    <w:p>
      <w:r>
        <w:t>وهو ان للمجربات عللا خفية</w:t>
      </w:r>
    </w:p>
    <w:p>
      <w:r>
        <w:t>صحح العبارة</w:t>
      </w:r>
    </w:p>
    <w:p>
      <w:r>
        <w:t>اذا عندك هذا الكتاب ان للمجربات علنا خفية</w:t>
      </w:r>
    </w:p>
    <w:p>
      <w:r>
        <w:t>عللا اسم ان متأخر</w:t>
      </w:r>
    </w:p>
    <w:p>
      <w:r>
        <w:t>للمجربات متعلق اه اه بكائن وادخل كائنا وان عللا خفية كائنة للمجربات</w:t>
      </w:r>
    </w:p>
    <w:p>
      <w:r>
        <w:t>فيه علل خفية</w:t>
      </w:r>
    </w:p>
    <w:p>
      <w:r>
        <w:t>كيف نكتشفها بالاستقراء مع هذه القاعدة العقلية? الطبيعة لتناغمها مع القوانين</w:t>
      </w:r>
    </w:p>
    <w:p>
      <w:r>
        <w:t>نعم</w:t>
      </w:r>
    </w:p>
    <w:p>
      <w:r>
        <w:t>والدليل عليه انها غير اتفاقية</w:t>
      </w:r>
    </w:p>
    <w:p>
      <w:r>
        <w:t>اشارة الى القانون الكلي السرمدي</w:t>
      </w:r>
    </w:p>
    <w:p>
      <w:r>
        <w:t>وان لم تكن دائمية دائمة ولا اكثرية للعلم القطعي بأن الاتفاق لا يدوم يكثر وجوده</w:t>
      </w:r>
    </w:p>
    <w:p>
      <w:r>
        <w:t>اذا هذي الكثرة في بروز اثر طبيعة في الشروط الموضوعية الواحدة يدل على ماذا? ان هذه الاثار ذاتية لتلك الطبيعة</w:t>
      </w:r>
    </w:p>
    <w:p>
      <w:r>
        <w:t>فيفيد اليقين</w:t>
      </w:r>
    </w:p>
    <w:p>
      <w:r>
        <w:t>نعم</w:t>
      </w:r>
    </w:p>
    <w:p>
      <w:r>
        <w:t>واذا لم تكن اتفاقية كانت مستندة الى علل هي الطبيعة</w:t>
      </w:r>
    </w:p>
    <w:p>
      <w:r>
        <w:t>مع الشروط الموضوعية يجب توافرها</w:t>
      </w:r>
    </w:p>
    <w:p>
      <w:r>
        <w:t>واذا استندت الى علة كانت يقينية</w:t>
      </w:r>
    </w:p>
    <w:p>
      <w:r>
        <w:t>اذا عرفت هذا فنقول ان الامور التجريبية قد تقترن باحوال وازمنة وامكنة هذه الأحوال والأزمنة والأمكنة انا سميتها الشروط الموضوعية المناخ المناخ المتواجد في الطبيعة التي تتعين بتعين ما يأتي التجربة ويدرس هذا التعين مع هذه الموضوعية يصل الى القانون وهذا القانون يقيني</w:t>
      </w:r>
    </w:p>
    <w:p>
      <w:r>
        <w:t>ليس بنحو مطلق طبيعة في تلك الشروط</w:t>
      </w:r>
    </w:p>
    <w:p>
      <w:r>
        <w:t>اذا الطبيعة في تلك الشروط الاثار تكون آآ دائمية</w:t>
      </w:r>
    </w:p>
    <w:p>
      <w:r>
        <w:t>وآآ يقينية من الطبيعة التي تخضع لقانون سرمدي في شروط خاصة</w:t>
      </w:r>
    </w:p>
    <w:p>
      <w:r>
        <w:t>حيث كانت بهذه المواصفات تكون الاثار ستكون يقينية</w:t>
      </w:r>
    </w:p>
    <w:p>
      <w:r>
        <w:t>اذا عرفت هذا فنقول ان الامور التجريبية قد تقترن باحوال ازمنة وامكنة اكتب الشروط الموضوعية</w:t>
      </w:r>
    </w:p>
    <w:p>
      <w:r>
        <w:t>الشروط الموضوعية المناخ المناسب</w:t>
      </w:r>
    </w:p>
    <w:p>
      <w:r>
        <w:t>سميها كما تشاء</w:t>
      </w:r>
    </w:p>
    <w:p>
      <w:r>
        <w:t>والفلاح الذي لم يدرس فلسفة ولا علم الكلام ولا شيء</w:t>
      </w:r>
    </w:p>
    <w:p>
      <w:r>
        <w:t>يعرف هذا الامر يأتي بفسيلة يضعها في التربة بعد مدة هذه الفسيلة لا تتأخر تذبل</w:t>
      </w:r>
    </w:p>
    <w:p>
      <w:r>
        <w:t>يصفر لونها يعني فسدت</w:t>
      </w:r>
    </w:p>
    <w:p>
      <w:r>
        <w:t>فيحفر فيجد ان هناك موانع حشرات موانع او لم يسقيها او الماء الذي سقاها به فاسد عوامل يعني الشروط الموضوعية لم تتوفر</w:t>
      </w:r>
    </w:p>
    <w:p>
      <w:r>
        <w:t>المناخ الملائم لم يتوفر</w:t>
      </w:r>
    </w:p>
    <w:p>
      <w:r>
        <w:t>فيضع فسيلة اخرى يرتب لها المناخ المناسب تصير نخلته تثمر التمر</w:t>
      </w:r>
    </w:p>
    <w:p>
      <w:r>
        <w:t>لولا هذا اليقين لا يزرع الفسيلة ابدا</w:t>
      </w:r>
    </w:p>
    <w:p>
      <w:r>
        <w:t>نعم</w:t>
      </w:r>
    </w:p>
    <w:p>
      <w:r>
        <w:t>واذا عرفت هذا فنقول ان الامور التجريبية قد تقترن باحوال وازمنة وامكنة</w:t>
      </w:r>
    </w:p>
    <w:p>
      <w:r>
        <w:t>هذه الشروط الموضوعية المناخ الملائم تؤثر في في الحكم وجودا وعدما</w:t>
      </w:r>
    </w:p>
    <w:p>
      <w:r>
        <w:t>تؤثر في الحكم الحكم على هذه الظاهرة يعني تؤتي الاثار وجودا وعدما</w:t>
      </w:r>
    </w:p>
    <w:p>
      <w:r>
        <w:t>اذا توفرت هذه الشروط الموضوعية و تحقق المناخ تأتي الاثار</w:t>
      </w:r>
    </w:p>
    <w:p>
      <w:r>
        <w:t>اختفى المناخ والشروط الموعظية آآ يختفي الحكم</w:t>
      </w:r>
    </w:p>
    <w:p>
      <w:r>
        <w:t>يعني الاثار لا تكون</w:t>
      </w:r>
    </w:p>
    <w:p>
      <w:r>
        <w:t>وقد لا تكون كذلك نعم</w:t>
      </w:r>
    </w:p>
    <w:p>
      <w:r>
        <w:t>يعني لا تثمر</w:t>
      </w:r>
    </w:p>
    <w:p>
      <w:r>
        <w:t>ففي القسم الاول انما يحصل اليقين اذا قيد الحكم بتلك الشرائط والاحوال</w:t>
      </w:r>
    </w:p>
    <w:p>
      <w:r>
        <w:t>ذلك المناخ وهذه هي التجربة</w:t>
      </w:r>
    </w:p>
    <w:p>
      <w:r>
        <w:t>سألني الطلاب لماذا الفلسفة لا تتطور كثيرا? والعلوم التجريبية في تطور</w:t>
      </w:r>
    </w:p>
    <w:p>
      <w:r>
        <w:t>علوم التجريبية ليست في تطور تراكمي</w:t>
      </w:r>
    </w:p>
    <w:p>
      <w:r>
        <w:t>في تطور نفي</w:t>
      </w:r>
    </w:p>
    <w:p>
      <w:r>
        <w:t>نفي حقيقة نفي</w:t>
      </w:r>
    </w:p>
    <w:p>
      <w:r>
        <w:t>اينشتاين</w:t>
      </w:r>
    </w:p>
    <w:p>
      <w:r>
        <w:t>لما قال ان فيزياء نيوتن خاصة في الذرات لا تجري في الذرات باطلة حقيقة في الكواكب صحيحة يعني في الامور الغليظة في عالم الذرة الدقيقة قوانين نيوتن لا تجري يعني لا تجري يعني هناك اجراؤها باطنه اذا تراكم تطور العلمي لا يدل على تفوقه على الفلسفة</w:t>
      </w:r>
    </w:p>
    <w:p>
      <w:r>
        <w:t>الفلسفة تدرس القوانين السرمدية</w:t>
      </w:r>
    </w:p>
    <w:p>
      <w:r>
        <w:t>والقوانين السرمدية معنى ان تخضع للممكنات والزمنيات والشروط المخلوقة ابدا</w:t>
      </w:r>
    </w:p>
    <w:p>
      <w:r>
        <w:t>العلية والمعلولية تقول يأتي زمان هذه العلاية والمعلولية تتغير ابدا ما تتغير</w:t>
      </w:r>
    </w:p>
    <w:p>
      <w:r>
        <w:t>ممكن سهمونا للعلية تغير</w:t>
      </w:r>
    </w:p>
    <w:p>
      <w:r>
        <w:t>اما العلية كأصل لا يمكن ان يتغير</w:t>
      </w:r>
    </w:p>
    <w:p>
      <w:r>
        <w:t>نعم</w:t>
      </w:r>
    </w:p>
    <w:p>
      <w:r>
        <w:t>اذا الذي يشكل علينا بهذا الاشكال لا يعرف لا العلم</w:t>
      </w:r>
    </w:p>
    <w:p>
      <w:r>
        <w:t>ولا يعرف الفلسفة</w:t>
      </w:r>
    </w:p>
    <w:p>
      <w:r>
        <w:t>نعم ففي القسم الاول انما يحصل اليقين اذا قيد الحكم بتلك الشرائط الاحوال</w:t>
      </w:r>
    </w:p>
    <w:p>
      <w:r>
        <w:t>يعني المناخ شروط الموضوعية</w:t>
      </w:r>
    </w:p>
    <w:p>
      <w:r>
        <w:t>الماء يتبخر بالحراء بالحرارة عند مئة درجة</w:t>
      </w:r>
    </w:p>
    <w:p>
      <w:r>
        <w:t>كلما تحققت الشروط الموضوعية والمناخ يتبخر يقينا هذا هو الحكم يتبخر الماء يتبخر يعني حكم حكم تصديق وذلك مثل حكمنا بان كل مولود يولد فهو اسود</w:t>
      </w:r>
    </w:p>
    <w:p>
      <w:r>
        <w:t>نعم</w:t>
      </w:r>
    </w:p>
    <w:p>
      <w:r>
        <w:t>هنا ما هي الشروط الموضوعية? امه سمراء</w:t>
      </w:r>
    </w:p>
    <w:p>
      <w:r>
        <w:t>والده اسمر</w:t>
      </w:r>
    </w:p>
    <w:p>
      <w:r>
        <w:t>هذه شروط اساس اذا خرج اشقر فاعلم ان في جينات الاب والام فيه</w:t>
      </w:r>
    </w:p>
    <w:p>
      <w:r>
        <w:t>عنصر البياض</w:t>
      </w:r>
    </w:p>
    <w:p>
      <w:r>
        <w:t>جدها الاعلى</w:t>
      </w:r>
    </w:p>
    <w:p>
      <w:r>
        <w:t>جدتها الاعلى جاءت من اوروبا</w:t>
      </w:r>
    </w:p>
    <w:p>
      <w:r>
        <w:t>جاءت تركيا جاءت من شمال افريقيا وتزوجت هناك بقي هذا هذه الجينات تحمل هذا العنصر الابيض</w:t>
      </w:r>
    </w:p>
    <w:p>
      <w:r>
        <w:t>هذا هو القانون وهذا هو القانون</w:t>
      </w:r>
    </w:p>
    <w:p>
      <w:r>
        <w:t>اذا الشروط السمراء سجين يحمل اللون الأبيض ليست تامة</w:t>
      </w:r>
    </w:p>
    <w:p>
      <w:r>
        <w:t>اذا لم تتم الشروط اذا المولود ليس بالضرورة ان يكون اسمار</w:t>
      </w:r>
    </w:p>
    <w:p>
      <w:r>
        <w:t>واضح المثال? نعم</w:t>
      </w:r>
    </w:p>
    <w:p>
      <w:r>
        <w:t>كل مولود يولد في الزنج</w:t>
      </w:r>
    </w:p>
    <w:p>
      <w:r>
        <w:t>الزنج يعني افريقيا</w:t>
      </w:r>
    </w:p>
    <w:p>
      <w:r>
        <w:t>فواس فانه يقترن بهذا المكان</w:t>
      </w:r>
    </w:p>
    <w:p>
      <w:r>
        <w:t>ليس فقط المكان في افريقيا</w:t>
      </w:r>
    </w:p>
    <w:p>
      <w:r>
        <w:t>المكان الجنات وو فلا يصح الحكم بان كل مولود اسود</w:t>
      </w:r>
    </w:p>
    <w:p>
      <w:r>
        <w:t>فاذا الحكم المجرب اذا كان مقيدا بشرائط وجد عندها ولا يوجد بدونها</w:t>
      </w:r>
    </w:p>
    <w:p>
      <w:r>
        <w:t>كما بينت لك</w:t>
      </w:r>
    </w:p>
    <w:p>
      <w:r>
        <w:t>نعم</w:t>
      </w:r>
    </w:p>
    <w:p>
      <w:r>
        <w:t>كنت ادرس في في قوم جامعة الامام خميني رحمة الله عليه الفلسفة</w:t>
      </w:r>
    </w:p>
    <w:p>
      <w:r>
        <w:t>طلاب اجانب فيهم افريقي</w:t>
      </w:r>
    </w:p>
    <w:p>
      <w:r>
        <w:t>كنت ادرس آآ قانون الصنفية بين العلية والمعلول</w:t>
      </w:r>
    </w:p>
    <w:p>
      <w:r>
        <w:t>بين العلة والمعلول الصنخية المعلول لا يتعين</w:t>
      </w:r>
    </w:p>
    <w:p>
      <w:r>
        <w:t>الماء يرفع العطش</w:t>
      </w:r>
    </w:p>
    <w:p>
      <w:r>
        <w:t>اذا شربنا الماء العطش يرفع</w:t>
      </w:r>
    </w:p>
    <w:p>
      <w:r>
        <w:t>في سلخية بين الماء ورفع العطش</w:t>
      </w:r>
    </w:p>
    <w:p>
      <w:r>
        <w:t>بدون هذه السنخية السنخية يعني المناسبة التامة</w:t>
      </w:r>
    </w:p>
    <w:p>
      <w:r>
        <w:t>بدون هذه السنخية اللي ما لا يمكن ان آآ يرفع العطش</w:t>
      </w:r>
    </w:p>
    <w:p>
      <w:r>
        <w:t>اذا لماذا رفع العطش? صدر من الماء لخصوصية في الماء</w:t>
      </w:r>
    </w:p>
    <w:p>
      <w:r>
        <w:t>هذه الخصوصية في الماء</w:t>
      </w:r>
    </w:p>
    <w:p>
      <w:r>
        <w:t>التي تولد آآ رفع العطش تسمى السلخية في السفير</w:t>
      </w:r>
    </w:p>
    <w:p>
      <w:r>
        <w:t>نعم</w:t>
      </w:r>
    </w:p>
    <w:p>
      <w:r>
        <w:t>اذا لا يمكن ان تنتظر منا النار ترفع العطش</w:t>
      </w:r>
    </w:p>
    <w:p>
      <w:r>
        <w:t>لا يمكن</w:t>
      </w:r>
    </w:p>
    <w:p>
      <w:r>
        <w:t>ولا تنتظر من النار انها لا لا تحرق</w:t>
      </w:r>
    </w:p>
    <w:p>
      <w:r>
        <w:t>حتى في معجزة ابراهيم</w:t>
      </w:r>
    </w:p>
    <w:p>
      <w:r>
        <w:t>تحرق</w:t>
      </w:r>
    </w:p>
    <w:p>
      <w:r>
        <w:t>معجزة ابراهيم قوة وقعت في مقابلها كما قلت لكم انا اذا رميت هذا القلم الى السماء يعني القوة الجاذبية تبطل لا</w:t>
      </w:r>
    </w:p>
    <w:p>
      <w:r>
        <w:t>قوى الجاذبية على حالها</w:t>
      </w:r>
    </w:p>
    <w:p>
      <w:r>
        <w:t>قوة في مقابل الجاذبية خلتها غير فاعلة في هذا المصد لان القوة الاخرى قوية</w:t>
      </w:r>
    </w:p>
    <w:p>
      <w:r>
        <w:t>القوة الغيبية هناك</w:t>
      </w:r>
    </w:p>
    <w:p>
      <w:r>
        <w:t>اما النار قانونها يبقى</w:t>
      </w:r>
    </w:p>
    <w:p>
      <w:r>
        <w:t>مغلوبة بقوة</w:t>
      </w:r>
    </w:p>
    <w:p>
      <w:r>
        <w:t>فرق بين ان تقول النار تحرق مغلوبة بقوة</w:t>
      </w:r>
    </w:p>
    <w:p>
      <w:r>
        <w:t>النار تخلت عن الاحتراق</w:t>
      </w:r>
    </w:p>
    <w:p>
      <w:r>
        <w:t>خلاف العقل خلاف العقل شريحة كبيرة من المتدينين يتحركون خلاف العقل</w:t>
      </w:r>
    </w:p>
    <w:p>
      <w:r>
        <w:t>نعم مخدرين بالنصوص</w:t>
      </w:r>
    </w:p>
    <w:p>
      <w:r>
        <w:t>ولهذا لا يتقدمون</w:t>
      </w:r>
    </w:p>
    <w:p>
      <w:r>
        <w:t>لهذا لا يتقدمون</w:t>
      </w:r>
    </w:p>
    <w:p>
      <w:r>
        <w:t>ولهذا العلمانيون يضحكون يستهزؤون بهم نعم مع الاسف الشديد</w:t>
      </w:r>
    </w:p>
    <w:p>
      <w:r>
        <w:t>فهم الدين السهم الفهم العقلاني مهم جدا مهم جدا</w:t>
      </w:r>
    </w:p>
    <w:p>
      <w:r>
        <w:t>نعم</w:t>
      </w:r>
    </w:p>
    <w:p>
      <w:r>
        <w:t>وانا ابين قانون الصنقية من مصادقه ان الانسان ينتج الانسان</w:t>
      </w:r>
    </w:p>
    <w:p>
      <w:r>
        <w:t>لا يمكن ان ينتج خشبة</w:t>
      </w:r>
    </w:p>
    <w:p>
      <w:r>
        <w:t>انسان يعني المرأة الشريفة يخرج من بطنها الشريف خشبة</w:t>
      </w:r>
    </w:p>
    <w:p>
      <w:r>
        <w:t>او يخرج حمار</w:t>
      </w:r>
    </w:p>
    <w:p>
      <w:r>
        <w:t>فهذا الطالب الافريقي يفاجئني</w:t>
      </w:r>
    </w:p>
    <w:p>
      <w:r>
        <w:t>يقول لي شيخنا ماذا في افريقيا عندنا امرأة ولدت حية</w:t>
      </w:r>
    </w:p>
    <w:p>
      <w:r>
        <w:t>وبدأ في تفاصيل القصة ان هذه الحية راحت الى الادغال تعرف افريقيا مملوءة مملوءة بالأدغال</w:t>
      </w:r>
    </w:p>
    <w:p>
      <w:r>
        <w:t>وكل ثلث سنوات تزور امها الانسية</w:t>
      </w:r>
    </w:p>
    <w:p>
      <w:r>
        <w:t>وتأكل البيض امها تطبخ لها البيض امها الانسية انسان</w:t>
      </w:r>
    </w:p>
    <w:p>
      <w:r>
        <w:t>تطبخ لها البيض وتحن عليها وتزورها وتحبها</w:t>
      </w:r>
    </w:p>
    <w:p>
      <w:r>
        <w:t>وتروح بعد الى الادغال مرة ثانية</w:t>
      </w:r>
    </w:p>
    <w:p>
      <w:r>
        <w:t>آآ قلت له انا عقلي متوقف خلاص</w:t>
      </w:r>
    </w:p>
    <w:p>
      <w:r>
        <w:t>وانا عقلي توقف</w:t>
      </w:r>
    </w:p>
    <w:p>
      <w:r>
        <w:t>نعم</w:t>
      </w:r>
    </w:p>
    <w:p>
      <w:r>
        <w:t>لأن العقل يتوقف</w:t>
      </w:r>
    </w:p>
    <w:p>
      <w:r>
        <w:t>القانون الصنخية يبطل يعني لا عاقل</w:t>
      </w:r>
    </w:p>
    <w:p>
      <w:r>
        <w:t>خرجنا الى عالم ماذا? عالم العاقل</w:t>
      </w:r>
    </w:p>
    <w:p>
      <w:r>
        <w:t>نعم</w:t>
      </w:r>
    </w:p>
    <w:p>
      <w:r>
        <w:t>العلم الحاصل بالحواس مبادئ التصورات الكلية</w:t>
      </w:r>
    </w:p>
    <w:p>
      <w:r>
        <w:t>هذا المبنى الاصلي</w:t>
      </w:r>
    </w:p>
    <w:p>
      <w:r>
        <w:t>الذي لا نقبله المبنى الاصلي تبنته الفلسفة المسيحية وتبنته الحداثة وتبنته الفلسفة الايس لمياء</w:t>
      </w:r>
    </w:p>
    <w:p>
      <w:r>
        <w:t>قال والحواس لا تفيد رأيا كليا</w:t>
      </w:r>
    </w:p>
    <w:p>
      <w:r>
        <w:t>مض صحيح هذه صحيحة</w:t>
      </w:r>
    </w:p>
    <w:p>
      <w:r>
        <w:t>ارضية لبروز المعنى الكلي? نعم</w:t>
      </w:r>
    </w:p>
    <w:p>
      <w:r>
        <w:t>وهي مبادئ مبادئ يعني ارضية مناخ</w:t>
      </w:r>
    </w:p>
    <w:p>
      <w:r>
        <w:t>مبادئ وهي مبادئ اقتناص التصورات كليا تصورات الكلية اقتناص يعني تستل من الجزئيات المعنى الكلي</w:t>
      </w:r>
    </w:p>
    <w:p>
      <w:r>
        <w:t>كيف يتم الاستدلال فيه آآ فيه نشاط فكري عميق</w:t>
      </w:r>
    </w:p>
    <w:p>
      <w:r>
        <w:t>صدقوني يحتاج الى مجلد كامل لبيان هذه العملية</w:t>
      </w:r>
    </w:p>
    <w:p>
      <w:r>
        <w:t>نعم</w:t>
      </w:r>
    </w:p>
    <w:p>
      <w:r>
        <w:t>وهي يعني الحواس مبادئ اقتناص التصورات الكلية</w:t>
      </w:r>
    </w:p>
    <w:p>
      <w:r>
        <w:t>التصورات الكلية يعني طبائع الكلية</w:t>
      </w:r>
    </w:p>
    <w:p>
      <w:r>
        <w:t>نعم</w:t>
      </w:r>
    </w:p>
    <w:p>
      <w:r>
        <w:t>الإنسان الماء هادي طبائع كلية</w:t>
      </w:r>
    </w:p>
    <w:p>
      <w:r>
        <w:t>هذا الماء الخارجي هذا محسوس جزئي</w:t>
      </w:r>
    </w:p>
    <w:p>
      <w:r>
        <w:t>والتصديقات الأولية</w:t>
      </w:r>
    </w:p>
    <w:p>
      <w:r>
        <w:t>اذا هذا مبنى معرفي</w:t>
      </w:r>
    </w:p>
    <w:p>
      <w:r>
        <w:t>ما عنده علاقة بالمنطق</w:t>
      </w:r>
    </w:p>
    <w:p>
      <w:r>
        <w:t>لأن البرهان البرهان كآلة وقاعدة يدرس المنطقي</w:t>
      </w:r>
    </w:p>
    <w:p>
      <w:r>
        <w:t>اما ملء هذه القاعدة بالمعطيات هذا بحث معرفي</w:t>
      </w:r>
    </w:p>
    <w:p>
      <w:r>
        <w:t>في العلوم</w:t>
      </w:r>
    </w:p>
    <w:p>
      <w:r>
        <w:t>ثم تدرس آآ حجية حجية العقل هاذيشي نظرية المعرفة</w:t>
      </w:r>
    </w:p>
    <w:p>
      <w:r>
        <w:t>هذه العلوم لم تكن فكك في ذلك الزمان موجودة في المتون مبثوثة</w:t>
      </w:r>
    </w:p>
    <w:p>
      <w:r>
        <w:t>نعم</w:t>
      </w:r>
    </w:p>
    <w:p>
      <w:r>
        <w:t>هل المعطيات الحسية عندها علاقة بالمنطق? لا</w:t>
      </w:r>
    </w:p>
    <w:p>
      <w:r>
        <w:t>المنطق اعطيك القاعدة الصورية</w:t>
      </w:r>
    </w:p>
    <w:p>
      <w:r>
        <w:t>خالية عن كل بعد معرفي</w:t>
      </w:r>
    </w:p>
    <w:p>
      <w:r>
        <w:t>اذا هذا بحث فلسفي بحث في علم النفس العقلي وبحث في نظرية معرفة</w:t>
      </w:r>
    </w:p>
    <w:p>
      <w:r>
        <w:t>نعم</w:t>
      </w:r>
    </w:p>
    <w:p>
      <w:r>
        <w:t>وبحث كذلك في العلم الجديد</w:t>
      </w:r>
    </w:p>
    <w:p>
      <w:r>
        <w:t>آآ العلوم الادراكية</w:t>
      </w:r>
    </w:p>
    <w:p>
      <w:r>
        <w:t>آآ اذا هنا اشار الى مطلبين اساسيين</w:t>
      </w:r>
    </w:p>
    <w:p>
      <w:r>
        <w:t>الحواس لا تفيد رأي كليا</w:t>
      </w:r>
    </w:p>
    <w:p>
      <w:r>
        <w:t>هذا المطلب الاول</w:t>
      </w:r>
    </w:p>
    <w:p>
      <w:r>
        <w:t>وهي مبادئ اقتناص التصورات الكلية والتصديقات الاولية</w:t>
      </w:r>
    </w:p>
    <w:p>
      <w:r>
        <w:t>هذا المبنى الثاني</w:t>
      </w:r>
    </w:p>
    <w:p>
      <w:r>
        <w:t>فمن فقد حسا فقد علما يناسبه</w:t>
      </w:r>
    </w:p>
    <w:p>
      <w:r>
        <w:t>اكتب</w:t>
      </w:r>
    </w:p>
    <w:p>
      <w:r>
        <w:t>قيدها</w:t>
      </w:r>
    </w:p>
    <w:p>
      <w:r>
        <w:t>هادي عبارة لارسطو</w:t>
      </w:r>
    </w:p>
    <w:p>
      <w:r>
        <w:t>فمن فقد حسا فقد علما يناسب ذلك الحس</w:t>
      </w:r>
    </w:p>
    <w:p>
      <w:r>
        <w:t>ليس مطلقا</w:t>
      </w:r>
    </w:p>
    <w:p>
      <w:r>
        <w:t>مطلقا</w:t>
      </w:r>
    </w:p>
    <w:p>
      <w:r>
        <w:t>اذا كم مطلب هنا? مطلب طبعا ندخل في بيان المطلب الاول</w:t>
      </w:r>
    </w:p>
    <w:p>
      <w:r>
        <w:t>الحواس لا تفيد رأيا كليا</w:t>
      </w:r>
    </w:p>
    <w:p>
      <w:r>
        <w:t>يعني تفيد رأيا جزئيا</w:t>
      </w:r>
    </w:p>
    <w:p>
      <w:r>
        <w:t>جيد</w:t>
      </w:r>
    </w:p>
    <w:p>
      <w:r>
        <w:t>كيف هي العملية? ضع يدك على الثلج</w:t>
      </w:r>
    </w:p>
    <w:p>
      <w:r>
        <w:t>تدرك البرودة</w:t>
      </w:r>
    </w:p>
    <w:p>
      <w:r>
        <w:t>انا الان اضع ايدي على هذه الزجاجة ونحن في بداية فصل الشتاء زجاجة باردة</w:t>
      </w:r>
    </w:p>
    <w:p>
      <w:r>
        <w:t>ادرك البرودة</w:t>
      </w:r>
    </w:p>
    <w:p>
      <w:r>
        <w:t>الان نأتي ونحلل هذه الظاهرة</w:t>
      </w:r>
    </w:p>
    <w:p>
      <w:r>
        <w:t>نحلل هذه الظاهرة</w:t>
      </w:r>
    </w:p>
    <w:p>
      <w:r>
        <w:t>اول مسألة في التحليل فيه تأثير وتأثر</w:t>
      </w:r>
    </w:p>
    <w:p>
      <w:r>
        <w:t>اول نقطة في التحليل</w:t>
      </w:r>
    </w:p>
    <w:p>
      <w:r>
        <w:t>تأثير وتأثر</w:t>
      </w:r>
    </w:p>
    <w:p>
      <w:r>
        <w:t>يعني اذا وضعت يدي على الثلج وهو بارد يؤثر على جلد مناخ الاحساس ارضية الاحساس من يحس النفس في بعدها العضوي ليس كالادراكات العقلية البعد العضوي هناك لا فاعلية له مطلقا</w:t>
      </w:r>
    </w:p>
    <w:p>
      <w:r>
        <w:t>اذا في تأثير وتأثر</w:t>
      </w:r>
    </w:p>
    <w:p>
      <w:r>
        <w:t>هذا التأثير والتأثر عنده آآ آآ بعد فيزيائي وبعد فيزيولوجي</w:t>
      </w:r>
    </w:p>
    <w:p>
      <w:r>
        <w:t>اذا انتقل هذا الاحساس الى الاعصاب دخلنا في الفيزيولوجية</w:t>
      </w:r>
    </w:p>
    <w:p>
      <w:r>
        <w:t>التأثير والتعثر فقط فيزيائي</w:t>
      </w:r>
    </w:p>
    <w:p>
      <w:r>
        <w:t>هذا التأثير والتأثر له خلفية</w:t>
      </w:r>
    </w:p>
    <w:p>
      <w:r>
        <w:t>هذه خلفية انطولوجية ما هي? فيه واقعية فيزيائية خارجة عن الانا المدرك</w:t>
      </w:r>
    </w:p>
    <w:p>
      <w:r>
        <w:t>هذي اكتبها ليست مطالب منطقية</w:t>
      </w:r>
    </w:p>
    <w:p>
      <w:r>
        <w:t>لانه جاء بها نحن نبينها</w:t>
      </w:r>
    </w:p>
    <w:p>
      <w:r>
        <w:t>اذا هذا التأثير والتأثر مبني على خلفية انطولوجية</w:t>
      </w:r>
    </w:p>
    <w:p>
      <w:r>
        <w:t>ما هي? فيه واقعية وهو المحسوس يعني الثلج وفيه واقع يعني المدرك يعني الانسان النفس في العضو اليد انا اضع على على الثلج العضو يعني اليد النفس في دائرة اليد</w:t>
      </w:r>
    </w:p>
    <w:p>
      <w:r>
        <w:t>اليد هنا ارضية للادراك الادراك الحسي</w:t>
      </w:r>
    </w:p>
    <w:p>
      <w:r>
        <w:t>ثم الاعصاب ثم المخ</w:t>
      </w:r>
    </w:p>
    <w:p>
      <w:r>
        <w:t>هذه كلها ارضية فيزيائية فزلجية فسيولوجية يعني فزلجية</w:t>
      </w:r>
    </w:p>
    <w:p>
      <w:r>
        <w:t>عندها علاقة بالمخ والاعصاب</w:t>
      </w:r>
    </w:p>
    <w:p>
      <w:r>
        <w:t>هذه كلها ارضية</w:t>
      </w:r>
    </w:p>
    <w:p>
      <w:r>
        <w:t>الان في فلسفة الدين في في الغرب يقولون لا المخ هو الذي يدرك</w:t>
      </w:r>
    </w:p>
    <w:p>
      <w:r>
        <w:t>ليس النفس بعض الاتجاهات لا تؤمن بالنص النصف المجردة</w:t>
      </w:r>
    </w:p>
    <w:p>
      <w:r>
        <w:t>خلينا من فلسفة الدين</w:t>
      </w:r>
    </w:p>
    <w:p>
      <w:r>
        <w:t>نأتي ونقارب هذه الظاهرة</w:t>
      </w:r>
    </w:p>
    <w:p>
      <w:r>
        <w:t>اذا في خلفية انطولوجية ان في واقعية مستقلة عني هي الثلج اثرت في وانا واقعية مستقلة عن الثلج كذلك انطولوجية بيننا تأثير وتأثر</w:t>
      </w:r>
    </w:p>
    <w:p>
      <w:r>
        <w:t>هذه ارضية الإحساس نكمل التحليل في الحلقة القادمة</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