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نستعين والصلاة والسلام على محمد واله الطيبين الطاهرين</w:t>
      </w:r>
    </w:p>
    <w:p>
      <w:r>
        <w:t>اللهم صل على محمد وال محمد</w:t>
      </w:r>
    </w:p>
    <w:p>
      <w:r>
        <w:t>اللهم ارزقنا التوفيق والاخلاص</w:t>
      </w:r>
    </w:p>
    <w:p>
      <w:r>
        <w:t>وصلنا مع الى قال والحواس لا تفيد رأيا كليا وهي مبادئ اقتناص التصورات الكلية والتصديقات الاولية</w:t>
      </w:r>
    </w:p>
    <w:p>
      <w:r>
        <w:t>فمن فقد حسا فقد علما يناسب ذلك الحس</w:t>
      </w:r>
    </w:p>
    <w:p>
      <w:r>
        <w:t>كان الحديث عن الادراك الحسي وبدأنا التحليل نستمر في التحليل</w:t>
      </w:r>
    </w:p>
    <w:p>
      <w:r>
        <w:t>اذا فيه تأثير من الواقع الخارجي المحسوس كالثلج مثلا في ارظيا في الانسان وهي اليد مثلا هذا الجلد ارضية مس الثلج لاعصاب ثم تنتقل آآ هذه الذبذ الى المخ تتهيأ الارظية لبروز صورة حسية جزئية لمقاربة اصلية مقاربة نصية الحكمة المتعالية عندها رؤية اخرى</w:t>
      </w:r>
    </w:p>
    <w:p>
      <w:r>
        <w:t>ونحن عندنا رؤية اخرى ابين ما في المتن وجيد ان الطالب يعرف هذه الرؤية لانها سائدة حاكمة على العقول</w:t>
      </w:r>
    </w:p>
    <w:p>
      <w:r>
        <w:t>اذا هذا التأثير والتأثر من الطرف الخارجي في الانسان على مستوى بعده البدني اليد مثلا او البصر ذبذبات تنعكس على الشيء الخارجي ثم هذه الذبذبات الضوئية تدخل في العين كجرم ثم تمر كذبذبات الى الأعصاب ثم المخ</w:t>
      </w:r>
    </w:p>
    <w:p>
      <w:r>
        <w:t>هذه كلها فيزيائية لأن ذبذبات فيزيائية</w:t>
      </w:r>
    </w:p>
    <w:p>
      <w:r>
        <w:t>ضوئية والفسلجية اعصاب والمخ</w:t>
      </w:r>
    </w:p>
    <w:p>
      <w:r>
        <w:t>هذه كلها فسلجة فسيولوجي</w:t>
      </w:r>
    </w:p>
    <w:p>
      <w:r>
        <w:t>ثم المناخ يتهيأ</w:t>
      </w:r>
    </w:p>
    <w:p>
      <w:r>
        <w:t>تبرز صورة جزئ حسية على مستوى ماذا? العضو العضو الحاضرة فيه النفس</w:t>
      </w:r>
    </w:p>
    <w:p>
      <w:r>
        <w:t>ليس العضو المادي بمعزل عن النفس</w:t>
      </w:r>
    </w:p>
    <w:p>
      <w:r>
        <w:t>لان المدرك هي النفس في العضو</w:t>
      </w:r>
    </w:p>
    <w:p>
      <w:r>
        <w:t>ثم تقول شيخنا علاقة الناس بالعضو هذا في في علم النفس في علم النفس الميتافيزيقي لا يهمني الان علاقة النفس بالبدن</w:t>
      </w:r>
    </w:p>
    <w:p>
      <w:r>
        <w:t>المهم النفس تدرك على مستوى هذا العضو تلك الحقيقة الخارجية التي اثرت في انا</w:t>
      </w:r>
    </w:p>
    <w:p>
      <w:r>
        <w:t>يعني ادرك برودة جوهر هو الثلج</w:t>
      </w:r>
    </w:p>
    <w:p>
      <w:r>
        <w:t>اذا كنت في الابصار ادرك بياض الثلج</w:t>
      </w:r>
    </w:p>
    <w:p>
      <w:r>
        <w:t>واذا كسره مكسرون واسمع الصوت ادراك سمعي وهكذا</w:t>
      </w:r>
    </w:p>
    <w:p>
      <w:r>
        <w:t>اذا بعد هذه العملية الفيزيائية هي تأثير وتعثر الفسلجية والمخ وما اشبه ذلك تتهيأ الارظية لبروز صورة حسية على مستوى العضو النفس تدرك تلك الصورة التي تحكي ذلك الواقع الخارجي لان الواقع الخارجي لا يأتي الى الانسان</w:t>
      </w:r>
    </w:p>
    <w:p>
      <w:r>
        <w:t>الثلج يأتي الى الانسان</w:t>
      </w:r>
    </w:p>
    <w:p>
      <w:r>
        <w:t>لا</w:t>
      </w:r>
    </w:p>
    <w:p>
      <w:r>
        <w:t>البرودة تأتي الى الانسان لا</w:t>
      </w:r>
    </w:p>
    <w:p>
      <w:r>
        <w:t>ادراك البرودة</w:t>
      </w:r>
    </w:p>
    <w:p>
      <w:r>
        <w:t>هنا صدر المتألهين يقول هذا ادراك مجرد خال عن المادة</w:t>
      </w:r>
    </w:p>
    <w:p>
      <w:r>
        <w:t>المشي يقولون لا ادراك حسي</w:t>
      </w:r>
    </w:p>
    <w:p>
      <w:r>
        <w:t>هذا مبنى فلسفي مباني فلسفية لا تهمنا الان</w:t>
      </w:r>
    </w:p>
    <w:p>
      <w:r>
        <w:t>اذا بمجرد ان تتعين الصورة في النفس على مستوى العضو يعني انا ادركت هذا المحسوس</w:t>
      </w:r>
    </w:p>
    <w:p>
      <w:r>
        <w:t>ادركت البرود كصورة حسية بعد الاحتكاك الشهودي</w:t>
      </w:r>
    </w:p>
    <w:p>
      <w:r>
        <w:t>فهذا الاحتكاك الشهودي احتكاك شهودي ارضية لمن? للصورة</w:t>
      </w:r>
    </w:p>
    <w:p>
      <w:r>
        <w:t>حصوليا</w:t>
      </w:r>
    </w:p>
    <w:p>
      <w:r>
        <w:t>هذه الصورة جزئية مختصة بهذه البرودة الخاصة ثم تتهيأ النفس بملكات راقية اذا غاب هذا الجذاب او اخذوه من دائرة ادراك تبقى هذه الصورة كذلك جزئية في الخيال صورة خيالية</w:t>
      </w:r>
    </w:p>
    <w:p>
      <w:r>
        <w:t>ولهذا انت تتخيل الثلج الى الان اذا ابصرت قطعة ثلج من عشر سنوات وتبقى في ذهنك</w:t>
      </w:r>
    </w:p>
    <w:p>
      <w:r>
        <w:t>في بعدها الخيالي وجزئية</w:t>
      </w:r>
    </w:p>
    <w:p>
      <w:r>
        <w:t>هذه الصورة الخيالية يشتغل عليها العقل</w:t>
      </w:r>
    </w:p>
    <w:p>
      <w:r>
        <w:t>ارضية بروز صورة عقل هذا هو الكلي كلي طبيعي للبرودة ما معنى? ما عندها علاقة ببرودة الثلج</w:t>
      </w:r>
    </w:p>
    <w:p>
      <w:r>
        <w:t>برودة الجو</w:t>
      </w:r>
    </w:p>
    <w:p>
      <w:r>
        <w:t>برودة الماء</w:t>
      </w:r>
    </w:p>
    <w:p>
      <w:r>
        <w:t>نعم</w:t>
      </w:r>
    </w:p>
    <w:p>
      <w:r>
        <w:t>ويتفنن الانسان</w:t>
      </w:r>
    </w:p>
    <w:p>
      <w:r>
        <w:t>يروح حتى الى المجاز</w:t>
      </w:r>
    </w:p>
    <w:p>
      <w:r>
        <w:t>الأعصاب هادي كلها مجاز</w:t>
      </w:r>
    </w:p>
    <w:p>
      <w:r>
        <w:t>برود التصرف</w:t>
      </w:r>
    </w:p>
    <w:p>
      <w:r>
        <w:t>برودة الحب</w:t>
      </w:r>
    </w:p>
    <w:p>
      <w:r>
        <w:t>تعبيرات مجازية</w:t>
      </w:r>
    </w:p>
    <w:p>
      <w:r>
        <w:t>التعبيرات المجازية ما عندها علاقة بالفلسفة</w:t>
      </w:r>
    </w:p>
    <w:p>
      <w:r>
        <w:t>البرودة خرجت من حيز الثلج الى برودة عامة كليا</w:t>
      </w:r>
    </w:p>
    <w:p>
      <w:r>
        <w:t>طبيعة البرودة تصدق على برودة الماء على برودة الثلج</w:t>
      </w:r>
    </w:p>
    <w:p>
      <w:r>
        <w:t>على برودة الجو</w:t>
      </w:r>
    </w:p>
    <w:p>
      <w:r>
        <w:t>على برودة الزجاج على برودة النحاس اذا كنا في زمن ان اه الشتاء</w:t>
      </w:r>
    </w:p>
    <w:p>
      <w:r>
        <w:t>برودة كلية تصدق على كثيرين</w:t>
      </w:r>
    </w:p>
    <w:p>
      <w:r>
        <w:t>للطبيعة البرودة</w:t>
      </w:r>
    </w:p>
    <w:p>
      <w:r>
        <w:t>المشاء يقولون ملاك برودة الثلج حضور هذا الكلي الطبيعي</w:t>
      </w:r>
    </w:p>
    <w:p>
      <w:r>
        <w:t>طبيعة البرودة في الثلج</w:t>
      </w:r>
    </w:p>
    <w:p>
      <w:r>
        <w:t>برودة الماء حضور هذه الطبيعة الكلية في في الماء</w:t>
      </w:r>
    </w:p>
    <w:p>
      <w:r>
        <w:t>طبيعة البرودة نعم</w:t>
      </w:r>
    </w:p>
    <w:p>
      <w:r>
        <w:t>هذه الطبيعة طبيعة رظية ليست جوهرية لمسألة اخرى</w:t>
      </w:r>
    </w:p>
    <w:p>
      <w:r>
        <w:t>ما هي عرضية? ما هي عرضية? المهم هنا الطبيعة بمعنى المهية</w:t>
      </w:r>
    </w:p>
    <w:p>
      <w:r>
        <w:t>ليس بمعنى الجوهر مطلق الطبيعة</w:t>
      </w:r>
    </w:p>
    <w:p>
      <w:r>
        <w:t>طبيعة جوهرية وعرضية</w:t>
      </w:r>
    </w:p>
    <w:p>
      <w:r>
        <w:t>هذه هي الالية في ادراك الكلي الطبيعي</w:t>
      </w:r>
    </w:p>
    <w:p>
      <w:r>
        <w:t>الكل الطبيعي اذا تراه في الثلج</w:t>
      </w:r>
    </w:p>
    <w:p>
      <w:r>
        <w:t>غير الصورة الحسية حتى الكلي الطبيعي تبصره في في في الثلج</w:t>
      </w:r>
    </w:p>
    <w:p>
      <w:r>
        <w:t>تقول شيخنا ما هو الميلاد? اذا لماذا الثلج بالك? اذا لم تكن هذه الطبيعة فيه حتى لو كانت طبيعة رظية</w:t>
      </w:r>
    </w:p>
    <w:p>
      <w:r>
        <w:t>ليه? ما هي ارضية</w:t>
      </w:r>
    </w:p>
    <w:p>
      <w:r>
        <w:t>املاك برودته فاذا تعاملت مع هذا المحسوس في دائرة خاصة يعني هذا الثلج الخاص الكلي طبيعي موجود فيه هذا على مبنى المشاه الكلي الطبيعي موجود في الدين وفي الخارج</w:t>
      </w:r>
    </w:p>
    <w:p>
      <w:r>
        <w:t>البرودة الشخصية في الثلج</w:t>
      </w:r>
    </w:p>
    <w:p>
      <w:r>
        <w:t>المشخص البرودة آآ الشخصية في هذا الماء الشخصي</w:t>
      </w:r>
    </w:p>
    <w:p>
      <w:r>
        <w:t>هذا يسمى الكلي الطبيعي</w:t>
      </w:r>
    </w:p>
    <w:p>
      <w:r>
        <w:t>موجود بوجود افراده</w:t>
      </w:r>
    </w:p>
    <w:p>
      <w:r>
        <w:t>موجود بوجود افراده</w:t>
      </w:r>
    </w:p>
    <w:p>
      <w:r>
        <w:t>نعم</w:t>
      </w:r>
    </w:p>
    <w:p>
      <w:r>
        <w:t>يعني البرودة في الماء ماء في برودة</w:t>
      </w:r>
    </w:p>
    <w:p>
      <w:r>
        <w:t>ما هي عربية? الثلج فيه برودة</w:t>
      </w:r>
    </w:p>
    <w:p>
      <w:r>
        <w:t>الجو فيه برودة</w:t>
      </w:r>
    </w:p>
    <w:p>
      <w:r>
        <w:t>لكل مصداق اب وابن</w:t>
      </w:r>
    </w:p>
    <w:p>
      <w:r>
        <w:t>اب وابن</w:t>
      </w:r>
    </w:p>
    <w:p>
      <w:r>
        <w:t>اب وابن</w:t>
      </w:r>
    </w:p>
    <w:p>
      <w:r>
        <w:t>ولهذا الشيخ يقول اباء وابناء</w:t>
      </w:r>
    </w:p>
    <w:p>
      <w:r>
        <w:t>نعم</w:t>
      </w:r>
    </w:p>
    <w:p>
      <w:r>
        <w:t>هذه المقاربة آآ المعرفية والداخلة فيها المقاربة الانطلوجية لي هذا الحيز</w:t>
      </w:r>
    </w:p>
    <w:p>
      <w:r>
        <w:t>فيكون ارضية لمن? لصنع الكل طبيعي</w:t>
      </w:r>
    </w:p>
    <w:p>
      <w:r>
        <w:t>يعني للوصول الى الكلي الطبيعي</w:t>
      </w:r>
    </w:p>
    <w:p>
      <w:r>
        <w:t>يقول والحواس لا تفيد رأيا كليا</w:t>
      </w:r>
    </w:p>
    <w:p>
      <w:r>
        <w:t>تفيد فقط الشخصي</w:t>
      </w:r>
    </w:p>
    <w:p>
      <w:r>
        <w:t>انا اشعر ببرودة هذا الثلج</w:t>
      </w:r>
    </w:p>
    <w:p>
      <w:r>
        <w:t>هذا ادراك حسي خاص بهذا الثلج</w:t>
      </w:r>
    </w:p>
    <w:p>
      <w:r>
        <w:t>نعم</w:t>
      </w:r>
    </w:p>
    <w:p>
      <w:r>
        <w:t>لا تفيد رأي كليا وبالتالي تفيد رأي يجوزيا</w:t>
      </w:r>
    </w:p>
    <w:p>
      <w:r>
        <w:t>وهي مبادئ واقتناص التصورات الكلية بينتها</w:t>
      </w:r>
    </w:p>
    <w:p>
      <w:r>
        <w:t>مبادئ يعني ارضية</w:t>
      </w:r>
    </w:p>
    <w:p>
      <w:r>
        <w:t>يا من هناك ننطلق هذا هو المبدأ</w:t>
      </w:r>
    </w:p>
    <w:p>
      <w:r>
        <w:t>المنطلق</w:t>
      </w:r>
    </w:p>
    <w:p>
      <w:r>
        <w:t>الصورة الحسية جزئية الصورة الخيالية جزئية من الصورة الخيالية يبدأ</w:t>
      </w:r>
    </w:p>
    <w:p>
      <w:r>
        <w:t>العاقلة تشتغل للوصول الى الكل الطبيعي</w:t>
      </w:r>
    </w:p>
    <w:p>
      <w:r>
        <w:t>فالكل الطبيعي ما عنده علاقة بالثلج الخاص ولا بالماء الخاص</w:t>
      </w:r>
    </w:p>
    <w:p>
      <w:r>
        <w:t>والمثال الأقرب الى ذهنك هو افراد الإنسان</w:t>
      </w:r>
    </w:p>
    <w:p>
      <w:r>
        <w:t>افراد الإنسان انا احتك مع فرد مع طه مثلا</w:t>
      </w:r>
    </w:p>
    <w:p>
      <w:r>
        <w:t>مع ليلى</w:t>
      </w:r>
    </w:p>
    <w:p>
      <w:r>
        <w:t>فهذا الإدراك ادراك طه وليلى ادراك حسي جزئي</w:t>
      </w:r>
    </w:p>
    <w:p>
      <w:r>
        <w:t>ثم اصل الى ماذا? الى الانسان</w:t>
      </w:r>
    </w:p>
    <w:p>
      <w:r>
        <w:t>ادراك كلي من هذه الارضية</w:t>
      </w:r>
    </w:p>
    <w:p>
      <w:r>
        <w:t>نجد المشترك الطبيعة الكلية الواحدة</w:t>
      </w:r>
    </w:p>
    <w:p>
      <w:r>
        <w:t>نعم</w:t>
      </w:r>
    </w:p>
    <w:p>
      <w:r>
        <w:t>تقول طه انسان الليلة انسان بلا لؤ انسان زينب انسان</w:t>
      </w:r>
    </w:p>
    <w:p>
      <w:r>
        <w:t>هذا الكل الطبيعي الموجود في كل فرد</w:t>
      </w:r>
    </w:p>
    <w:p>
      <w:r>
        <w:t>قلت لك اباء مع ابناء</w:t>
      </w:r>
    </w:p>
    <w:p>
      <w:r>
        <w:t>نعم</w:t>
      </w:r>
    </w:p>
    <w:p>
      <w:r>
        <w:t>فالطبيعة الانسانية طبيعة كلية من اين جاءت من مبادئ جزئية? ما هذا ما معنى قول وهي مبادئ يعني المحسوسات اقتناص التصورات الكلية والتصديقات الأولية التصديقات الأولية</w:t>
      </w:r>
    </w:p>
    <w:p>
      <w:r>
        <w:t>التصديقات الأولية عنده الحواس ارضية ام انا اقول ارضية? يعني علل معدة فقط</w:t>
      </w:r>
    </w:p>
    <w:p>
      <w:r>
        <w:t>في كتاب الفصول الناصيرية للمحقق التونسي من اروع الكتب العقدية</w:t>
      </w:r>
    </w:p>
    <w:p>
      <w:r>
        <w:t>انا درست هذا الكتاب تلتاشر مرة</w:t>
      </w:r>
    </w:p>
    <w:p>
      <w:r>
        <w:t>ومسجل في هذه المؤسسة</w:t>
      </w:r>
    </w:p>
    <w:p>
      <w:r>
        <w:t>في هذه المؤسسة تقريبا وثلاثين درسا من بدايته الى نهايته متن فصول الناصيرية للمحقق التونسي</w:t>
      </w:r>
    </w:p>
    <w:p>
      <w:r>
        <w:t>في بداية المتن في بداية النص يبين مسألة معرفية وانتولوجية خارقة</w:t>
      </w:r>
    </w:p>
    <w:p>
      <w:r>
        <w:t>كيف وصل الذهن البشري الى مفهوم الوجود العام? مفهوم الوجود العام</w:t>
      </w:r>
    </w:p>
    <w:p>
      <w:r>
        <w:t>هذا المعقول الثاني الفلسفي</w:t>
      </w:r>
    </w:p>
    <w:p>
      <w:r>
        <w:t>يقول اتعامل مع الجزئي</w:t>
      </w:r>
    </w:p>
    <w:p>
      <w:r>
        <w:t>هذا الجزئي مركب</w:t>
      </w:r>
    </w:p>
    <w:p>
      <w:r>
        <w:t>شجرة طاردة نعم</w:t>
      </w:r>
    </w:p>
    <w:p>
      <w:r>
        <w:t>قلت لكم دائما ننطلق من الهدية المركبة</w:t>
      </w:r>
    </w:p>
    <w:p>
      <w:r>
        <w:t>ما عندنا شجرة موجودة لوحدها</w:t>
      </w:r>
    </w:p>
    <w:p>
      <w:r>
        <w:t>شجرة موجودة مخضرة</w:t>
      </w:r>
    </w:p>
    <w:p>
      <w:r>
        <w:t>اه خضراء او مثمرة</w:t>
      </w:r>
    </w:p>
    <w:p>
      <w:r>
        <w:t>قصدي مثمرة</w:t>
      </w:r>
    </w:p>
    <w:p>
      <w:r>
        <w:t>شجرة مثمرة او خضراء يعني الشجرة موجودة مثمرة</w:t>
      </w:r>
    </w:p>
    <w:p>
      <w:r>
        <w:t>فيها هلية مركبة فيها لية بسيطة</w:t>
      </w:r>
    </w:p>
    <w:p>
      <w:r>
        <w:t>خلينا من آآ من المثمرة او خضراء</w:t>
      </w:r>
    </w:p>
    <w:p>
      <w:r>
        <w:t>ركز فقط على الهدية البسيطة</w:t>
      </w:r>
    </w:p>
    <w:p>
      <w:r>
        <w:t>هذا الوجود الوجود الشجري خاص العام</w:t>
      </w:r>
    </w:p>
    <w:p>
      <w:r>
        <w:t>تقول له خاص شيخنا مختص بالشجرة</w:t>
      </w:r>
    </w:p>
    <w:p>
      <w:r>
        <w:t>هذه الشجرة</w:t>
      </w:r>
    </w:p>
    <w:p>
      <w:r>
        <w:t>اذا هذه الشجرة ملاك موجودياتها لانها مسها الوجود العام</w:t>
      </w:r>
    </w:p>
    <w:p>
      <w:r>
        <w:t>فالوجود العام موجود في الشجرة تخصص بالشجرة</w:t>
      </w:r>
    </w:p>
    <w:p>
      <w:r>
        <w:t>انا ننسى الوجود الخاص نروح الى الوجود العام بعملية ماذا? تجريدية</w:t>
      </w:r>
    </w:p>
    <w:p>
      <w:r>
        <w:t>بعملية تجريدية اجرد الوجود العام من الوجود الخاص فنصل الى الوجود العام</w:t>
      </w:r>
    </w:p>
    <w:p>
      <w:r>
        <w:t>ما عنده علاقة بهذه الشجرة</w:t>
      </w:r>
    </w:p>
    <w:p>
      <w:r>
        <w:t>يصدق حتى على الوجود الالهي</w:t>
      </w:r>
    </w:p>
    <w:p>
      <w:r>
        <w:t>تقول الذات المقدسة موجودون او موجودة</w:t>
      </w:r>
    </w:p>
    <w:p>
      <w:r>
        <w:t>الملك موجود موجود</w:t>
      </w:r>
    </w:p>
    <w:p>
      <w:r>
        <w:t>الذهب موجود</w:t>
      </w:r>
    </w:p>
    <w:p>
      <w:r>
        <w:t>هذا الوجود العام الاشتراكي معنا</w:t>
      </w:r>
    </w:p>
    <w:p>
      <w:r>
        <w:t>في الفصول الناصيرية</w:t>
      </w:r>
    </w:p>
    <w:p>
      <w:r>
        <w:t>لماذا صادر على الوجود المطلق حتى يقسمه الى وجود واجبي ووجود ممكن? يعطي خصوصيات الوجود الممكن يعني المخلوقات خصوصية الواجب ثم يركز على الممكن ليستدل على الوجود الواجبي</w:t>
      </w:r>
    </w:p>
    <w:p>
      <w:r>
        <w:t>يمهد للتدليل على آآ الوجود الواجب</w:t>
      </w:r>
    </w:p>
    <w:p>
      <w:r>
        <w:t>يعني الذات الالهية باللسان الديني</w:t>
      </w:r>
    </w:p>
    <w:p>
      <w:r>
        <w:t>ثم يدخل في الصفات في التوحيد و وما اشبه ذلك</w:t>
      </w:r>
    </w:p>
    <w:p>
      <w:r>
        <w:t>الالية هي هي طبقها هناك</w:t>
      </w:r>
    </w:p>
    <w:p>
      <w:r>
        <w:t>طبقها هناك</w:t>
      </w:r>
    </w:p>
    <w:p>
      <w:r>
        <w:t>نعم</w:t>
      </w:r>
    </w:p>
    <w:p>
      <w:r>
        <w:t>اقول هذا كلاما العلماء الحلي</w:t>
      </w:r>
    </w:p>
    <w:p>
      <w:r>
        <w:t>الاحساس انظر ما قال الحواس</w:t>
      </w:r>
    </w:p>
    <w:p>
      <w:r>
        <w:t>قال الاحساس</w:t>
      </w:r>
    </w:p>
    <w:p>
      <w:r>
        <w:t>اه المحققة التونسي يقول الاحساس لا يفيد رأي كلي ليس الحواس</w:t>
      </w:r>
    </w:p>
    <w:p>
      <w:r>
        <w:t>ولا الاحساس وليس الحواس</w:t>
      </w:r>
    </w:p>
    <w:p>
      <w:r>
        <w:t>يعني ليس الملكة ملكة الادراك وانما الاحساس يعني الاحتكاك الفعلي</w:t>
      </w:r>
    </w:p>
    <w:p>
      <w:r>
        <w:t>الاحساس هو الصحيح</w:t>
      </w:r>
    </w:p>
    <w:p>
      <w:r>
        <w:t>اقول الاحساس هو ادراك هذا محور دلالي او محور معرفي انت حر</w:t>
      </w:r>
    </w:p>
    <w:p>
      <w:r>
        <w:t>انا اميل الى المحور المعرفي</w:t>
      </w:r>
    </w:p>
    <w:p>
      <w:r>
        <w:t>لانه تعريف الاحساس هو ادراك الشيء المقترن بمادة معينة</w:t>
      </w:r>
    </w:p>
    <w:p>
      <w:r>
        <w:t>يا الله! كم جميل! بشرط حضوره عند المدرك عند الفعل فعل المعرفي</w:t>
      </w:r>
    </w:p>
    <w:p>
      <w:r>
        <w:t>هذا تعريف للاحساس</w:t>
      </w:r>
    </w:p>
    <w:p>
      <w:r>
        <w:t>سجله عندك قد تكتب مقالة هوية الاحساس عند فلان او عند فلان او هوية الاحساس مطلقا</w:t>
      </w:r>
    </w:p>
    <w:p>
      <w:r>
        <w:t>الاحساس هو ادراك الشيء ادراك تعرف الادراك في اللغة العربية</w:t>
      </w:r>
    </w:p>
    <w:p>
      <w:r>
        <w:t>آآ كأن كأن شخصا يجري وانت تمسك به</w:t>
      </w:r>
    </w:p>
    <w:p>
      <w:r>
        <w:t>نعم ادركته يعني وصلت اليه</w:t>
      </w:r>
    </w:p>
    <w:p>
      <w:r>
        <w:t>الادراك يعني الوصول</w:t>
      </w:r>
    </w:p>
    <w:p>
      <w:r>
        <w:t>هنا الوصول للوصول المعرفي</w:t>
      </w:r>
    </w:p>
    <w:p>
      <w:r>
        <w:t>ذاك الوصول الحسي</w:t>
      </w:r>
    </w:p>
    <w:p>
      <w:r>
        <w:t>اللي احساسه هو ادراك الشيء المقترن بمادة معينة</w:t>
      </w:r>
    </w:p>
    <w:p>
      <w:r>
        <w:t>انظر يعني في محسوس</w:t>
      </w:r>
    </w:p>
    <w:p>
      <w:r>
        <w:t>في محسوس</w:t>
      </w:r>
    </w:p>
    <w:p>
      <w:r>
        <w:t>هذه هي الاندلوجية ما معناه؟ يعني عندنا واقعية انطولوجية مستقلة عنا</w:t>
      </w:r>
    </w:p>
    <w:p>
      <w:r>
        <w:t>وهي هذه الواقعيات المادية</w:t>
      </w:r>
    </w:p>
    <w:p>
      <w:r>
        <w:t>بشرط بشرط حضوره عند المدرك</w:t>
      </w:r>
    </w:p>
    <w:p>
      <w:r>
        <w:t>يعني ما معناه؟ يعني الادراك يحضر عند النفس</w:t>
      </w:r>
    </w:p>
    <w:p>
      <w:r>
        <w:t>من خلال هذا العضو</w:t>
      </w:r>
    </w:p>
    <w:p>
      <w:r>
        <w:t>من خلال الحواس</w:t>
      </w:r>
    </w:p>
    <w:p>
      <w:r>
        <w:t>اذا الاحساس نتاج حضور النفس لدى الحواس حين الاحتكاك</w:t>
      </w:r>
    </w:p>
    <w:p>
      <w:r>
        <w:t>بامر مادي خارجي</w:t>
      </w:r>
    </w:p>
    <w:p>
      <w:r>
        <w:t>نعم</w:t>
      </w:r>
    </w:p>
    <w:p>
      <w:r>
        <w:t>فبالضرورة يكون جزئيا</w:t>
      </w:r>
    </w:p>
    <w:p>
      <w:r>
        <w:t>لا يكون كليا</w:t>
      </w:r>
    </w:p>
    <w:p>
      <w:r>
        <w:t>لماذا? لانه ادراك مقطعي خاص</w:t>
      </w:r>
    </w:p>
    <w:p>
      <w:r>
        <w:t>في شروط زمانية ومكانية</w:t>
      </w:r>
    </w:p>
    <w:p>
      <w:r>
        <w:t>لا يمكن صدقه على غيره</w:t>
      </w:r>
    </w:p>
    <w:p>
      <w:r>
        <w:t>لا يمكن صدقه على غيره يعني نفي للكلية</w:t>
      </w:r>
    </w:p>
    <w:p>
      <w:r>
        <w:t>يعني ليس كليا</w:t>
      </w:r>
    </w:p>
    <w:p>
      <w:r>
        <w:t>لان الكل هو الذي يصدق على كثيرين</w:t>
      </w:r>
    </w:p>
    <w:p>
      <w:r>
        <w:t>الإنسان يصدق على طاعة ليلة بلال زينب وهكذا</w:t>
      </w:r>
    </w:p>
    <w:p>
      <w:r>
        <w:t>فالحواس لا تفيد رأيا كليا</w:t>
      </w:r>
    </w:p>
    <w:p>
      <w:r>
        <w:t>ليس الحواس</w:t>
      </w:r>
    </w:p>
    <w:p>
      <w:r>
        <w:t>الإحساس لا يفيد رأي كليا</w:t>
      </w:r>
    </w:p>
    <w:p>
      <w:r>
        <w:t>نعم</w:t>
      </w:r>
    </w:p>
    <w:p>
      <w:r>
        <w:t>الحواسب لم تحتك مع الماديات</w:t>
      </w:r>
    </w:p>
    <w:p>
      <w:r>
        <w:t>الإحساس لا يكون فالاحساس لا يفيد رأيا كليا يعني فيه تسامح في العبارة والتسامح في المتون منبسط منتشر فالاحساس لا يفيد رأي كلي بينها وانما يفيد الجزئي يعني انا اذا تم التأثير والتأثر بين الثلج ويدي يعني نفسي في دائرة العضو هنا يحدث احساس</w:t>
      </w:r>
    </w:p>
    <w:p>
      <w:r>
        <w:t>اذا الحواس شرط حين التأثير والتأثر لبروز ادراك على مستوى في ذلك العضو العضو الحي العضو الحي العضو الميت لادراك لا يبرز</w:t>
      </w:r>
    </w:p>
    <w:p>
      <w:r>
        <w:t>فالعلم بان كل نار حارة بين قوسين</w:t>
      </w:r>
    </w:p>
    <w:p>
      <w:r>
        <w:t>كل حارة في في حكم الكلمة نضمنها معنى كلمة</w:t>
      </w:r>
    </w:p>
    <w:p>
      <w:r>
        <w:t>في تصير عبارة هكذا فإن العلم بأن الكلمة ما هي الكلمة? كل نار حارة حكم عقلي لا حسي</w:t>
      </w:r>
    </w:p>
    <w:p>
      <w:r>
        <w:t>ان يتحدث عن النار طبيعة النار وليس هذه النار الجزئية</w:t>
      </w:r>
    </w:p>
    <w:p>
      <w:r>
        <w:t>فان الحس انما يفيد ان هذه النار اسم اشارة هذه اسم اشارة تفيد لادراك الجزئي</w:t>
      </w:r>
    </w:p>
    <w:p>
      <w:r>
        <w:t>ها انها هذه النار المحسوسة حارة</w:t>
      </w:r>
    </w:p>
    <w:p>
      <w:r>
        <w:t>اما ان كل نار حرة فلا</w:t>
      </w:r>
    </w:p>
    <w:p>
      <w:r>
        <w:t>حتى ذاك كلمة كل الصور ما نحتاج</w:t>
      </w:r>
    </w:p>
    <w:p>
      <w:r>
        <w:t>النار حرارة</w:t>
      </w:r>
    </w:p>
    <w:p>
      <w:r>
        <w:t>طبيعة النار حارة</w:t>
      </w:r>
    </w:p>
    <w:p>
      <w:r>
        <w:t>فقط تحتاج الى شروط وجودية</w:t>
      </w:r>
    </w:p>
    <w:p>
      <w:r>
        <w:t>نعم الحواس مبادئ</w:t>
      </w:r>
    </w:p>
    <w:p>
      <w:r>
        <w:t>الحواس احساس الاحساس</w:t>
      </w:r>
    </w:p>
    <w:p>
      <w:r>
        <w:t>الاحساس مبادئ اقتناص اقتناص يعني اخذ التصورات الكلية والتصديقات الاولية عن البديهيات</w:t>
      </w:r>
    </w:p>
    <w:p>
      <w:r>
        <w:t>نعم</w:t>
      </w:r>
    </w:p>
    <w:p>
      <w:r>
        <w:t>لان النفس اه اول خلقها خالية من جميع العلوم</w:t>
      </w:r>
    </w:p>
    <w:p>
      <w:r>
        <w:t>اكتب العلوم الحصولية</w:t>
      </w:r>
    </w:p>
    <w:p>
      <w:r>
        <w:t>مقاربة اليسطية بامتياز</w:t>
      </w:r>
    </w:p>
    <w:p>
      <w:r>
        <w:t>يعني اتجاه ارستي بامتياز</w:t>
      </w:r>
    </w:p>
    <w:p>
      <w:r>
        <w:t>كأنفس الأطفال</w:t>
      </w:r>
    </w:p>
    <w:p>
      <w:r>
        <w:t>الان هذه في الغرب خالية من جميع العلوم</w:t>
      </w:r>
    </w:p>
    <w:p>
      <w:r>
        <w:t>تسمى في الادبيات الغربية طابلة راسها</w:t>
      </w:r>
    </w:p>
    <w:p>
      <w:r>
        <w:t>الطابلة الرجا يعني خالية</w:t>
      </w:r>
    </w:p>
    <w:p>
      <w:r>
        <w:t>لوحة خالية</w:t>
      </w:r>
    </w:p>
    <w:p>
      <w:r>
        <w:t>ما فيها شي</w:t>
      </w:r>
    </w:p>
    <w:p>
      <w:r>
        <w:t>فينقش عليها حين الاحتكاك</w:t>
      </w:r>
    </w:p>
    <w:p>
      <w:r>
        <w:t>هذا المبنى الامر غير صحيح في نظرية المعرفة</w:t>
      </w:r>
    </w:p>
    <w:p>
      <w:r>
        <w:t>كانفس الاطفال نعم جيد هذا الطفل الصغير</w:t>
      </w:r>
    </w:p>
    <w:p>
      <w:r>
        <w:t>على هذا المبنى الارستي</w:t>
      </w:r>
    </w:p>
    <w:p>
      <w:r>
        <w:t>هذا تأتي مكعب صغير ومكعب كبير</w:t>
      </w:r>
    </w:p>
    <w:p>
      <w:r>
        <w:t>قل له ادخل المكعب الكبير في المكعب الصغير</w:t>
      </w:r>
    </w:p>
    <w:p>
      <w:r>
        <w:t>يضحك عليك</w:t>
      </w:r>
    </w:p>
    <w:p>
      <w:r>
        <w:t>يضحك وينبسط بالضحك</w:t>
      </w:r>
    </w:p>
    <w:p>
      <w:r>
        <w:t>لماذا استحالة دخول المكعب المكعب الكبير في الصغير</w:t>
      </w:r>
    </w:p>
    <w:p>
      <w:r>
        <w:t>اذا مبنى التناقض هذا من اين جاء؟ وهو اول الاوليات يا المحقق التونسي</w:t>
      </w:r>
    </w:p>
    <w:p>
      <w:r>
        <w:t>من اين جاء هو بعد لم ينضج</w:t>
      </w:r>
    </w:p>
    <w:p>
      <w:r>
        <w:t>في عقله</w:t>
      </w:r>
    </w:p>
    <w:p>
      <w:r>
        <w:t>اذا الاوليات ليس من صنخ المحسوسات ولا تؤخذ المحسوسات معايير سرمدية عقلية</w:t>
      </w:r>
    </w:p>
    <w:p>
      <w:r>
        <w:t>نعم</w:t>
      </w:r>
    </w:p>
    <w:p>
      <w:r>
        <w:t>كوني انا اشعر برودة الثلج حينما اضع يدي عليه</w:t>
      </w:r>
    </w:p>
    <w:p>
      <w:r>
        <w:t>هذا علم حضوري</w:t>
      </w:r>
    </w:p>
    <w:p>
      <w:r>
        <w:t>علم حضور يقيني</w:t>
      </w:r>
    </w:p>
    <w:p>
      <w:r>
        <w:t>ثم اؤسس قضية اشعر بالبرودة او الثلج بارد</w:t>
      </w:r>
    </w:p>
    <w:p>
      <w:r>
        <w:t>هذا العلم الحصولي يقيني لانه اسسه ماذا? لان اساسه هو اه هذا العلم الشهودي</w:t>
      </w:r>
    </w:p>
    <w:p>
      <w:r>
        <w:t>المهم نعم الاحساس مبادئ اقتناص التصورات الكلية</w:t>
      </w:r>
    </w:p>
    <w:p>
      <w:r>
        <w:t>والتصديقات الأولية عن البديهيات الأولية</w:t>
      </w:r>
    </w:p>
    <w:p>
      <w:r>
        <w:t>لأن النفس اول خلقها خالية من جميع العلوم</w:t>
      </w:r>
    </w:p>
    <w:p>
      <w:r>
        <w:t>مبدأ الصفحة البيضاء</w:t>
      </w:r>
    </w:p>
    <w:p>
      <w:r>
        <w:t>كأنفس الأطفال</w:t>
      </w:r>
    </w:p>
    <w:p>
      <w:r>
        <w:t>مثال وقابلة لها</w:t>
      </w:r>
    </w:p>
    <w:p>
      <w:r>
        <w:t>قابلة للصور</w:t>
      </w:r>
    </w:p>
    <w:p>
      <w:r>
        <w:t>نعم قابلة للعلوم وواجب الوجود عام الفيض</w:t>
      </w:r>
    </w:p>
    <w:p>
      <w:r>
        <w:t>هذه آآ آآ اشارة الى اذا تهيأت النفس الخالية من كل معارف وتهيأت الشروط الفيض يأتي من اين? من واجب الوجود</w:t>
      </w:r>
    </w:p>
    <w:p>
      <w:r>
        <w:t>وواجب الوجود عام الفيض</w:t>
      </w:r>
    </w:p>
    <w:p>
      <w:r>
        <w:t>اشارة الى العلة الفاعلية في افاضة العلم</w:t>
      </w:r>
    </w:p>
    <w:p>
      <w:r>
        <w:t>الذي هو الله تعالى</w:t>
      </w:r>
    </w:p>
    <w:p>
      <w:r>
        <w:t>فلا بد من توقف الاثر يعني العلم على الاستعداد</w:t>
      </w:r>
    </w:p>
    <w:p>
      <w:r>
        <w:t>على الايه? الاستعداد</w:t>
      </w:r>
    </w:p>
    <w:p>
      <w:r>
        <w:t>الاستعداد اين? في قابل المعرفة</w:t>
      </w:r>
    </w:p>
    <w:p>
      <w:r>
        <w:t>يعني في الانسان</w:t>
      </w:r>
    </w:p>
    <w:p>
      <w:r>
        <w:t>وها هو هنا مستفاد من الحواس</w:t>
      </w:r>
    </w:p>
    <w:p>
      <w:r>
        <w:t>هذا المبنى الارستي فان من احس بالجزء استعد في جهازه الادراكي يعني في عمق نفسه لادراك الكلي</w:t>
      </w:r>
    </w:p>
    <w:p>
      <w:r>
        <w:t>كما بينت لكم الامر اخراج الكل الطبيعي من الافراد من ليلة بلال زينب علي وفاطمة</w:t>
      </w:r>
    </w:p>
    <w:p>
      <w:r>
        <w:t>ولحصول مناسبات ومبائنات هي احكام هي هي احكام ضرورية وتصورات كلية عقلية حاصلة من واجب الوجود</w:t>
      </w:r>
    </w:p>
    <w:p>
      <w:r>
        <w:t>اشارة الى العلة لهذا الفيض واجب الوجود تعالى بحسب الاستعداد السابق</w:t>
      </w:r>
    </w:p>
    <w:p>
      <w:r>
        <w:t>يعني اذا جاء الاستعداد يأتي الفيض</w:t>
      </w:r>
    </w:p>
    <w:p>
      <w:r>
        <w:t>ولهذا حاكم المعلم الاول ارسطو بان من فقد حسا فقد فقد علما يؤدي اليه ذلك هذا هو القيد ذكره العلم الحلي</w:t>
      </w:r>
    </w:p>
    <w:p>
      <w:r>
        <w:t>اذا من فقد العين هذا الجرم المادي لا يبصر</w:t>
      </w:r>
    </w:p>
    <w:p>
      <w:r>
        <w:t>فقد علم الابصار</w:t>
      </w:r>
    </w:p>
    <w:p>
      <w:r>
        <w:t>لزوال الاستعداد وهو هذا الجرم العيني</w:t>
      </w:r>
    </w:p>
    <w:p>
      <w:r>
        <w:t>الذي هو في العلم شرط شرط لافاضة العلم نعم هذا هو المبنى الصحيح ويحتاج الى بسط اكثر ورد الاشكالات يؤسس لكتاب كامل انا عندي كتب باللغة الفرنسية اهتمت فقط بهذا الادراك الحسي</w:t>
      </w:r>
    </w:p>
    <w:p>
      <w:r>
        <w:t>كتب قيمة جدا وعميقة</w:t>
      </w:r>
    </w:p>
    <w:p>
      <w:r>
        <w:t>نعم</w:t>
      </w:r>
    </w:p>
    <w:p>
      <w:r>
        <w:t>الان في دراسات واطروحات ودكتوراة عن الادراك الحسي عند ابن سينا والادراك الحسي عند الشيخ اه اه انصدموا متألهين والادراك الحسي عند السيد طباطبا وهو دراسات متنوعة تضيء هذه الظاهرة المهمة والخطيرة</w:t>
      </w:r>
    </w:p>
    <w:p>
      <w:r>
        <w:t>نعم</w:t>
      </w:r>
    </w:p>
    <w:p>
      <w:r>
        <w:t>انا اؤمن بالمناخ</w:t>
      </w:r>
    </w:p>
    <w:p>
      <w:r>
        <w:t>بالشروط الموضوعية يعني الحس يجب ان يكون</w:t>
      </w:r>
    </w:p>
    <w:p>
      <w:r>
        <w:t>اما اني استخرج الكل الطبيعي من المحسوسات? لا</w:t>
      </w:r>
    </w:p>
    <w:p>
      <w:r>
        <w:t>هذه عندي خرافة كبيرة جدا</w:t>
      </w:r>
    </w:p>
    <w:p>
      <w:r>
        <w:t>لا لا ابدا</w:t>
      </w:r>
    </w:p>
    <w:p>
      <w:r>
        <w:t>خلط بين الامور المثالية والامور التحققية</w:t>
      </w:r>
    </w:p>
    <w:p>
      <w:r>
        <w:t>لا ابدا انا الهي ارى فيه هذه الحقائق الكلية</w:t>
      </w:r>
    </w:p>
    <w:p>
      <w:r>
        <w:t>وهذه المحسوسات تؤهل تؤهلني للصعود يعني التحليل والتركيب والاحساس والخيال</w:t>
      </w:r>
    </w:p>
    <w:p>
      <w:r>
        <w:t>هذه كلها ارضية لاتصال بذلك الظياء الالهي الذي يبرزني لتلك الكليات</w:t>
      </w:r>
    </w:p>
    <w:p>
      <w:r>
        <w:t>اذا انا لا ادرك الطبيعة الانسانية من خلال طه وليلى ابدا</w:t>
      </w:r>
    </w:p>
    <w:p>
      <w:r>
        <w:t>ادركها في العلم الالهي</w:t>
      </w:r>
    </w:p>
    <w:p>
      <w:r>
        <w:t>هذا الضياء الالهي يغمرني</w:t>
      </w:r>
    </w:p>
    <w:p>
      <w:r>
        <w:t>يغمر كياني الادراك فابصر هذه بالحقائق</w:t>
      </w:r>
    </w:p>
    <w:p>
      <w:r>
        <w:t>نعم</w:t>
      </w:r>
    </w:p>
    <w:p>
      <w:r>
        <w:t>ابصرها هناك ليس من من الادراك الحسي</w:t>
      </w:r>
    </w:p>
    <w:p>
      <w:r>
        <w:t>كيف هذا الادراك الحسي الذي ينتمي الى الممكنات والضيق في دار الوجود يتولد منه حقائق مثالية غير معقول غير معقول</w:t>
      </w:r>
    </w:p>
    <w:p>
      <w:r>
        <w:t>حكم متواتر حكم المحسوس خلوه الى الحصة الاتية لانه مطلب جديد</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