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شرائط مقدمات برهان يجب ان تكون مقدمات البرهان بعد كونها يقينية اقدم بالطبع وعند العقل من النتائج لتكون علنا بحسب هنا دخل في امور حساسة</w:t>
      </w:r>
    </w:p>
    <w:p>
      <w:r>
        <w:t>وهي شرائط البرهان</w:t>
      </w:r>
    </w:p>
    <w:p>
      <w:r>
        <w:t>اذا اردت اليقين في النتيجة توظف البنها</w:t>
      </w:r>
    </w:p>
    <w:p>
      <w:r>
        <w:t>القياس البرهاني</w:t>
      </w:r>
    </w:p>
    <w:p>
      <w:r>
        <w:t>النتيجة يقينية مقدمات يقينية</w:t>
      </w:r>
    </w:p>
    <w:p>
      <w:r>
        <w:t>صغرى يقين والكبرى يقينية جيد شروط هذا اليقين ما هو? شروط البرهان اليقيني ما هو? يبدأ يجلي ويوضح هذه الشروط</w:t>
      </w:r>
    </w:p>
    <w:p>
      <w:r>
        <w:t>يقول يجب ان تكون مقدمات البرهان القياس البرهاني مقدمات يقينية تنتج نتيجة يقينية</w:t>
      </w:r>
    </w:p>
    <w:p>
      <w:r>
        <w:t>بعد كونها يقينية لان هذا في تعريف البرهان</w:t>
      </w:r>
    </w:p>
    <w:p>
      <w:r>
        <w:t>هذا داخل في تعريفه فليست اه شروطا</w:t>
      </w:r>
    </w:p>
    <w:p>
      <w:r>
        <w:t>هي هوية البرهان</w:t>
      </w:r>
    </w:p>
    <w:p>
      <w:r>
        <w:t>اقدم يجب ان تكون اقدم بالطبع يعني لها الاسبقية التكوينية</w:t>
      </w:r>
    </w:p>
    <w:p>
      <w:r>
        <w:t>اقدم بالطبع يعني الاسبقية تكويني</w:t>
      </w:r>
    </w:p>
    <w:p>
      <w:r>
        <w:t>بالطبع يعني في نظام الوجود في عالم التكوين تكون سابقة على ماذا? سابقة على النتيجة</w:t>
      </w:r>
    </w:p>
    <w:p>
      <w:r>
        <w:t>وعند العاق يعني باصطلاح الهدافين اقدم بالطبع عني هذا النظم الوجودي والتحقق بعد انطولوجي وعند العقل بعد كما اسميه انا النظم المنطقي</w:t>
      </w:r>
    </w:p>
    <w:p>
      <w:r>
        <w:t>الحوزويون يقولون بالطبع مقام الثبوت وعند العقل مقام الاثبات</w:t>
      </w:r>
    </w:p>
    <w:p>
      <w:r>
        <w:t>اصطلاحات متعددة قديمة حدثية</w:t>
      </w:r>
    </w:p>
    <w:p>
      <w:r>
        <w:t>الان تكتب مقالة في جامعة تقول مقام الاثبات ومقام الثبوت</w:t>
      </w:r>
    </w:p>
    <w:p>
      <w:r>
        <w:t>يحتاجون الى اسطراب</w:t>
      </w:r>
    </w:p>
    <w:p>
      <w:r>
        <w:t>تفكيك المصطلحات لا يفهمون</w:t>
      </w:r>
    </w:p>
    <w:p>
      <w:r>
        <w:t>اما اذا قلت بعد معرفي وبعد آآ آآ او بعد بعد انطولوجي سريعا المعنى يصل معنى المعنى واحد</w:t>
      </w:r>
    </w:p>
    <w:p>
      <w:r>
        <w:t>اثبات هو البعد بيستيمي والثبوت هو البعد الانطولوجي</w:t>
      </w:r>
    </w:p>
    <w:p>
      <w:r>
        <w:t>يجب ان تكون مقدمات البرهان بعد كونها يقينية وهذه هي هوية البرهان اقدم بالطبع هذا في البعد الوجودي وعند العقل في البعد البيستيمي والمعرفي</w:t>
      </w:r>
    </w:p>
    <w:p>
      <w:r>
        <w:t>من النتائج اقدم من ماذا? من النتائج</w:t>
      </w:r>
    </w:p>
    <w:p>
      <w:r>
        <w:t>نعم</w:t>
      </w:r>
    </w:p>
    <w:p>
      <w:r>
        <w:t>العلة الغائية ما هي? لتكون علنا بحسب الأمرين</w:t>
      </w:r>
    </w:p>
    <w:p>
      <w:r>
        <w:t>الغاية حتى نحقق ماذا? آآ العلل الحقيقية بحسب الأمرين يعني مقام التحقق ومقام العلم</w:t>
      </w:r>
    </w:p>
    <w:p>
      <w:r>
        <w:t>عن النظم التحقق والنزم المنطقي</w:t>
      </w:r>
    </w:p>
    <w:p>
      <w:r>
        <w:t>مقام الاسبات ومقام الثبوت</w:t>
      </w:r>
    </w:p>
    <w:p>
      <w:r>
        <w:t>نعم</w:t>
      </w:r>
    </w:p>
    <w:p>
      <w:r>
        <w:t>هذا اه الشرط الاول واعرف يجب ان يجب ان يجب ان تكون مقدمة البوران</w:t>
      </w:r>
    </w:p>
    <w:p>
      <w:r>
        <w:t>اعرف من النتائج لتعرفها طبعا هذا البعد المعرفي</w:t>
      </w:r>
    </w:p>
    <w:p>
      <w:r>
        <w:t>انت في المنطق ما هو توظف قاعدة التعريف لتجليط التصور</w:t>
      </w:r>
    </w:p>
    <w:p>
      <w:r>
        <w:t>وتقدم قواعد الاستدلال تجلي التصديق</w:t>
      </w:r>
    </w:p>
    <w:p>
      <w:r>
        <w:t>تجليه بالمبهم</w:t>
      </w:r>
    </w:p>
    <w:p>
      <w:r>
        <w:t>ام بالمعروف بالمعروف اين هذا المعروف? في الخزينة المعرفية عندك</w:t>
      </w:r>
    </w:p>
    <w:p>
      <w:r>
        <w:t>معروف راس مرتب</w:t>
      </w:r>
    </w:p>
    <w:p>
      <w:r>
        <w:t>نعم</w:t>
      </w:r>
    </w:p>
    <w:p>
      <w:r>
        <w:t>اقدم من نسج لتعرفها</w:t>
      </w:r>
    </w:p>
    <w:p>
      <w:r>
        <w:t>نعم</w:t>
      </w:r>
    </w:p>
    <w:p>
      <w:r>
        <w:t>تكون اقدم</w:t>
      </w:r>
    </w:p>
    <w:p>
      <w:r>
        <w:t>اعرف اعرف من النتائج لتعرف يعني ان هذا المخزون المعرفي هو الذي يجلد تصوره التصديق</w:t>
      </w:r>
    </w:p>
    <w:p>
      <w:r>
        <w:t>تضع انت المفرد الذي تريد ان تعرفها</w:t>
      </w:r>
    </w:p>
    <w:p>
      <w:r>
        <w:t>مجهولة بالنسبة لك</w:t>
      </w:r>
    </w:p>
    <w:p>
      <w:r>
        <w:t>تعود بحركة اولى الى المخزون المعرفي</w:t>
      </w:r>
    </w:p>
    <w:p>
      <w:r>
        <w:t>ثم تتحرك في المخزون المعرفي</w:t>
      </w:r>
    </w:p>
    <w:p>
      <w:r>
        <w:t>الحركة الثانية هادي كلها حركات معرفية</w:t>
      </w:r>
    </w:p>
    <w:p>
      <w:r>
        <w:t>الحركة هنا استعارة تفهمية</w:t>
      </w:r>
    </w:p>
    <w:p>
      <w:r>
        <w:t>ما عندنا حركة وزمان هناك</w:t>
      </w:r>
    </w:p>
    <w:p>
      <w:r>
        <w:t>حركة هنا استعارة فقط</w:t>
      </w:r>
    </w:p>
    <w:p>
      <w:r>
        <w:t>تتحرك حركة دائرية</w:t>
      </w:r>
    </w:p>
    <w:p>
      <w:r>
        <w:t>لكشف المناسب الذي يساعدك على تجليد هذا المجهول التصوري</w:t>
      </w:r>
    </w:p>
    <w:p>
      <w:r>
        <w:t>اذا عثرت عليه تخظحه قانون التعريف</w:t>
      </w:r>
    </w:p>
    <w:p>
      <w:r>
        <w:t>لاحظت هنا يدخل المنطق ليس علم المنطق المنطق كقاعدة سرمدية</w:t>
      </w:r>
    </w:p>
    <w:p>
      <w:r>
        <w:t>علم المنطق هو دراسة هذه القاعدة</w:t>
      </w:r>
    </w:p>
    <w:p>
      <w:r>
        <w:t>لا تشتبه</w:t>
      </w:r>
    </w:p>
    <w:p>
      <w:r>
        <w:t>اذا عثرت على المناسب المسانخ للمجهول تخظح لي المعايير العقلية اولا والمعايير المنطقية يجللك المجهول التصوري</w:t>
      </w:r>
    </w:p>
    <w:p>
      <w:r>
        <w:t>ماذا ينقلب المجهول التصوري? ينقلب معلوما ببركة المعلوم في المعرفي ذات المعارف التي عندك كلما كانت هذه الدائرة غنية ثرية كلما كان فكرك سيالا نعم منبسطا كل ما كانت محدودة فقيرة كلما كان النشاط المعرفي ضعيفا</w:t>
      </w:r>
    </w:p>
    <w:p>
      <w:r>
        <w:t>انا جربتها مع طلابي</w:t>
      </w:r>
    </w:p>
    <w:p>
      <w:r>
        <w:t>في بداية التدريس ندرس لهم المتن العقدي او المتن المنطقي او المتن الاصولي او المتن الفلسفي</w:t>
      </w:r>
    </w:p>
    <w:p>
      <w:r>
        <w:t>في البداية لا يستجيب معك</w:t>
      </w:r>
    </w:p>
    <w:p>
      <w:r>
        <w:t>صار استجابة ما فيه</w:t>
      </w:r>
    </w:p>
    <w:p>
      <w:r>
        <w:t>بداية الشهر الأول الشهر الثاني الشهر الثالث خصوصا اذا كان الكتاب عميقا ويستدعي آآ ثلث سنوات درس</w:t>
      </w:r>
    </w:p>
    <w:p>
      <w:r>
        <w:t>لماذا ما هو السبب؟ لأنك انت بدأت في صنع دائرة المعارف في هذا الان الجامعي يتابع هذا المتن</w:t>
      </w:r>
    </w:p>
    <w:p>
      <w:r>
        <w:t>جوهر النظيد</w:t>
      </w:r>
    </w:p>
    <w:p>
      <w:r>
        <w:t>الان نحن في البرهان ليس كبداية الكتاب</w:t>
      </w:r>
    </w:p>
    <w:p>
      <w:r>
        <w:t>الان تشكلت له ذات معارف منطقية</w:t>
      </w:r>
    </w:p>
    <w:p>
      <w:r>
        <w:t>يوظفها مخزون معرفي اذن كلما استمر الطالب في دراسة المتن ووصل الى الوسط والى النهاية كلما هذه ادات في المعارف المنطقية تتقوى فيعود الى الدروس الاولى يفقهها احسن من ما سبق</w:t>
      </w:r>
    </w:p>
    <w:p>
      <w:r>
        <w:t>هذه سنة سنة تكوينية</w:t>
      </w:r>
    </w:p>
    <w:p>
      <w:r>
        <w:t>اذا اذا حددت انا المجهول التصديقي بينا المجهول التصوري الان نبين المجهول التصديقي</w:t>
      </w:r>
    </w:p>
    <w:p>
      <w:r>
        <w:t>حددت المجهول التصديقي</w:t>
      </w:r>
    </w:p>
    <w:p>
      <w:r>
        <w:t>اليس كذلك? حددت المجهول المجهول التصديقي اذا جئنا الى علم الكلام آآ العالم يعني ما سوى الله كسبس عالم الخلق بجميع مكوناته</w:t>
      </w:r>
    </w:p>
    <w:p>
      <w:r>
        <w:t>العالم حادث يعني ايه مخلوق? لم يكن ثم كان</w:t>
      </w:r>
    </w:p>
    <w:p>
      <w:r>
        <w:t>مجهول تصديقي قضية اريد ان اكشف واقعيتها في نفس النظام</w:t>
      </w:r>
    </w:p>
    <w:p>
      <w:r>
        <w:t>هل هذا العالم لم يكن ثم كان? هذا مجهول? تصديقي</w:t>
      </w:r>
    </w:p>
    <w:p>
      <w:r>
        <w:t>اعود بالحركة الاولى</w:t>
      </w:r>
    </w:p>
    <w:p>
      <w:r>
        <w:t>الى من? الى المخزون المعرفي</w:t>
      </w:r>
    </w:p>
    <w:p>
      <w:r>
        <w:t>دارت المعارف</w:t>
      </w:r>
    </w:p>
    <w:p>
      <w:r>
        <w:t>ابحث عن ماذا? عن مفردة تصديقية تسانخ هذه القضية المجهولة عندي</w:t>
      </w:r>
    </w:p>
    <w:p>
      <w:r>
        <w:t>نعم</w:t>
      </w:r>
    </w:p>
    <w:p>
      <w:r>
        <w:t>فأجد المسانخ اخضعه للمعايير او العقلية تصير هذه القضية العالي محادث واظحة بالنسبة لي</w:t>
      </w:r>
    </w:p>
    <w:p>
      <w:r>
        <w:t>نعم اصدق بها يعني تحكي الواقع</w:t>
      </w:r>
    </w:p>
    <w:p>
      <w:r>
        <w:t>صارت جلية بالنسبة لي انا ببركة هذه الحركة المعرفية في مخزون المعرفي</w:t>
      </w:r>
    </w:p>
    <w:p>
      <w:r>
        <w:t>وبركة اخضاع هذا المخزون المعرفي للقواعد العقلية والمنطقية</w:t>
      </w:r>
    </w:p>
    <w:p>
      <w:r>
        <w:t>نعم</w:t>
      </w:r>
    </w:p>
    <w:p>
      <w:r>
        <w:t>نعم</w:t>
      </w:r>
    </w:p>
    <w:p>
      <w:r>
        <w:t>فابحث عن هذا العالم اجد مفردات العالم كلها ممكنة</w:t>
      </w:r>
    </w:p>
    <w:p>
      <w:r>
        <w:t>يعني لا تقتضي الوجود ولا تقتضي العدم</w:t>
      </w:r>
    </w:p>
    <w:p>
      <w:r>
        <w:t>اذا اذا تلبست بالوجود فتحتاج الى من يعطي هذا الوجود</w:t>
      </w:r>
    </w:p>
    <w:p>
      <w:r>
        <w:t>لان هي فاقدة له</w:t>
      </w:r>
    </w:p>
    <w:p>
      <w:r>
        <w:t>لا تقتضيه</w:t>
      </w:r>
    </w:p>
    <w:p>
      <w:r>
        <w:t>اذا تحتاج الى علة خارجية تفيض عليها اذا فاضت عليها الوجود حدثت</w:t>
      </w:r>
    </w:p>
    <w:p>
      <w:r>
        <w:t>لان الحدوث وصف للوجود</w:t>
      </w:r>
    </w:p>
    <w:p>
      <w:r>
        <w:t>فاكتشف ان هذا العالم حادث يعني لم يمكن لم يكن ثم كان</w:t>
      </w:r>
    </w:p>
    <w:p>
      <w:r>
        <w:t>نعم</w:t>
      </w:r>
    </w:p>
    <w:p>
      <w:r>
        <w:t>فهذا المخزون المعرفي ان مفردات كلها ممكنة لا تقتضي الوجود وبالتالي كل العالم لان كل العالم مجموع اعتباري مجموع اعتباري هو نفس مكونات هو نفس مكوناته التي هي ماذا? التي هي مخلوقات</w:t>
      </w:r>
    </w:p>
    <w:p>
      <w:r>
        <w:t>فهذا العلم لا تقتضي الوجود فاحتاج الى علة تحدثه او مخلوق</w:t>
      </w:r>
    </w:p>
    <w:p>
      <w:r>
        <w:t>هذا كله من المخزون المعرفي</w:t>
      </w:r>
    </w:p>
    <w:p>
      <w:r>
        <w:t>المنطق اين? المنطق هو اذا اخضع هذا المخزون المعرفي لتجليت هذه القضية المجهولة</w:t>
      </w:r>
    </w:p>
    <w:p>
      <w:r>
        <w:t>آآ العالم حادث مخلوق هذه اذى المخزون المعرفي يحركك ما يشاء اعتباطيا ام يحركه وفقا لمعايير تتناغم مع الوجود</w:t>
      </w:r>
    </w:p>
    <w:p>
      <w:r>
        <w:t>هذه المعايير التي تتناغم مع الوجود اذا خضع لها يصل الى الى الحقيقة والواقع</w:t>
      </w:r>
    </w:p>
    <w:p>
      <w:r>
        <w:t>هذه المعايير هي المعايير المنطقية والمعايير العقلية آآ السرمدية</w:t>
      </w:r>
    </w:p>
    <w:p>
      <w:r>
        <w:t>انتهى الامر</w:t>
      </w:r>
    </w:p>
    <w:p>
      <w:r>
        <w:t>هذا هو المنطق</w:t>
      </w:r>
    </w:p>
    <w:p>
      <w:r>
        <w:t>هذه تلك المعايير</w:t>
      </w:r>
    </w:p>
    <w:p>
      <w:r>
        <w:t>ثم اذا درسنا هذه المعايير بالتحليل والتركيب وبوبناها الى باب التعريف</w:t>
      </w:r>
    </w:p>
    <w:p>
      <w:r>
        <w:t>او باب التعريف باب الكليات الخمس باب التعريف باب القسمة باب القضايا باب الاقيسة من الاقيسان باب البرهان ثم باب المغالطات تشكل عندنا حقل معرفة جديد هو الحقل المنطقي</w:t>
      </w:r>
    </w:p>
    <w:p>
      <w:r>
        <w:t>ثم نبحث عن ما هو الموضوع الذي اذا درسنا حيثياته تعيناته شؤوناته بالاصطلاح القديم</w:t>
      </w:r>
    </w:p>
    <w:p>
      <w:r>
        <w:t>آآ درسنا اعراضه الذاتية</w:t>
      </w:r>
    </w:p>
    <w:p>
      <w:r>
        <w:t>تتشكل لنا هذه الابواب</w:t>
      </w:r>
    </w:p>
    <w:p>
      <w:r>
        <w:t>باب الكليات الخمس باب التعريف</w:t>
      </w:r>
    </w:p>
    <w:p>
      <w:r>
        <w:t>باب الاقيس</w:t>
      </w:r>
    </w:p>
    <w:p>
      <w:r>
        <w:t>وباب المغالطات وو</w:t>
      </w:r>
    </w:p>
    <w:p>
      <w:r>
        <w:t>فواجدوا الموضوع ما هو? المعقول الثاني المنطقي</w:t>
      </w:r>
    </w:p>
    <w:p>
      <w:r>
        <w:t>المعقول الثاني المنطقي</w:t>
      </w:r>
    </w:p>
    <w:p>
      <w:r>
        <w:t>المعقول الثاني المنطقي هو الذي يولد لك باب</w:t>
      </w:r>
    </w:p>
    <w:p>
      <w:r>
        <w:t>الكليات الخمس</w:t>
      </w:r>
    </w:p>
    <w:p>
      <w:r>
        <w:t>باب التعريف</w:t>
      </w:r>
    </w:p>
    <w:p>
      <w:r>
        <w:t>باب القسمة</w:t>
      </w:r>
    </w:p>
    <w:p>
      <w:r>
        <w:t>باب الاقيسا</w:t>
      </w:r>
    </w:p>
    <w:p>
      <w:r>
        <w:t>باب البرهان</w:t>
      </w:r>
    </w:p>
    <w:p>
      <w:r>
        <w:t>باب الجدل باب المغالطة وهكذا</w:t>
      </w:r>
    </w:p>
    <w:p>
      <w:r>
        <w:t>هذه اكررها للجامعيين الاعزاء لانهم آآ غير مستأنسين بهذه الامور</w:t>
      </w:r>
    </w:p>
    <w:p>
      <w:r>
        <w:t>نعم</w:t>
      </w:r>
    </w:p>
    <w:p>
      <w:r>
        <w:t>اذا يجب ان تكون مقدمة البرهان اعرف من النتائج لتعرفها يعني هذه الغاية</w:t>
      </w:r>
    </w:p>
    <w:p>
      <w:r>
        <w:t>لماذا? لانها تجلي المجهول التصوري وتجلي المجهول التصديقي</w:t>
      </w:r>
    </w:p>
    <w:p>
      <w:r>
        <w:t>كيف تجلي وهي غامضة? ومجهولة يجب ان تكون معروفة في المخزون المعرفي عندك انت في دائرة المعاريف</w:t>
      </w:r>
    </w:p>
    <w:p>
      <w:r>
        <w:t>نعم</w:t>
      </w:r>
    </w:p>
    <w:p>
      <w:r>
        <w:t>وان تكون هذا الشرط الثالث وان تكون مقدمات البرهان مناسبة</w:t>
      </w:r>
    </w:p>
    <w:p>
      <w:r>
        <w:t>هذه السنخية بين المجهول والمعلوم</w:t>
      </w:r>
    </w:p>
    <w:p>
      <w:r>
        <w:t>نعم نعم</w:t>
      </w:r>
    </w:p>
    <w:p>
      <w:r>
        <w:t>تقول التفاحة حمراء</w:t>
      </w:r>
    </w:p>
    <w:p>
      <w:r>
        <w:t>فالواجب موجود</w:t>
      </w:r>
    </w:p>
    <w:p>
      <w:r>
        <w:t>تريد تثبت آآ واجب الوجود</w:t>
      </w:r>
    </w:p>
    <w:p>
      <w:r>
        <w:t>يعني الله تعالى باللسان الديني انه موجود</w:t>
      </w:r>
    </w:p>
    <w:p>
      <w:r>
        <w:t>بكون التفاحة حمراء فيه خرافات</w:t>
      </w:r>
    </w:p>
    <w:p>
      <w:r>
        <w:t>لا مصانخة بين هذه الواقعية والنتيجة</w:t>
      </w:r>
    </w:p>
    <w:p>
      <w:r>
        <w:t>يجب ان تكون هناك مناسبة مسانخة بين المقدمات والنتيجة</w:t>
      </w:r>
    </w:p>
    <w:p>
      <w:r>
        <w:t>هذه المسانخة هي ملاك الترشح</w:t>
      </w:r>
    </w:p>
    <w:p>
      <w:r>
        <w:t>النتيجة من المقدمات</w:t>
      </w:r>
    </w:p>
    <w:p>
      <w:r>
        <w:t>بدون هذه المناسبة لا يمكن</w:t>
      </w:r>
    </w:p>
    <w:p>
      <w:r>
        <w:t>هذه المناسبات هي التي تعين الحقول المعرفية</w:t>
      </w:r>
    </w:p>
    <w:p>
      <w:r>
        <w:t>اذا جينا الى مناسبات وحددنا لها الموضوع الذي على اساس المناسب يتعين في شكل مسائل تشكل الحقل المنطقي</w:t>
      </w:r>
    </w:p>
    <w:p>
      <w:r>
        <w:t>ثم مناسبات اخرى تشكل الحقل الهندسي</w:t>
      </w:r>
    </w:p>
    <w:p>
      <w:r>
        <w:t>مناسبات اخرى تشكل الحقل الفلكي</w:t>
      </w:r>
    </w:p>
    <w:p>
      <w:r>
        <w:t>مناسبات اخرى تشكل الحقل الفلسفي</w:t>
      </w:r>
    </w:p>
    <w:p>
      <w:r>
        <w:t>مناسبات اخرى تشكل الحقل الاصولي وهكذا</w:t>
      </w:r>
    </w:p>
    <w:p>
      <w:r>
        <w:t>والا ان طوى العلم الواحد على كشكول من من المعلومات</w:t>
      </w:r>
    </w:p>
    <w:p>
      <w:r>
        <w:t>بعد فوضى نعم يدخل الطالب الى الجامعة بعد ما تحصل على الثانوية العامة في الجزائر للبنك</w:t>
      </w:r>
    </w:p>
    <w:p>
      <w:r>
        <w:t>يدخل الجامعة يقول انا اريد ان اتخصص في علم الاقتصاد او في علم الهندسة او في علم الاعلام الالي يقول ما عندنا هكذا تخصص لماذا? يقول كشكول تدخل وتدرس كل شيء بمعنى موضوع واحد فقط ومناسبة واحدة معقول هذا? غير معقول اذا ترشح هذه العلوم الجديدة لكشف مناسبات جديدة</w:t>
      </w:r>
    </w:p>
    <w:p>
      <w:r>
        <w:t>مناسبات جديدة</w:t>
      </w:r>
    </w:p>
    <w:p>
      <w:r>
        <w:t>نعم</w:t>
      </w:r>
    </w:p>
    <w:p>
      <w:r>
        <w:t>هذا الثالث</w:t>
      </w:r>
    </w:p>
    <w:p>
      <w:r>
        <w:t>اعني يشرح المناسبة</w:t>
      </w:r>
    </w:p>
    <w:p>
      <w:r>
        <w:t>اعني تكون محمولاتها</w:t>
      </w:r>
    </w:p>
    <w:p>
      <w:r>
        <w:t>محمولاتها يعني في المسائل</w:t>
      </w:r>
    </w:p>
    <w:p>
      <w:r>
        <w:t>اكتب</w:t>
      </w:r>
    </w:p>
    <w:p>
      <w:r>
        <w:t>محمو ان تكون يعني تكون محمولاتها</w:t>
      </w:r>
    </w:p>
    <w:p>
      <w:r>
        <w:t>محمولات المسائل</w:t>
      </w:r>
    </w:p>
    <w:p>
      <w:r>
        <w:t>لأن هادي كلها يطويها هادي واضحة عنده هو يتصور انها واضحة عندنا</w:t>
      </w:r>
    </w:p>
    <w:p>
      <w:r>
        <w:t>يعني ان تكون محمولاتها محمولات المسائل يعني نعم ذاكية لموضوعاتها اوليا</w:t>
      </w:r>
    </w:p>
    <w:p>
      <w:r>
        <w:t>نعم ذاتية</w:t>
      </w:r>
    </w:p>
    <w:p>
      <w:r>
        <w:t>ما معنى? يعني انت اذا جيت الى المعقول الاولي المنطقي</w:t>
      </w:r>
    </w:p>
    <w:p>
      <w:r>
        <w:t>يتعين الكلية</w:t>
      </w:r>
    </w:p>
    <w:p>
      <w:r>
        <w:t>ويتعين بالجزئية</w:t>
      </w:r>
    </w:p>
    <w:p>
      <w:r>
        <w:t>يتعين بالكليه ثم الكلية تساعده على التعين بالذاتية</w:t>
      </w:r>
    </w:p>
    <w:p>
      <w:r>
        <w:t>وبالعرضية الذاتية تساعده على التعين بالنوعية</w:t>
      </w:r>
    </w:p>
    <w:p>
      <w:r>
        <w:t>وبالجنسية وبالفصلية</w:t>
      </w:r>
    </w:p>
    <w:p>
      <w:r>
        <w:t>والعرضية على التعين العرضي العام والعرضي الخاص</w:t>
      </w:r>
    </w:p>
    <w:p>
      <w:r>
        <w:t>تشكل عندنا الكليات الخمس</w:t>
      </w:r>
    </w:p>
    <w:p>
      <w:r>
        <w:t>تعينات لمن? للمعقول الثاني المنطقي</w:t>
      </w:r>
    </w:p>
    <w:p>
      <w:r>
        <w:t>ثم المعقول الثني المنطقي</w:t>
      </w:r>
    </w:p>
    <w:p>
      <w:r>
        <w:t>يتعين بالتعريف</w:t>
      </w:r>
    </w:p>
    <w:p>
      <w:r>
        <w:t>التعريف ينقسم الى اقسام المعقول الثاني المنطقي يتعين بالتعريف اذا تعين بالتعريف يتعين بالحد وبالرسم اذا تعين بالحد يتعين بالحد التام الحد الناقص بالرسم الرسم التام الرسم الناقص كل هذه الاقسام المترشحة كلها ذاتية لمن? للمعقول الثاني المنطقي ليست غريبة</w:t>
      </w:r>
    </w:p>
    <w:p>
      <w:r>
        <w:t>وبالتالي تدرس في الحقل المنطقي</w:t>
      </w:r>
    </w:p>
    <w:p>
      <w:r>
        <w:t>اذا تسلل مفهوم الى الحقل المنطقي ليس اه ذاتي معقول سليم منطقي فاعرف ان هذا غريب ليس من الحق المنطقي بتاتا</w:t>
      </w:r>
    </w:p>
    <w:p>
      <w:r>
        <w:t>نعم بتاتا فمسألة غريبة</w:t>
      </w:r>
    </w:p>
    <w:p>
      <w:r>
        <w:t>مسألة غريبة ليست من الحق فتدفع جانبا</w:t>
      </w:r>
    </w:p>
    <w:p>
      <w:r>
        <w:t>فتدفع تطرد نعم</w:t>
      </w:r>
    </w:p>
    <w:p>
      <w:r>
        <w:t>ضابطة العرظ الذاتي سيأتي ان شاء الله في البند الذي يأتي</w:t>
      </w:r>
    </w:p>
    <w:p>
      <w:r>
        <w:t>نحن الان في البند ميتين وخمسة وتسعين في البند ميتين وستة وتسعين هناك يفصل المطلب</w:t>
      </w:r>
    </w:p>
    <w:p>
      <w:r>
        <w:t>اذا فقط اشير الى مسألة ظابطة نبين هناك ظوابط</w:t>
      </w:r>
    </w:p>
    <w:p>
      <w:r>
        <w:t>ظابطة يعني هذا المحمول بالنسبة الى موضوعه في المسألة المسألة قد تكون صغرى قد تكون كبرى قد تكون نتيجة</w:t>
      </w:r>
    </w:p>
    <w:p>
      <w:r>
        <w:t>لا يهم</w:t>
      </w:r>
    </w:p>
    <w:p>
      <w:r>
        <w:t>هذا المحمول هو الموضوع بنحوين</w:t>
      </w:r>
    </w:p>
    <w:p>
      <w:r>
        <w:t>ولا يمكن التفكيك تكوينيا بين الموضوع والمحمول تكوينيا في مقام الوجود يعني في النظمل التحققي</w:t>
      </w:r>
    </w:p>
    <w:p>
      <w:r>
        <w:t>نعم في النظم المنطقي يمكن التفكيك ثم يحمل</w:t>
      </w:r>
    </w:p>
    <w:p>
      <w:r>
        <w:t>اذا حمل وكان من صميم الموضوع</w:t>
      </w:r>
    </w:p>
    <w:p>
      <w:r>
        <w:t>ما معنى يعني لا يتوسط شيء في التصاقه بالموضوع لان تكوينيا هو ماذا? هو تعين للموضوع</w:t>
      </w:r>
    </w:p>
    <w:p>
      <w:r>
        <w:t>هنا يصدق عليه انه ماذا? على الذاتي</w:t>
      </w:r>
    </w:p>
    <w:p>
      <w:r>
        <w:t>يأتي تفصيله ان شاء الله في البند ميتين وستة وتسعين</w:t>
      </w:r>
    </w:p>
    <w:p>
      <w:r>
        <w:t>هذا الشرط الثالث الشرط الرابع هو ان تكون مقدمات البرهان ظرورية كليا</w:t>
      </w:r>
    </w:p>
    <w:p>
      <w:r>
        <w:t>هنا اشار الى شرطين مع ادمجهما ضرورية هنا ظاهرا ضرورية الجهة</w:t>
      </w:r>
    </w:p>
    <w:p>
      <w:r>
        <w:t>هنا الضرورة اكتب الضرورية آآ لا آآ ظرورية ظرورية الجهة</w:t>
      </w:r>
    </w:p>
    <w:p>
      <w:r>
        <w:t>او ظرورة الصدق</w:t>
      </w:r>
    </w:p>
    <w:p>
      <w:r>
        <w:t>اذا قلنا ضرورية الصدق</w:t>
      </w:r>
    </w:p>
    <w:p>
      <w:r>
        <w:t>فهذا شرط ما عنده علاقة بالجهة</w:t>
      </w:r>
    </w:p>
    <w:p>
      <w:r>
        <w:t>ضروري تسرق يعني واقعية</w:t>
      </w:r>
    </w:p>
    <w:p>
      <w:r>
        <w:t>ضروري الصدق يعني واقعيا</w:t>
      </w:r>
    </w:p>
    <w:p>
      <w:r>
        <w:t>مطابقة للواقع</w:t>
      </w:r>
    </w:p>
    <w:p>
      <w:r>
        <w:t>ليست كاذبة</w:t>
      </w:r>
    </w:p>
    <w:p>
      <w:r>
        <w:t>كل كلية المصاديق</w:t>
      </w:r>
    </w:p>
    <w:p>
      <w:r>
        <w:t>كلية السريان</w:t>
      </w:r>
    </w:p>
    <w:p>
      <w:r>
        <w:t>لا تعثر على مصداق الخارجين لا يمسه المحمول</w:t>
      </w:r>
    </w:p>
    <w:p>
      <w:r>
        <w:t>كل المصاديق يطالها المحمول</w:t>
      </w:r>
    </w:p>
    <w:p>
      <w:r>
        <w:t>يعني كلية المصاديق كلية السريان الصدقي</w:t>
      </w:r>
    </w:p>
    <w:p>
      <w:r>
        <w:t>اذا قلت كل حديد يتمدد بالحرارة</w:t>
      </w:r>
    </w:p>
    <w:p>
      <w:r>
        <w:t>فيشترط ان هذه القضية تكون صادقة ليست كاذبة وتكون تطال جميع مصادق الحديد</w:t>
      </w:r>
    </w:p>
    <w:p>
      <w:r>
        <w:t>لانه اذا خرجت مصاديق ما عندك انت يقين ان هذه المصادق تتمدد بالحرارة</w:t>
      </w:r>
    </w:p>
    <w:p>
      <w:r>
        <w:t>فليقين الكلي لا يقع</w:t>
      </w:r>
    </w:p>
    <w:p>
      <w:r>
        <w:t>اذا اذا فسرنا هنا الظرورية بمعنى ضرورية الصدق يعني صادقة وليست كاذبة</w:t>
      </w:r>
    </w:p>
    <w:p>
      <w:r>
        <w:t>وهذه من الشروط الاساسية في في القياس البرهاني</w:t>
      </w:r>
    </w:p>
    <w:p>
      <w:r>
        <w:t>واذا قلنا لا بمعنى الجهة يعني اه هي عرفية عامة ليست ظرورية</w:t>
      </w:r>
    </w:p>
    <w:p>
      <w:r>
        <w:t>اذا هنا ظرورية يعني ظرورة صدق</w:t>
      </w:r>
    </w:p>
    <w:p>
      <w:r>
        <w:t>كلية بيناها</w:t>
      </w:r>
    </w:p>
    <w:p>
      <w:r>
        <w:t>الجهة لم يذكرها</w:t>
      </w:r>
    </w:p>
    <w:p>
      <w:r>
        <w:t>الجهة هي العرفية العامة</w:t>
      </w:r>
    </w:p>
    <w:p>
      <w:r>
        <w:t>العرفية العامة</w:t>
      </w:r>
    </w:p>
    <w:p>
      <w:r>
        <w:t>في البرهان يشترط الثبوت المحمول للموضوع</w:t>
      </w:r>
    </w:p>
    <w:p>
      <w:r>
        <w:t>دائمين ببركة الوصف</w:t>
      </w:r>
    </w:p>
    <w:p>
      <w:r>
        <w:t>هذا ان شاء الله بيانه لا نتسرع</w:t>
      </w:r>
    </w:p>
    <w:p>
      <w:r>
        <w:t>اقول هنا العلامة الحلي يفكك</w:t>
      </w:r>
    </w:p>
    <w:p>
      <w:r>
        <w:t>المقدمات المستعملة في الاقيس البرهانية</w:t>
      </w:r>
    </w:p>
    <w:p>
      <w:r>
        <w:t>مقدمة يعني الصغرى والكبرى</w:t>
      </w:r>
    </w:p>
    <w:p>
      <w:r>
        <w:t>تشترط فيها امور</w:t>
      </w:r>
    </w:p>
    <w:p>
      <w:r>
        <w:t>احدها ان تكون يقينية</w:t>
      </w:r>
    </w:p>
    <w:p>
      <w:r>
        <w:t>هذه في صميم تعريف البرهان</w:t>
      </w:r>
    </w:p>
    <w:p>
      <w:r>
        <w:t>فما نحتاج ان نشترط هذه لهوية البرهان</w:t>
      </w:r>
    </w:p>
    <w:p>
      <w:r>
        <w:t>نعم ولهذا يقول بعد كونها يقينية في المتن</w:t>
      </w:r>
    </w:p>
    <w:p>
      <w:r>
        <w:t>ان هوية البرهان المقدمات اليقينية التي تورث نسيج فهذا ليس بشرط هذا هوية البرهان</w:t>
      </w:r>
    </w:p>
    <w:p>
      <w:r>
        <w:t>وقد تقدم ان البرهان قياس المؤلف من يقينيات</w:t>
      </w:r>
    </w:p>
    <w:p>
      <w:r>
        <w:t>يعني العلامة الحلي آآ انتبه الى هذه المسألة</w:t>
      </w:r>
    </w:p>
    <w:p>
      <w:r>
        <w:t>هذا ليس بشرط وانما هوية البرهان</w:t>
      </w:r>
    </w:p>
    <w:p>
      <w:r>
        <w:t>وثانيها يعني شروط الثاني ان تكون المقدمات اقدم بالطبع</w:t>
      </w:r>
    </w:p>
    <w:p>
      <w:r>
        <w:t>في البعد الانطلوجي</w:t>
      </w:r>
    </w:p>
    <w:p>
      <w:r>
        <w:t>البعد التكويني في النظم التحققي من النتائج</w:t>
      </w:r>
    </w:p>
    <w:p>
      <w:r>
        <w:t>يعني هنا اذا قال اخذ بالطبع من النتائج</w:t>
      </w:r>
    </w:p>
    <w:p>
      <w:r>
        <w:t>نعم يعني من المعلول نفس الشيء</w:t>
      </w:r>
    </w:p>
    <w:p>
      <w:r>
        <w:t>ليصح لام تعليلية ليصح ان تكون علنا لها بحسب الخارج</w:t>
      </w:r>
    </w:p>
    <w:p>
      <w:r>
        <w:t>ان نظمن تحققي</w:t>
      </w:r>
    </w:p>
    <w:p>
      <w:r>
        <w:t>نعم مقام ثبوت</w:t>
      </w:r>
    </w:p>
    <w:p>
      <w:r>
        <w:t>وهو مختص ببرهان ليم</w:t>
      </w:r>
    </w:p>
    <w:p>
      <w:r>
        <w:t>برهان برهان الليم لان برهان الليم هو القاعدة الذهبية ذوات الاسباب لا تعلم الا من بابها</w:t>
      </w:r>
    </w:p>
    <w:p>
      <w:r>
        <w:t>وبالتالي تكون الاسباب اقدم لان العلة اقدم من المعلول واضحة جدا هذه المسألة</w:t>
      </w:r>
    </w:p>
    <w:p>
      <w:r>
        <w:t>وثالثها يعني الشرط الثالث ان تكون اقدم من النتائج عند العقل هذا مقام الاثبات</w:t>
      </w:r>
    </w:p>
    <w:p>
      <w:r>
        <w:t>البعد يعني انا اسميه النظم المنطقي</w:t>
      </w:r>
    </w:p>
    <w:p>
      <w:r>
        <w:t>ان تكون اقدم من النتائج عند العقل</w:t>
      </w:r>
    </w:p>
    <w:p>
      <w:r>
        <w:t>البعد الابيستيمي مقام الاسبات</w:t>
      </w:r>
    </w:p>
    <w:p>
      <w:r>
        <w:t>ليصح الاستدلال بها</w:t>
      </w:r>
    </w:p>
    <w:p>
      <w:r>
        <w:t>اذا ما كانت العلة معلومة</w:t>
      </w:r>
    </w:p>
    <w:p>
      <w:r>
        <w:t>كيف توضح المجهول? المجهول يضيئه المجهول يضيئه المعلوم</w:t>
      </w:r>
    </w:p>
    <w:p>
      <w:r>
        <w:t>واضحة? امور شبه بديهية</w:t>
      </w:r>
    </w:p>
    <w:p>
      <w:r>
        <w:t>نعم</w:t>
      </w:r>
    </w:p>
    <w:p>
      <w:r>
        <w:t>ليصح الاستدلال بها</w:t>
      </w:r>
    </w:p>
    <w:p>
      <w:r>
        <w:t>وتكون علنا لها بحسب العقل</w:t>
      </w:r>
    </w:p>
    <w:p>
      <w:r>
        <w:t>يعني في مقام الاثبات</w:t>
      </w:r>
    </w:p>
    <w:p>
      <w:r>
        <w:t>فان المقدمة يجب ان تكون عللا للنتائج عند العقل</w:t>
      </w:r>
    </w:p>
    <w:p>
      <w:r>
        <w:t>لان لماذا عند العقل? لان انت المعرفة اين? قواعد كلية اين تتعين? تتعين بالعاقلة</w:t>
      </w:r>
    </w:p>
    <w:p>
      <w:r>
        <w:t>انت لست في متن الواقع الخارجي</w:t>
      </w:r>
    </w:p>
    <w:p>
      <w:r>
        <w:t>اذا كنت في مثل الواقع الخارجي انت في الحقيقة الانطولوجية في الامور المشخصة الجزئية</w:t>
      </w:r>
    </w:p>
    <w:p>
      <w:r>
        <w:t>لست في القواعد العامة والكلية</w:t>
      </w:r>
    </w:p>
    <w:p>
      <w:r>
        <w:t>القواعد العامة والكلية وظيفة النظم المنطقي</w:t>
      </w:r>
    </w:p>
    <w:p>
      <w:r>
        <w:t>ولهذا يقول العلماء الحلي اه اه وتكون عللا بحسب العاقل فان المقدمات يجب ان تكون علل النتائج عند العقل</w:t>
      </w:r>
    </w:p>
    <w:p>
      <w:r>
        <w:t>في النظم المنطقي كما عندك في الواقع الخارجي</w:t>
      </w:r>
    </w:p>
    <w:p>
      <w:r>
        <w:t>الواقع الخارجي ليس بيدك</w:t>
      </w:r>
    </w:p>
    <w:p>
      <w:r>
        <w:t>نعم هي علل في الواقع الخارجي</w:t>
      </w:r>
    </w:p>
    <w:p>
      <w:r>
        <w:t>لكن التنظير المعرفي والقواعد الكلية في عالم العقل</w:t>
      </w:r>
    </w:p>
    <w:p>
      <w:r>
        <w:t>نعم</w:t>
      </w:r>
    </w:p>
    <w:p>
      <w:r>
        <w:t>يعني ارجاع النظام الوجودي نظام اه نظام عقليا انتهى الامر</w:t>
      </w:r>
    </w:p>
    <w:p>
      <w:r>
        <w:t>ورابعها ان تكون اعرف من النتائج لتعرف لي تعرفها المجهول لا يعرف بالمجهول</w:t>
      </w:r>
    </w:p>
    <w:p>
      <w:r>
        <w:t>لتعرفها هنا تعريف التصوري او التعريف التاس ضيقي في الاعم الاغلب هناك تعريف تصديقي</w:t>
      </w:r>
    </w:p>
    <w:p>
      <w:r>
        <w:t>لتعرف يعني لتوضحها</w:t>
      </w:r>
    </w:p>
    <w:p>
      <w:r>
        <w:t>لت التبيين التصديقي لنا مقدمات لسنا في باب التعريف</w:t>
      </w:r>
    </w:p>
    <w:p>
      <w:r>
        <w:t>فان انظر يعني ويتكلم عن مقدمات البرهان ويروح الى المعرف</w:t>
      </w:r>
    </w:p>
    <w:p>
      <w:r>
        <w:t>هذا الخلط البيداغوجي ما عليهش</w:t>
      </w:r>
    </w:p>
    <w:p>
      <w:r>
        <w:t>نتسامح</w:t>
      </w:r>
    </w:p>
    <w:p>
      <w:r>
        <w:t>اذا عندنا اليات للتعريف وعندنا اليات للتصديق</w:t>
      </w:r>
    </w:p>
    <w:p>
      <w:r>
        <w:t>اليات منطقية</w:t>
      </w:r>
    </w:p>
    <w:p>
      <w:r>
        <w:t>نأتي الى المخزون المعرفي</w:t>
      </w:r>
    </w:p>
    <w:p>
      <w:r>
        <w:t>نكتشف الواضح الذي يبين اللاواضح</w:t>
      </w:r>
    </w:p>
    <w:p>
      <w:r>
        <w:t>المجهول</w:t>
      </w:r>
    </w:p>
    <w:p>
      <w:r>
        <w:t>في البعد التصوري وفي البعد التاس</w:t>
      </w:r>
    </w:p>
    <w:p>
      <w:r>
        <w:t>الضيقي فان المعرف يجب ان يكون اعرف من المعرف</w:t>
      </w:r>
    </w:p>
    <w:p>
      <w:r>
        <w:t>المعرف الذي هو في المخزون المعرفي الذي خضع لقانون التعريف</w:t>
      </w:r>
    </w:p>
    <w:p>
      <w:r>
        <w:t>اعرف من المعرف المعروف كتب المجهول التصوري</w:t>
      </w:r>
    </w:p>
    <w:p>
      <w:r>
        <w:t>اذا كنت في التصديق تقول المجهول التصديقي والمعلوم التصديقي</w:t>
      </w:r>
    </w:p>
    <w:p>
      <w:r>
        <w:t>جينا الى المخزون المعرفي اكتشفنا المناسب وهو المعلوم التصديقي اخضعناه لقواعد القياس</w:t>
      </w:r>
    </w:p>
    <w:p>
      <w:r>
        <w:t>اذا كنا في البرهان يجب ان يكون هذا المعلوم التصديقي في الخزانة المعرفية</w:t>
      </w:r>
    </w:p>
    <w:p>
      <w:r>
        <w:t>يقينيا ثم ينتج المجهول التصديقي يصير معلوما تصديقيا</w:t>
      </w:r>
    </w:p>
    <w:p>
      <w:r>
        <w:t>للمناسبة واخضاع هذا المخزون المعرفي للقوانين المنطقية وهي القياس البرهاني بهذه الشروط</w:t>
      </w:r>
    </w:p>
    <w:p>
      <w:r>
        <w:t>بكونها اع بكونها اعرف منها يعني المقدمات اعرف من النتائج ان تكون اكثر وضوحا ويقينيا</w:t>
      </w:r>
    </w:p>
    <w:p>
      <w:r>
        <w:t>لماذا? لما علل ذوات الاسباب لا تعلم الا علالها</w:t>
      </w:r>
    </w:p>
    <w:p>
      <w:r>
        <w:t>اذا العلل تكون مجهولة ام تكون واضحة شد من المعلول</w:t>
      </w:r>
    </w:p>
    <w:p>
      <w:r>
        <w:t>نعم</w:t>
      </w:r>
    </w:p>
    <w:p>
      <w:r>
        <w:t>ليكون هاي الغاية</w:t>
      </w:r>
    </w:p>
    <w:p>
      <w:r>
        <w:t>ليكون وضوحها مقتضيا لوضوح النتائج</w:t>
      </w:r>
    </w:p>
    <w:p>
      <w:r>
        <w:t>المناسبة</w:t>
      </w:r>
    </w:p>
    <w:p>
      <w:r>
        <w:t>المناسبة المعرفية</w:t>
      </w:r>
    </w:p>
    <w:p>
      <w:r>
        <w:t>فان الوض واليقين للمقدمات اولا وبالذات</w:t>
      </w:r>
    </w:p>
    <w:p>
      <w:r>
        <w:t>وللنتائج ثانيا وبالعروف</w:t>
      </w:r>
    </w:p>
    <w:p>
      <w:r>
        <w:t>جدا كلام نفيس</w:t>
      </w:r>
    </w:p>
    <w:p>
      <w:r>
        <w:t>من العلامة الحلي</w:t>
      </w:r>
    </w:p>
    <w:p>
      <w:r>
        <w:t>اذا لان العلل واضحة المعلومات تكون واضحة ثم يأتي ويقول الدليل على وجود الله تعالى كيف الدليل على وجود الله تعالى؟ وهو علتك</w:t>
      </w:r>
    </w:p>
    <w:p>
      <w:r>
        <w:t>ويكون اوضح من منك انت</w:t>
      </w:r>
    </w:p>
    <w:p>
      <w:r>
        <w:t>لا يقول هذا في مقام مقام الاثبات في مقام التعقل</w:t>
      </w:r>
    </w:p>
    <w:p>
      <w:r>
        <w:t>في مقام التعقل الله مجهول مجهول الوجود فنأتي الى عالم الخلق من خلال اياته الافقية والانفسية آآ نثبت على نثبت وجوده نقول نعم في مرحلة ما</w:t>
      </w:r>
    </w:p>
    <w:p>
      <w:r>
        <w:t>مرحلة تعليمية ما اما في الواقع ونفس الامر اعظم المخلوقات بالله تعالى</w:t>
      </w:r>
    </w:p>
    <w:p>
      <w:r>
        <w:t>نعم</w:t>
      </w:r>
    </w:p>
    <w:p>
      <w:r>
        <w:t>وخامسها خامس هذه الشروط ان تكون مناسبة للنتائج</w:t>
      </w:r>
    </w:p>
    <w:p>
      <w:r>
        <w:t>بمعنى ان تكون ذاتية اولية</w:t>
      </w:r>
    </w:p>
    <w:p>
      <w:r>
        <w:t>هذا هو العرض الذاتي</w:t>
      </w:r>
    </w:p>
    <w:p>
      <w:r>
        <w:t>نعم ونعني بالذات اكتب هذا المحور او المحور الدلالي</w:t>
      </w:r>
    </w:p>
    <w:p>
      <w:r>
        <w:t>يعني يعرف العلامة الحلي الذاتي</w:t>
      </w:r>
    </w:p>
    <w:p>
      <w:r>
        <w:t>نعم شباب البرهان</w:t>
      </w:r>
    </w:p>
    <w:p>
      <w:r>
        <w:t>ما يعم المقوم والعرض الذاتي</w:t>
      </w:r>
    </w:p>
    <w:p>
      <w:r>
        <w:t>الذاتي باب البرهان يكتب هنا الذاتي باب البرهان</w:t>
      </w:r>
    </w:p>
    <w:p>
      <w:r>
        <w:t>ما يعم المقوم يعني الجنس والفصل والعرض الذاتي العرض الذاتي هو اللازم للموضوع اللازم بين غير بين ما يهم</w:t>
      </w:r>
    </w:p>
    <w:p>
      <w:r>
        <w:t>المهم يكون لازما</w:t>
      </w:r>
    </w:p>
    <w:p>
      <w:r>
        <w:t>اللازم ما هو? هو نفس الذات متعينة</w:t>
      </w:r>
    </w:p>
    <w:p>
      <w:r>
        <w:t>اذا لم يكن لازما خلينا من البعد البيستيمي</w:t>
      </w:r>
    </w:p>
    <w:p>
      <w:r>
        <w:t>يكون بينا يكون مطلوبا يستدل عليه</w:t>
      </w:r>
    </w:p>
    <w:p>
      <w:r>
        <w:t>لا يهمنا البعد من التسليم</w:t>
      </w:r>
    </w:p>
    <w:p>
      <w:r>
        <w:t>المهم هنا يكون لازما</w:t>
      </w:r>
    </w:p>
    <w:p>
      <w:r>
        <w:t>يعني الذات متعينة</w:t>
      </w:r>
    </w:p>
    <w:p>
      <w:r>
        <w:t>اللازم هو ذات الزوجية ليست غريبة عن الاربعة</w:t>
      </w:r>
    </w:p>
    <w:p>
      <w:r>
        <w:t>الاربعة بحيثية الانقسام تكون زوجا</w:t>
      </w:r>
    </w:p>
    <w:p>
      <w:r>
        <w:t>يعني الاربعة هي الزوج</w:t>
      </w:r>
    </w:p>
    <w:p>
      <w:r>
        <w:t>بنحوين</w:t>
      </w:r>
    </w:p>
    <w:p>
      <w:r>
        <w:t>هذا هو العرض الذاتي</w:t>
      </w:r>
    </w:p>
    <w:p>
      <w:r>
        <w:t>يعطي الضابطة تأتي بالتفصيل</w:t>
      </w:r>
    </w:p>
    <w:p>
      <w:r>
        <w:t>ما يعم المقوم</w:t>
      </w:r>
    </w:p>
    <w:p>
      <w:r>
        <w:t>المقوم ما هو الجنس والفصل هذه والعرض والعرض الذاتي</w:t>
      </w:r>
    </w:p>
    <w:p>
      <w:r>
        <w:t>احسن يقول هو العرضية الذاتي</w:t>
      </w:r>
    </w:p>
    <w:p>
      <w:r>
        <w:t>العرضي الذاتي</w:t>
      </w:r>
    </w:p>
    <w:p>
      <w:r>
        <w:t>العرض في مقابل جوهر</w:t>
      </w:r>
    </w:p>
    <w:p>
      <w:r>
        <w:t>نحن هنا لسنا في الواقع</w:t>
      </w:r>
    </w:p>
    <w:p>
      <w:r>
        <w:t>نحن هنا في في النظم المنطقي</w:t>
      </w:r>
    </w:p>
    <w:p>
      <w:r>
        <w:t>في الواقع عندنا جوهر في في باب المنطق ان العرضي في مقابلة ذاتي</w:t>
      </w:r>
    </w:p>
    <w:p>
      <w:r>
        <w:t>اذا الصحيح العرضي الذاتي على ما سيأتي بيانه في البند الاتي</w:t>
      </w:r>
    </w:p>
    <w:p>
      <w:r>
        <w:t>ونعني بالاولى بالاول ما يحمل لا بواسطة امر اعم</w:t>
      </w:r>
    </w:p>
    <w:p>
      <w:r>
        <w:t>هذه ضابطة العارض الذاتي بين هويته ثم بين الظابط ما يحمل لا بواسطة امر اهم</w:t>
      </w:r>
    </w:p>
    <w:p>
      <w:r>
        <w:t>بواسطة امر اخص كيف سياتي</w:t>
      </w:r>
    </w:p>
    <w:p>
      <w:r>
        <w:t>كالحساس على الانسان فان المحمول بحسب الاعم لا يكون اولا</w:t>
      </w:r>
    </w:p>
    <w:p>
      <w:r>
        <w:t>الحس يأتي الى الانسان ببركة الحيوان</w:t>
      </w:r>
    </w:p>
    <w:p>
      <w:r>
        <w:t>والحيوان اعم يعني يطال الحمار ويطال البقر ويطال الاسد</w:t>
      </w:r>
    </w:p>
    <w:p>
      <w:r>
        <w:t>اذا الحساسية ليست من الاعراض الذاتية للان</w:t>
      </w:r>
    </w:p>
    <w:p>
      <w:r>
        <w:t>يعني الانسان حساس لانه نعم وانما شرطنا ذلك يعني ان يكون اه اوليا لان الغريب الغريب يعني الذي له ليس له علاقة بالذات والموضوع لا يفيد اليقين بلا ما لا يناسبه لعدم العلاقة الطبيعية بينهما لعدم العلاقة الطبيعية يعني في نظام التكوين ما عندنا علاقة بين الذات او الموضوع وهذا المحمول الغريب</w:t>
      </w:r>
    </w:p>
    <w:p>
      <w:r>
        <w:t>سادسها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