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يا الله والحمد لله</w:t>
      </w:r>
    </w:p>
    <w:p>
      <w:r>
        <w:t>والله اكبر</w:t>
      </w:r>
    </w:p>
    <w:p>
      <w:r>
        <w:t>اعوذ بالله من الشيطان الرجيم</w:t>
      </w:r>
    </w:p>
    <w:p>
      <w:r>
        <w:t>بسم الله الرحمن 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 وسادسها</w:t>
      </w:r>
    </w:p>
    <w:p>
      <w:r>
        <w:t>ان تكون ظرورية بحسب الذات او بحسب الوصف بمعنى ان تكون مطلق عرفي شاملة لهما على ما يأتي في البند ميتين وتمنية وتسعين</w:t>
      </w:r>
    </w:p>
    <w:p>
      <w:r>
        <w:t>في المتن ذكر المحقق الطوسي هذه الضرورة اعيد المتن من اوله يجب ان تكون مقدمات البرهان بعد كونها يقينية وهذا تعريف والبرهان</w:t>
      </w:r>
    </w:p>
    <w:p>
      <w:r>
        <w:t>مقدمات يقينية تورث نتيجة يقينية</w:t>
      </w:r>
    </w:p>
    <w:p>
      <w:r>
        <w:t>الشرط الأول اقدم ان تكون مقدمات البرهان اقدم بالطبع وعند العقل يعني مقام الإثبات مقام الثبوت</w:t>
      </w:r>
    </w:p>
    <w:p>
      <w:r>
        <w:t>من النتائج لتكون علل بحسب الأمرين لأن العلة متقدمة بالطبع على على معلولها مقدمة متقدمة التقدم الوجودي</w:t>
      </w:r>
    </w:p>
    <w:p>
      <w:r>
        <w:t>هذا شرط ضروري جدا</w:t>
      </w:r>
    </w:p>
    <w:p>
      <w:r>
        <w:t>واعرف من الواضح يوضح المجهول</w:t>
      </w:r>
    </w:p>
    <w:p>
      <w:r>
        <w:t>وليس المجهول الغم واعرفها من النتائج لماذا? لتعرفها حتى تجليها</w:t>
      </w:r>
    </w:p>
    <w:p>
      <w:r>
        <w:t>وان تكون الشرط الثالث وان تكون مناسبة يعني ان تكون على المحمول هيكون عرضيا ذاتيا لموضوعها في جميع المقدمات</w:t>
      </w:r>
    </w:p>
    <w:p>
      <w:r>
        <w:t>اعني ان تكون محمولات المقدمات ذاتية لموضوعاتها اولية</w:t>
      </w:r>
    </w:p>
    <w:p>
      <w:r>
        <w:t>والا تنتج النتيجة بالعرظ وليس بالحقيقة</w:t>
      </w:r>
    </w:p>
    <w:p>
      <w:r>
        <w:t>نعم وان تكون ظرورية كلية</w:t>
      </w:r>
    </w:p>
    <w:p>
      <w:r>
        <w:t>وانا فسرتها بتفسيرين ضرورية الصدق يعني مطابقة للواقع</w:t>
      </w:r>
    </w:p>
    <w:p>
      <w:r>
        <w:t>او ضرورة الجهة</w:t>
      </w:r>
    </w:p>
    <w:p>
      <w:r>
        <w:t>الكلية واضحة جدا</w:t>
      </w:r>
    </w:p>
    <w:p>
      <w:r>
        <w:t>يعني تطال جميع المصادق</w:t>
      </w:r>
    </w:p>
    <w:p>
      <w:r>
        <w:t>هنا العلامة الحلي يشرح للضرورة ضرورة الجهة</w:t>
      </w:r>
    </w:p>
    <w:p>
      <w:r>
        <w:t>وليست ضرورة الصدق وسادسها ان تكون ضرورية</w:t>
      </w:r>
    </w:p>
    <w:p>
      <w:r>
        <w:t>ما معنى الضرورية? هي بحسب الذات</w:t>
      </w:r>
    </w:p>
    <w:p>
      <w:r>
        <w:t>او بحسب الوصف</w:t>
      </w:r>
    </w:p>
    <w:p>
      <w:r>
        <w:t>يعني ظرورية بحسب الذات</w:t>
      </w:r>
    </w:p>
    <w:p>
      <w:r>
        <w:t>المحمول ناتج من الذات</w:t>
      </w:r>
    </w:p>
    <w:p>
      <w:r>
        <w:t>ضروريا</w:t>
      </w:r>
    </w:p>
    <w:p>
      <w:r>
        <w:t>ضرورة ناتجة من اصل الذات</w:t>
      </w:r>
    </w:p>
    <w:p>
      <w:r>
        <w:t>مرة لا</w:t>
      </w:r>
    </w:p>
    <w:p>
      <w:r>
        <w:t>الذات لا تكفي يجب ان تتصف بوصف</w:t>
      </w:r>
    </w:p>
    <w:p>
      <w:r>
        <w:t>اذا المحمول ضروري ببركة الوصف</w:t>
      </w:r>
    </w:p>
    <w:p>
      <w:r>
        <w:t>بمعنى ان تكون مطلقة عرفية</w:t>
      </w:r>
    </w:p>
    <w:p>
      <w:r>
        <w:t>شاملة لهما</w:t>
      </w:r>
    </w:p>
    <w:p>
      <w:r>
        <w:t>مطلقة عرفية شاملة لهما</w:t>
      </w:r>
    </w:p>
    <w:p>
      <w:r>
        <w:t>يعني الظرورة الذاتية والظرورة الوص في على ما يأتي بيانه ان شاء الله بالتفصيل</w:t>
      </w:r>
    </w:p>
    <w:p>
      <w:r>
        <w:t>هذا شرط الجامع للظرورة الذاتية والظرورة الوصفية هي مطلقة عور سياء مطلقة عرفية نعم</w:t>
      </w:r>
    </w:p>
    <w:p>
      <w:r>
        <w:t>يعني فيه ضرورة ودائمة دائمية الضرورة ليست مقطعية والا تنتج النتيجة في مقطع ولا تنتج</w:t>
      </w:r>
    </w:p>
    <w:p>
      <w:r>
        <w:t>لا لانتاج يجب ان يكون دائميا</w:t>
      </w:r>
    </w:p>
    <w:p>
      <w:r>
        <w:t>اذا ضرورية ودائمية</w:t>
      </w:r>
    </w:p>
    <w:p>
      <w:r>
        <w:t>وسابعها ان تكون كلية كلية الصدق يعني تسري في جميع المصاديق</w:t>
      </w:r>
    </w:p>
    <w:p>
      <w:r>
        <w:t>بمعنى ان تكون اه محمولة على جميع الاشخاص في جميع الازمنة</w:t>
      </w:r>
    </w:p>
    <w:p>
      <w:r>
        <w:t>حتى لا يكون المحمول لاحقا بحسب امر بالأخص من الموضوع كالظاحك على الحساس</w:t>
      </w:r>
    </w:p>
    <w:p>
      <w:r>
        <w:t>لا ما عندها العلاقة بهذا الأمر</w:t>
      </w:r>
    </w:p>
    <w:p>
      <w:r>
        <w:t>حتى لا يكون المحمول لاحقا بحسب امر اخص</w:t>
      </w:r>
    </w:p>
    <w:p>
      <w:r>
        <w:t>هذا له علاقة بالمناسب وان تكون مناسبة</w:t>
      </w:r>
    </w:p>
    <w:p>
      <w:r>
        <w:t>يعني عرض ذاتي</w:t>
      </w:r>
    </w:p>
    <w:p>
      <w:r>
        <w:t>ما عندها العلاقة لا هنا توجد فقط الى السريان الصدقي فقط</w:t>
      </w:r>
    </w:p>
    <w:p>
      <w:r>
        <w:t>يعني لا تجد دائرة من المصاديق لا تشملها النسبة في المقدمة الصغرى وفي المقدمة الكبرى</w:t>
      </w:r>
    </w:p>
    <w:p>
      <w:r>
        <w:t>فالنتيجة تكون كذلك سريان صدقي</w:t>
      </w:r>
    </w:p>
    <w:p>
      <w:r>
        <w:t>ما عندها علاقة بالمحمول</w:t>
      </w:r>
    </w:p>
    <w:p>
      <w:r>
        <w:t>هذا المحمول المناسب ذكره في في الشرط الثالث المناسبة وقال هناك اعني ان تكون محمولاتها ذاتية لموضوعاتها اولية</w:t>
      </w:r>
    </w:p>
    <w:p>
      <w:r>
        <w:t>العلامة الحنين والأدمج الشرط الثالث مع الشرط السابع</w:t>
      </w:r>
    </w:p>
    <w:p>
      <w:r>
        <w:t>لا كل يعني المقدمة الاولى تسري بمحمولها في جميع مصادق الموضوع</w:t>
      </w:r>
    </w:p>
    <w:p>
      <w:r>
        <w:t>في الكبرى المقدمة الكبرى</w:t>
      </w:r>
    </w:p>
    <w:p>
      <w:r>
        <w:t>تسري بمحمولها في جميع صديق الموظوع والنتيجة تسري بمحمولها في جميع مصادق هذا هو الشرط</w:t>
      </w:r>
    </w:p>
    <w:p>
      <w:r>
        <w:t>حتى لا يكون المحمول لاحقا بحسب امر اخص من الموضوع كالظاحك على الحساس</w:t>
      </w:r>
    </w:p>
    <w:p>
      <w:r>
        <w:t>نعم الظاحك على الحساس اه يصدق عليه بالمجاز لأنه الحساس وصف للحيوان والحيوان لا يضحك</w:t>
      </w:r>
    </w:p>
    <w:p>
      <w:r>
        <w:t>اذا اذا حملت الضحك على الحيوان حملته على الحساس يعني حملته على الحيوان</w:t>
      </w:r>
    </w:p>
    <w:p>
      <w:r>
        <w:t>فالأسد يضحك لا اذن يجب ان يخصص الضحك بالحيوان الانسانية نعم فانه يكون محمول على جميع ما هو حساس بل على بعضه فلا يكون حمله عليه كليا</w:t>
      </w:r>
    </w:p>
    <w:p>
      <w:r>
        <w:t>فالضحك يحمل على جزء الحيوان</w:t>
      </w:r>
    </w:p>
    <w:p>
      <w:r>
        <w:t>بعض الحيوان وهو الانسان فقط</w:t>
      </w:r>
    </w:p>
    <w:p>
      <w:r>
        <w:t>اذا من شروط مقدم البرهان ان تكون كل يعني سريان الصدق</w:t>
      </w:r>
    </w:p>
    <w:p>
      <w:r>
        <w:t>الجامع</w:t>
      </w:r>
    </w:p>
    <w:p>
      <w:r>
        <w:t>وهذان الاخير ان يعني السادس والسابع يختصان بالمطالب الضرورية لكل لي</w:t>
      </w:r>
    </w:p>
    <w:p>
      <w:r>
        <w:t>نعم</w:t>
      </w:r>
    </w:p>
    <w:p>
      <w:r>
        <w:t>ضرورية الكلية</w:t>
      </w:r>
    </w:p>
    <w:p>
      <w:r>
        <w:t>يعني مطالب ستكون ضرورية وسريان الصدق فيها كلي</w:t>
      </w:r>
    </w:p>
    <w:p>
      <w:r>
        <w:t>هذه هي الشرائط البرهان</w:t>
      </w:r>
    </w:p>
    <w:p>
      <w:r>
        <w:t>اذا توفرت في مقدمات البرهان النتيجة تكون ضرورية</w:t>
      </w:r>
    </w:p>
    <w:p>
      <w:r>
        <w:t>نعم صوريا وتكون ضرورية كذلك الذاتي في باب البرهان</w:t>
      </w:r>
    </w:p>
    <w:p>
      <w:r>
        <w:t>الشروط الأخرى كلها واضحة</w:t>
      </w:r>
    </w:p>
    <w:p>
      <w:r>
        <w:t>الذات البرهان هذا يحتاج الى بيان</w:t>
      </w:r>
    </w:p>
    <w:p>
      <w:r>
        <w:t>نعم انا اعطيك اه ضوابط ثلاث اساسية</w:t>
      </w:r>
    </w:p>
    <w:p>
      <w:r>
        <w:t>ضابطة التعريف العروض وضابطة انطولوجية</w:t>
      </w:r>
    </w:p>
    <w:p>
      <w:r>
        <w:t>اكتبها جيدا نهائيا</w:t>
      </w:r>
    </w:p>
    <w:p>
      <w:r>
        <w:t>ضابطة التعريف العرضي الذاتي</w:t>
      </w:r>
    </w:p>
    <w:p>
      <w:r>
        <w:t>اذا اردنا ان نعرفه نأتي بموضوعه الذي تعين به</w:t>
      </w:r>
    </w:p>
    <w:p>
      <w:r>
        <w:t>يجب ادخال يجب ادخال الموضوع في تعريفه</w:t>
      </w:r>
    </w:p>
    <w:p>
      <w:r>
        <w:t>تقول لماذا شيخنا? لان لا هوية له</w:t>
      </w:r>
    </w:p>
    <w:p>
      <w:r>
        <w:t>هو لا هوية له</w:t>
      </w:r>
    </w:p>
    <w:p>
      <w:r>
        <w:t>تأتي تبحث عن هوية لا تجده</w:t>
      </w:r>
    </w:p>
    <w:p>
      <w:r>
        <w:t>هويته اين في الوجود? اذا انت تتعامل مع الوجود</w:t>
      </w:r>
    </w:p>
    <w:p>
      <w:r>
        <w:t>الجلوس</w:t>
      </w:r>
    </w:p>
    <w:p>
      <w:r>
        <w:t>عرف للجلوس</w:t>
      </w:r>
    </w:p>
    <w:p>
      <w:r>
        <w:t>وتقول شيء على هيئة خاصة</w:t>
      </w:r>
    </w:p>
    <w:p>
      <w:r>
        <w:t>شيء على هيئة خاصة</w:t>
      </w:r>
    </w:p>
    <w:p>
      <w:r>
        <w:t>تأتي بالشيء الذي تعين بالجلوس</w:t>
      </w:r>
    </w:p>
    <w:p>
      <w:r>
        <w:t>اذا الضابطة الضابطة التعريفية معرفة تعريف معرفة</w:t>
      </w:r>
    </w:p>
    <w:p>
      <w:r>
        <w:t>يريث التصور اذا اردنا ان نجلي العرض الذاتي لا نقدر الا بالموضوع الذي تعين به السر سر انطولوجي لا هوية له</w:t>
      </w:r>
    </w:p>
    <w:p>
      <w:r>
        <w:t>هذه هي الضابطة? ولهذا اذا اردت ان تعرف الاصالة ان تقول الموجود الذي لا يحتاج الى حيثيات تقليدي</w:t>
      </w:r>
    </w:p>
    <w:p>
      <w:r>
        <w:t>العلة الموجود الذي يصدر عنه شيء اخر</w:t>
      </w:r>
    </w:p>
    <w:p>
      <w:r>
        <w:t>المعلوم الوجود الذي يصدر من غيره</w:t>
      </w:r>
    </w:p>
    <w:p>
      <w:r>
        <w:t>التقدم الوجود الذي يسبق غيره في الوجود وهكذا</w:t>
      </w:r>
    </w:p>
    <w:p>
      <w:r>
        <w:t>دائما الوجود يدخل في تعينات في اعراضه الذاتية</w:t>
      </w:r>
    </w:p>
    <w:p>
      <w:r>
        <w:t>الزوجية الزوجية عرض ذاتي للعدد</w:t>
      </w:r>
    </w:p>
    <w:p>
      <w:r>
        <w:t>العدد الذي ينقسم الى متساويين</w:t>
      </w:r>
    </w:p>
    <w:p>
      <w:r>
        <w:t>فهو حيثية للعادات الزوجية</w:t>
      </w:r>
    </w:p>
    <w:p>
      <w:r>
        <w:t>والفرد العدد الذي لا ينقسم الى متساوين</w:t>
      </w:r>
    </w:p>
    <w:p>
      <w:r>
        <w:t>اذا الفردي او الزوجية ثم فر عليها</w:t>
      </w:r>
    </w:p>
    <w:p>
      <w:r>
        <w:t>حيثية العدد اذا اردت ان تعرف الزوجية لا هويتنا</w:t>
      </w:r>
    </w:p>
    <w:p>
      <w:r>
        <w:t>وهذا البعد الانطلوجي سنشير اليه</w:t>
      </w:r>
    </w:p>
    <w:p>
      <w:r>
        <w:t>اذا يجب ان تأتي بالموضوع الذي تعين به</w:t>
      </w:r>
    </w:p>
    <w:p>
      <w:r>
        <w:t>هذه الضابطة المعرفية</w:t>
      </w:r>
    </w:p>
    <w:p>
      <w:r>
        <w:t>الضابطة في العروض</w:t>
      </w:r>
    </w:p>
    <w:p>
      <w:r>
        <w:t>الضابطة الثانية الضابطة العروظية</w:t>
      </w:r>
    </w:p>
    <w:p>
      <w:r>
        <w:t>اذا عرظ طبعا في مقام التحليل في الانطولوجية لا معنى للعروض</w:t>
      </w:r>
    </w:p>
    <w:p>
      <w:r>
        <w:t>ان هو الموضوع بذاته</w:t>
      </w:r>
    </w:p>
    <w:p>
      <w:r>
        <w:t>العروض انت عندك اثنان</w:t>
      </w:r>
    </w:p>
    <w:p>
      <w:r>
        <w:t>عندك الذات او الموظوع وعندك المحمول</w:t>
      </w:r>
    </w:p>
    <w:p>
      <w:r>
        <w:t>هنا الثنائية في في في النظم المنطقي</w:t>
      </w:r>
    </w:p>
    <w:p>
      <w:r>
        <w:t>العروض دائما عروض في النظم المنطقي</w:t>
      </w:r>
    </w:p>
    <w:p>
      <w:r>
        <w:t>تفكك بين الذات والتعين</w:t>
      </w:r>
    </w:p>
    <w:p>
      <w:r>
        <w:t>ثم تحمله مرة ثانية</w:t>
      </w:r>
    </w:p>
    <w:p>
      <w:r>
        <w:t>يعرضها</w:t>
      </w:r>
    </w:p>
    <w:p>
      <w:r>
        <w:t>اذا عرضها لواسطة فهو ليس من تعيناتها نعم</w:t>
      </w:r>
    </w:p>
    <w:p>
      <w:r>
        <w:t>ليس من تعيناتها</w:t>
      </w:r>
    </w:p>
    <w:p>
      <w:r>
        <w:t>نعم قد يعرضها ببركة التعين من تعيناتها</w:t>
      </w:r>
    </w:p>
    <w:p>
      <w:r>
        <w:t>نعم</w:t>
      </w:r>
    </w:p>
    <w:p>
      <w:r>
        <w:t>الا يمكن</w:t>
      </w:r>
    </w:p>
    <w:p>
      <w:r>
        <w:t>لماذا? لان مخرجنا من التعين</w:t>
      </w:r>
    </w:p>
    <w:p>
      <w:r>
        <w:t>تعين التعين هو للمتعين</w:t>
      </w:r>
    </w:p>
    <w:p>
      <w:r>
        <w:t>عندك انت الوجود يتعين بالعلية</w:t>
      </w:r>
    </w:p>
    <w:p>
      <w:r>
        <w:t>العلية ما هي الوجود الذي يصدر منه شيء</w:t>
      </w:r>
    </w:p>
    <w:p>
      <w:r>
        <w:t>ثم التقدم تقدم العلة على معلولها هي تقدم للوجود</w:t>
      </w:r>
    </w:p>
    <w:p>
      <w:r>
        <w:t>لان العلية لا هوية لها</w:t>
      </w:r>
    </w:p>
    <w:p>
      <w:r>
        <w:t>اذا في العروض لا يعروظ الذات او الموضوع لامر اخص</w:t>
      </w:r>
    </w:p>
    <w:p>
      <w:r>
        <w:t>نعم</w:t>
      </w:r>
    </w:p>
    <w:p>
      <w:r>
        <w:t>يعني لا تحتاج الى واسطة في العروض</w:t>
      </w:r>
    </w:p>
    <w:p>
      <w:r>
        <w:t>اذا تحتاج الى واسطة في العروض هو ليس من شؤونات الذات</w:t>
      </w:r>
    </w:p>
    <w:p>
      <w:r>
        <w:t>قد يحتاج يحتاج الى واسطة</w:t>
      </w:r>
    </w:p>
    <w:p>
      <w:r>
        <w:t>قد تكون هناك واسطة</w:t>
      </w:r>
    </w:p>
    <w:p>
      <w:r>
        <w:t>الى ان هذه الواسطة من شؤونات الذات</w:t>
      </w:r>
    </w:p>
    <w:p>
      <w:r>
        <w:t>فالذات تحرث تحظر في الشؤون شؤونين في العلمية والتقدم على المعلول لاحظت? هي هي</w:t>
      </w:r>
    </w:p>
    <w:p>
      <w:r>
        <w:t>هذه الضابطة في العروض الضابطة الانطلوجية لا هوية لها</w:t>
      </w:r>
    </w:p>
    <w:p>
      <w:r>
        <w:t>يعني العرضية الذاتي لا هوية له</w:t>
      </w:r>
    </w:p>
    <w:p>
      <w:r>
        <w:t>فاقد للهوية</w:t>
      </w:r>
    </w:p>
    <w:p>
      <w:r>
        <w:t>وجود ربطي</w:t>
      </w:r>
    </w:p>
    <w:p>
      <w:r>
        <w:t>وجود ربطي وبالتالي اذا عرفته في الضابطة التعريفية تحتاج الى الوجود وفي العروظ لا هوية له حتى يحتاج الى واسطة</w:t>
      </w:r>
    </w:p>
    <w:p>
      <w:r>
        <w:t>نعم</w:t>
      </w:r>
    </w:p>
    <w:p>
      <w:r>
        <w:t>قال والذات ها هنا اعم من المقوم</w:t>
      </w:r>
    </w:p>
    <w:p>
      <w:r>
        <w:t>ذاتي باب البرهان امن المقوم</w:t>
      </w:r>
    </w:p>
    <w:p>
      <w:r>
        <w:t>المقوم هو الجنس والفصل</w:t>
      </w:r>
    </w:p>
    <w:p>
      <w:r>
        <w:t>ذاك ذاتي باب ايساغوجي</w:t>
      </w:r>
    </w:p>
    <w:p>
      <w:r>
        <w:t>يعني باب ذاتي باب الكليات</w:t>
      </w:r>
    </w:p>
    <w:p>
      <w:r>
        <w:t>ذاتي هنا يعني مكون للذات مكون للذات</w:t>
      </w:r>
    </w:p>
    <w:p>
      <w:r>
        <w:t>اما العرض الذاتي لا يكون الذات</w:t>
      </w:r>
    </w:p>
    <w:p>
      <w:r>
        <w:t>يكونها نعم</w:t>
      </w:r>
    </w:p>
    <w:p>
      <w:r>
        <w:t>معرفيا</w:t>
      </w:r>
    </w:p>
    <w:p>
      <w:r>
        <w:t>انت تتسع الذات في معرفتك</w:t>
      </w:r>
    </w:p>
    <w:p>
      <w:r>
        <w:t>كانها تركبت</w:t>
      </w:r>
    </w:p>
    <w:p>
      <w:r>
        <w:t>فتكونها فالذات الغنية بالحيثيات</w:t>
      </w:r>
    </w:p>
    <w:p>
      <w:r>
        <w:t>كل ما عرفت انت هاذي الحيثيات تعرف الذات</w:t>
      </w:r>
    </w:p>
    <w:p>
      <w:r>
        <w:t>نعم</w:t>
      </w:r>
    </w:p>
    <w:p>
      <w:r>
        <w:t>يعني معرفيا</w:t>
      </w:r>
    </w:p>
    <w:p>
      <w:r>
        <w:t>اما في الانطلوجي في البعد الانطولوجي والتحققي في النظم التحققي</w:t>
      </w:r>
    </w:p>
    <w:p>
      <w:r>
        <w:t>الهويات لا تكون الذات لا معنى لتكون الذات لان لا هوية لها خلاص</w:t>
      </w:r>
    </w:p>
    <w:p>
      <w:r>
        <w:t>اذا هذا اعم</w:t>
      </w:r>
    </w:p>
    <w:p>
      <w:r>
        <w:t>يشمل الذات ويشمل التعينات</w:t>
      </w:r>
    </w:p>
    <w:p>
      <w:r>
        <w:t>الذاتي العربي او العربي الذاتي احسن</w:t>
      </w:r>
    </w:p>
    <w:p>
      <w:r>
        <w:t>والذاتي ها هنا يعني في باب البرهان ها هنا يكتب في باب البرهان</w:t>
      </w:r>
    </w:p>
    <w:p>
      <w:r>
        <w:t>اهم من المقوم المقوم هو الكليات الخمس من? الجنس والفصل</w:t>
      </w:r>
    </w:p>
    <w:p>
      <w:r>
        <w:t>فانه يعني الذاتي في باب يشمل ايضا الاعراض الذاتية</w:t>
      </w:r>
    </w:p>
    <w:p>
      <w:r>
        <w:t>الاعراض الذاتية يعني الاعراض الذاتي</w:t>
      </w:r>
    </w:p>
    <w:p>
      <w:r>
        <w:t>الاعراض هنا بجمع عربي</w:t>
      </w:r>
    </w:p>
    <w:p>
      <w:r>
        <w:t>وليس جمع عرظ</w:t>
      </w:r>
    </w:p>
    <w:p>
      <w:r>
        <w:t>العرض الذاتي اعطيتك الظابطة التعريفية والظابطة العروظية والظابطة وهي هذه الأعراض الذاتية وهي التي تلحق الموضوع</w:t>
      </w:r>
    </w:p>
    <w:p>
      <w:r>
        <w:t>اكتب تحتها تلحق الموضوع في باب التحليل</w:t>
      </w:r>
    </w:p>
    <w:p>
      <w:r>
        <w:t>تلحق يعني ها</w:t>
      </w:r>
    </w:p>
    <w:p>
      <w:r>
        <w:t>جات</w:t>
      </w:r>
    </w:p>
    <w:p>
      <w:r>
        <w:t>نعم</w:t>
      </w:r>
    </w:p>
    <w:p>
      <w:r>
        <w:t>تحمل تحمل على اه الموضوع</w:t>
      </w:r>
    </w:p>
    <w:p>
      <w:r>
        <w:t>تلحق الموظوع يعني تحمل على الموضوع</w:t>
      </w:r>
    </w:p>
    <w:p>
      <w:r>
        <w:t>اذا عندنا اثنان موظوع وهي العروض يأتي العروض</w:t>
      </w:r>
    </w:p>
    <w:p>
      <w:r>
        <w:t>في النظم المنطقي</w:t>
      </w:r>
    </w:p>
    <w:p>
      <w:r>
        <w:t>هذه الابعاد كلما الطالب العزيز يتقنها كلما كانت ذهنيته آآ قوية وتحليلية</w:t>
      </w:r>
    </w:p>
    <w:p>
      <w:r>
        <w:t>وهي التي تلحق الموضوع لماهيته</w:t>
      </w:r>
    </w:p>
    <w:p>
      <w:r>
        <w:t>هذه للعروضية</w:t>
      </w:r>
    </w:p>
    <w:p>
      <w:r>
        <w:t>الظابطة العروضية</w:t>
      </w:r>
    </w:p>
    <w:p>
      <w:r>
        <w:t>كالظاحك للانسان</w:t>
      </w:r>
    </w:p>
    <w:p>
      <w:r>
        <w:t>الظاحك للانسان الانسان يضحك لذاته</w:t>
      </w:r>
    </w:p>
    <w:p>
      <w:r>
        <w:t>نعم ببركة التعجب والتعجب كذلك</w:t>
      </w:r>
    </w:p>
    <w:p>
      <w:r>
        <w:t>عرضي ذاتي</w:t>
      </w:r>
    </w:p>
    <w:p>
      <w:r>
        <w:t>المتعجب والظاحك حقيقة واحدة</w:t>
      </w:r>
    </w:p>
    <w:p>
      <w:r>
        <w:t>من المتعجب? الانسان بنحوه</w:t>
      </w:r>
    </w:p>
    <w:p>
      <w:r>
        <w:t>من الظاحك الانسان بنحوه? ففي التعجب الانسان حاضر في الظاحك الانسان عارض</w:t>
      </w:r>
    </w:p>
    <w:p>
      <w:r>
        <w:t>ما في بأس اذا توسط عرضي ذاتي المهم لا يكون من واسطة لا تسانخ الانسان</w:t>
      </w:r>
    </w:p>
    <w:p>
      <w:r>
        <w:t>والزوجية للعدد العدد منقسم متساوية لانقسام ذاتي له</w:t>
      </w:r>
    </w:p>
    <w:p>
      <w:r>
        <w:t>تكون هذه الحالة هي الزوجية</w:t>
      </w:r>
    </w:p>
    <w:p>
      <w:r>
        <w:t>فكل ما يقع في حد موضوع او يقع الموضوع في حده</w:t>
      </w:r>
    </w:p>
    <w:p>
      <w:r>
        <w:t>اكتب هنا الضابطة الابيستيميك ظابطة تعريفية يعني الضابطة المعرفية</w:t>
      </w:r>
    </w:p>
    <w:p>
      <w:r>
        <w:t>الى تعريفهم</w:t>
      </w:r>
    </w:p>
    <w:p>
      <w:r>
        <w:t>اذا اردت ان تعرف العرضي الذاتي بالظرورة تأتي بالوجود</w:t>
      </w:r>
    </w:p>
    <w:p>
      <w:r>
        <w:t>فكل ما يقع في حد الموضوع حد الموضوع كتب الجنس والفصل</w:t>
      </w:r>
    </w:p>
    <w:p>
      <w:r>
        <w:t>فهو ذاتي باب البرهان</w:t>
      </w:r>
    </w:p>
    <w:p>
      <w:r>
        <w:t>او يقع الموضوع في حده</w:t>
      </w:r>
    </w:p>
    <w:p>
      <w:r>
        <w:t>هذا يقع الموضوع في حده هو العرضي الذاتي</w:t>
      </w:r>
    </w:p>
    <w:p>
      <w:r>
        <w:t>هذه اللوازم التي تطلب في العلوم</w:t>
      </w:r>
    </w:p>
    <w:p>
      <w:r>
        <w:t>وحتى التي لا تطلب البديهية كذلك</w:t>
      </w:r>
    </w:p>
    <w:p>
      <w:r>
        <w:t>الاعراض الذاتية هي التي تطلب في العلوم</w:t>
      </w:r>
    </w:p>
    <w:p>
      <w:r>
        <w:t>بعضها لا قيم</w:t>
      </w:r>
    </w:p>
    <w:p>
      <w:r>
        <w:t>البين من الاعراض الذاتية لا يسمى مسألة لانه لا يطلب</w:t>
      </w:r>
    </w:p>
    <w:p>
      <w:r>
        <w:t>المسائل هي الاعراض الذاتية التي تطلب في العلوم</w:t>
      </w:r>
    </w:p>
    <w:p>
      <w:r>
        <w:t>يعني يبحث عن سببها</w:t>
      </w:r>
    </w:p>
    <w:p>
      <w:r>
        <w:t>فهو ذات له كما سنبينه</w:t>
      </w:r>
    </w:p>
    <w:p>
      <w:r>
        <w:t>اذا الذاتي باب البرهان يشمل يعني الكليات الخمس والنوع بالنسبة الى الافراد ويشمل اللوازم التي هي من شؤون الذات</w:t>
      </w:r>
    </w:p>
    <w:p>
      <w:r>
        <w:t>الا وازم على قسمين لوازم تطلب في العلوم هي المسائل لا تطلب في العلوم لنا بديهية لا تطلب في العلوم</w:t>
      </w:r>
    </w:p>
    <w:p>
      <w:r>
        <w:t>فلا تسمى مسائلنا لا يسأل عنها</w:t>
      </w:r>
    </w:p>
    <w:p>
      <w:r>
        <w:t>واضحة بديهية</w:t>
      </w:r>
    </w:p>
    <w:p>
      <w:r>
        <w:t>اقول الذاتي لفظ مشترك بين معان واشهرها المقوم</w:t>
      </w:r>
    </w:p>
    <w:p>
      <w:r>
        <w:t>الذاتي يعني الجنس</w:t>
      </w:r>
    </w:p>
    <w:p>
      <w:r>
        <w:t>كالحيوان ذاتي للانسان اين يقومه والفصل الذاتي للانسان انه يقومه</w:t>
      </w:r>
    </w:p>
    <w:p>
      <w:r>
        <w:t>وليس هو المطلوب في كتاب البرهان</w:t>
      </w:r>
    </w:p>
    <w:p>
      <w:r>
        <w:t>بل المطلوب منهم ما هو من هنا ما هو اعم منه الذي يشمل الكليات الخمس</w:t>
      </w:r>
    </w:p>
    <w:p>
      <w:r>
        <w:t>يعني الذاتي في الكلية الخمس يعني الجنس والفصل والنوع</w:t>
      </w:r>
    </w:p>
    <w:p>
      <w:r>
        <w:t>والعرضي الذاتي</w:t>
      </w:r>
    </w:p>
    <w:p>
      <w:r>
        <w:t>نعم</w:t>
      </w:r>
    </w:p>
    <w:p>
      <w:r>
        <w:t>وذلك لان الاعراض الذاتية</w:t>
      </w:r>
    </w:p>
    <w:p>
      <w:r>
        <w:t>الاعراض قلت لكم جمع عرضي</w:t>
      </w:r>
    </w:p>
    <w:p>
      <w:r>
        <w:t>ليس جمع العرض</w:t>
      </w:r>
    </w:p>
    <w:p>
      <w:r>
        <w:t>العرض يقع في مقابل جوهر</w:t>
      </w:r>
    </w:p>
    <w:p>
      <w:r>
        <w:t>يقع في المقابل الذاتي</w:t>
      </w:r>
    </w:p>
    <w:p>
      <w:r>
        <w:t>اعني الاعراض التي تلحق الشيء لما هو هو</w:t>
      </w:r>
    </w:p>
    <w:p>
      <w:r>
        <w:t>هذه هي الضابطة العروضية</w:t>
      </w:r>
    </w:p>
    <w:p>
      <w:r>
        <w:t>لما هو هو? تقول شيخنا الضاحك يعرض الانسان للتعجب لان التعجب هو هو</w:t>
      </w:r>
    </w:p>
    <w:p>
      <w:r>
        <w:t>التعجب هو ليس شيئا غريبا</w:t>
      </w:r>
    </w:p>
    <w:p>
      <w:r>
        <w:t>نعم</w:t>
      </w:r>
    </w:p>
    <w:p>
      <w:r>
        <w:t>اعني الاعراض التي تلحق الشيء لما هو</w:t>
      </w:r>
    </w:p>
    <w:p>
      <w:r>
        <w:t>هذه الضابطة العروضية</w:t>
      </w:r>
    </w:p>
    <w:p>
      <w:r>
        <w:t>طبعا الضابطة عروضية تنتمي الى النزم المنطقي</w:t>
      </w:r>
    </w:p>
    <w:p>
      <w:r>
        <w:t>لان في الخرج ما عندنا عروض</w:t>
      </w:r>
    </w:p>
    <w:p>
      <w:r>
        <w:t>عندنا واقعي</w:t>
      </w:r>
    </w:p>
    <w:p>
      <w:r>
        <w:t>اي لذاته تفسير لما هو اي لذاته</w:t>
      </w:r>
    </w:p>
    <w:p>
      <w:r>
        <w:t>يعني ليس لامر خارج عن الذات</w:t>
      </w:r>
    </w:p>
    <w:p>
      <w:r>
        <w:t>كالتعجب اللاحق للانسان باعتبار ذاته يطلق عليه لفظ الذاتي</w:t>
      </w:r>
    </w:p>
    <w:p>
      <w:r>
        <w:t>العرضي الذاتي ايضا</w:t>
      </w:r>
    </w:p>
    <w:p>
      <w:r>
        <w:t>كما يطلق على المقاوم الجنس والفاصل والنوع الذاتي</w:t>
      </w:r>
    </w:p>
    <w:p>
      <w:r>
        <w:t>وكلاهما يستعملان هنا في باب البرهان</w:t>
      </w:r>
    </w:p>
    <w:p>
      <w:r>
        <w:t>فقط الذاتي باب باب لا يطلب في العلوم</w:t>
      </w:r>
    </w:p>
    <w:p>
      <w:r>
        <w:t>لماذا? عرفناه في التصور</w:t>
      </w:r>
    </w:p>
    <w:p>
      <w:r>
        <w:t>ادركناه في التصور فما معنى ان يكون مسألة? تقول انسان حيوان برهن عليها</w:t>
      </w:r>
    </w:p>
    <w:p>
      <w:r>
        <w:t>خرافة لأن الحيوان من مقومات الإنسان</w:t>
      </w:r>
    </w:p>
    <w:p>
      <w:r>
        <w:t>هذه قضية تحليلية تحصيل للحاصل</w:t>
      </w:r>
    </w:p>
    <w:p>
      <w:r>
        <w:t>والمعنى الأعم الشامل لهما معا</w:t>
      </w:r>
    </w:p>
    <w:p>
      <w:r>
        <w:t>يعني بالبرهان هو ان يقال ما يؤخذ في حد الموضوع الحد الحقيقي هنا نكتب الحد الحقيقي يعني الجنس القريب والفصل ما يؤخذ في حد الموضوع هذا الذاتي بابل الكليات</w:t>
      </w:r>
    </w:p>
    <w:p>
      <w:r>
        <w:t>يعني باب وهذا لا في العلو</w:t>
      </w:r>
    </w:p>
    <w:p>
      <w:r>
        <w:t>هذا نحتاج اليه في التصورات</w:t>
      </w:r>
    </w:p>
    <w:p>
      <w:r>
        <w:t>هذا نحتاج اليه في التصورات وليس في البرهان</w:t>
      </w:r>
    </w:p>
    <w:p>
      <w:r>
        <w:t>برهان استدلال</w:t>
      </w:r>
    </w:p>
    <w:p>
      <w:r>
        <w:t>او يؤخذ الموضوع في حده</w:t>
      </w:r>
    </w:p>
    <w:p>
      <w:r>
        <w:t>انظر في حد هنا مسامحة</w:t>
      </w:r>
    </w:p>
    <w:p>
      <w:r>
        <w:t>الحد هنا بمعنى تعريف الحد دائما بالجنس والفصل وليس باللوازم</w:t>
      </w:r>
    </w:p>
    <w:p>
      <w:r>
        <w:t>لوازم تعريف منطقي وليس حدا</w:t>
      </w:r>
    </w:p>
    <w:p>
      <w:r>
        <w:t>او يؤخذ الموضوع في حده</w:t>
      </w:r>
    </w:p>
    <w:p>
      <w:r>
        <w:t>في حد يكتب هنا تاء في تعريفه</w:t>
      </w:r>
    </w:p>
    <w:p>
      <w:r>
        <w:t>نعم</w:t>
      </w:r>
    </w:p>
    <w:p>
      <w:r>
        <w:t>فاذا اردت ان تعرف الانسان بذات باب الكليات تقول حيوان ناطق</w:t>
      </w:r>
    </w:p>
    <w:p>
      <w:r>
        <w:t>حيوان ذاتي وللانسان مقوم</w:t>
      </w:r>
    </w:p>
    <w:p>
      <w:r>
        <w:t>الناطق مقوم ذاتي</w:t>
      </w:r>
    </w:p>
    <w:p>
      <w:r>
        <w:t>هذا ذاتي باب ايساغوج</w:t>
      </w:r>
    </w:p>
    <w:p>
      <w:r>
        <w:t>باب الكليات الخمس</w:t>
      </w:r>
    </w:p>
    <w:p>
      <w:r>
        <w:t>اما تقول التعجب عرضي ذاتي</w:t>
      </w:r>
    </w:p>
    <w:p>
      <w:r>
        <w:t>يعني لازم للانسان</w:t>
      </w:r>
    </w:p>
    <w:p>
      <w:r>
        <w:t>اذا عارظ التعجب للانسان يعرظه لذاته</w:t>
      </w:r>
    </w:p>
    <w:p>
      <w:r>
        <w:t>اما اذا عرض الحيوان لا يعرض لذاته</w:t>
      </w:r>
    </w:p>
    <w:p>
      <w:r>
        <w:t>الحيوان يجب ان يخرج الى دائرة خاصة هي الإنسان فتقول الحيوان يضحك باعتبار انسانيته</w:t>
      </w:r>
    </w:p>
    <w:p>
      <w:r>
        <w:t>اذا الضحك للانسان او التعجب للانسان بالذات وللحيوان بالمجاز</w:t>
      </w:r>
    </w:p>
    <w:p>
      <w:r>
        <w:t>اذا الحيوان يضحك بالمجاز</w:t>
      </w:r>
    </w:p>
    <w:p>
      <w:r>
        <w:t>نعم ولهذا في الكرتون كرتون الرسوم المتحركة تجد الحيوانات تضحك</w:t>
      </w:r>
    </w:p>
    <w:p>
      <w:r>
        <w:t>هنا صانع هذا الكرتون هذه الرسوم المتحركة جعل هذه الحيوانات اللي هي صورية ليست حقيقية</w:t>
      </w:r>
    </w:p>
    <w:p>
      <w:r>
        <w:t>رسم جعلها بالادعاء المجازي والخرطي من مصادق الانسان فجعلها تضحك</w:t>
      </w:r>
    </w:p>
    <w:p>
      <w:r>
        <w:t>والا هي لا تضحك ابدا</w:t>
      </w:r>
    </w:p>
    <w:p>
      <w:r>
        <w:t>ما يؤخذ في حده الموضوع يعني الموضوع يعرف به</w:t>
      </w:r>
    </w:p>
    <w:p>
      <w:r>
        <w:t>وهو الجنس والفصل</w:t>
      </w:r>
    </w:p>
    <w:p>
      <w:r>
        <w:t>وهذا لا يطلب في العلو</w:t>
      </w:r>
    </w:p>
    <w:p>
      <w:r>
        <w:t>خاص بالتصورات او يؤخذ الموضوع الموضوع يعرف اعراض الذاتي</w:t>
      </w:r>
    </w:p>
    <w:p>
      <w:r>
        <w:t>فالعرض الذاتي لماذا يعرف انه لا هوية له? اين تكتشف هويته في الموضوع? فتقول اصالة في اصالة الوجود اصالة ما هي? وجود الذي لا يحتاج الى حيثيات تقليدية</w:t>
      </w:r>
    </w:p>
    <w:p>
      <w:r>
        <w:t>او الوجود المتحقق بالذات</w:t>
      </w:r>
    </w:p>
    <w:p>
      <w:r>
        <w:t>الوجود الذي هو عين التحقق</w:t>
      </w:r>
    </w:p>
    <w:p>
      <w:r>
        <w:t>هو التحقق بالذات</w:t>
      </w:r>
    </w:p>
    <w:p>
      <w:r>
        <w:t>فتأتي بالوجود</w:t>
      </w:r>
    </w:p>
    <w:p>
      <w:r>
        <w:t>لماذا? لان اه العرض الذاتي له له</w:t>
      </w:r>
    </w:p>
    <w:p>
      <w:r>
        <w:t>اذا هنا جاء بضابط ظابطة عروظية وظابطة ابستمية معرفية</w:t>
      </w:r>
    </w:p>
    <w:p>
      <w:r>
        <w:t>لم يأتي بالظابطة الانطلوجية</w:t>
      </w:r>
    </w:p>
    <w:p>
      <w:r>
        <w:t>الضابطة ان العرض الذاتي لا هوية له</w:t>
      </w:r>
    </w:p>
    <w:p>
      <w:r>
        <w:t>وجود ربطي</w:t>
      </w:r>
    </w:p>
    <w:p>
      <w:r>
        <w:t>وجود رابطي</w:t>
      </w:r>
    </w:p>
    <w:p>
      <w:r>
        <w:t>وجود رب وجود ربطية عليه هويتهم اندك في في الموضوع</w:t>
      </w:r>
    </w:p>
    <w:p>
      <w:r>
        <w:t>بل هو الموضوع بنحو</w:t>
      </w:r>
    </w:p>
    <w:p>
      <w:r>
        <w:t>اكتب هو الموضوع بنحو انحاء الوجود</w:t>
      </w:r>
    </w:p>
    <w:p>
      <w:r>
        <w:t>شؤونات الوجود</w:t>
      </w:r>
    </w:p>
    <w:p>
      <w:r>
        <w:t>تعينات الوجود</w:t>
      </w:r>
    </w:p>
    <w:p>
      <w:r>
        <w:t>حيثيات الوجود تجليات الوجود</w:t>
      </w:r>
    </w:p>
    <w:p>
      <w:r>
        <w:t>سميها كما تشاء</w:t>
      </w:r>
    </w:p>
    <w:p>
      <w:r>
        <w:t>فالاول كأخذ الحيوان في حد الانسان</w:t>
      </w:r>
    </w:p>
    <w:p>
      <w:r>
        <w:t>الحيوان جنس</w:t>
      </w:r>
    </w:p>
    <w:p>
      <w:r>
        <w:t>بابوجي</w:t>
      </w:r>
    </w:p>
    <w:p>
      <w:r>
        <w:t>باب الكليات الخمس</w:t>
      </w:r>
    </w:p>
    <w:p>
      <w:r>
        <w:t>وهو المقوم المقوم الذاتي</w:t>
      </w:r>
    </w:p>
    <w:p>
      <w:r>
        <w:t>المقاوم الذاتي</w:t>
      </w:r>
    </w:p>
    <w:p>
      <w:r>
        <w:t>والثاني كاخذ العدد في حد الزوجية</w:t>
      </w:r>
    </w:p>
    <w:p>
      <w:r>
        <w:t>كما تقول الزوجية انقسام بمتساويين في العدد</w:t>
      </w:r>
    </w:p>
    <w:p>
      <w:r>
        <w:t>او العدد الذي ينقسم الى متساويين</w:t>
      </w:r>
    </w:p>
    <w:p>
      <w:r>
        <w:t>اذا لا يمكن لك ان تعرف الزوجية كعراضين كعراضين ذاتي الا اذا جئت بالموضوع ما هو الا لماذا? السر هو الضابطة الثالثة</w:t>
      </w:r>
    </w:p>
    <w:p>
      <w:r>
        <w:t>لان الاعراض الذكي الذي هو شؤونات الذات لهويتها له</w:t>
      </w:r>
    </w:p>
    <w:p>
      <w:r>
        <w:t>تعرف ماذا? لا تجد ما تعرف لا تأتي بالموضوع</w:t>
      </w:r>
    </w:p>
    <w:p>
      <w:r>
        <w:t>هذا تمام الكلام في هذا البند ميتين وستة وتسعين</w:t>
      </w:r>
    </w:p>
    <w:p>
      <w:r>
        <w:t>اذا حتى نلخص المطلب جيدا</w:t>
      </w:r>
    </w:p>
    <w:p>
      <w:r>
        <w:t>عندنا ذات باب البرهان عام يشمل الذات باب بابوجي يعني الكليات الخمس</w:t>
      </w:r>
    </w:p>
    <w:p>
      <w:r>
        <w:t>جنس فصل نوع عرضي خاص عن الظلال</w:t>
      </w:r>
    </w:p>
    <w:p>
      <w:r>
        <w:t>نحي العربي الخاص ركز على فقط يشمل الجنس والفصل وحتى يشمل النوع</w:t>
      </w:r>
    </w:p>
    <w:p>
      <w:r>
        <w:t>انه عادة لا اه لا يلتفت اليه</w:t>
      </w:r>
    </w:p>
    <w:p>
      <w:r>
        <w:t>الجنس والفصل</w:t>
      </w:r>
    </w:p>
    <w:p>
      <w:r>
        <w:t>المقوم للذات للمهية</w:t>
      </w:r>
    </w:p>
    <w:p>
      <w:r>
        <w:t>هذا جزء من ذات باب البرهان</w:t>
      </w:r>
    </w:p>
    <w:p>
      <w:r>
        <w:t>الجزء الاخر هو اللازم الذي لا ينفعك</w:t>
      </w:r>
    </w:p>
    <w:p>
      <w:r>
        <w:t>هذه هي الأعراض اللازمة</w:t>
      </w:r>
    </w:p>
    <w:p>
      <w:r>
        <w:t>الأعراض اللازمة على قسمين</w:t>
      </w:r>
    </w:p>
    <w:p>
      <w:r>
        <w:t>في مقام الإبيستيميك مقام الإثبات مقام مقام المعرفة</w:t>
      </w:r>
    </w:p>
    <w:p>
      <w:r>
        <w:t>قد يكون بينا فلا يطعم في العلوم</w:t>
      </w:r>
    </w:p>
    <w:p>
      <w:r>
        <w:t>لأن البين لا يطلب</w:t>
      </w:r>
    </w:p>
    <w:p>
      <w:r>
        <w:t>تحصيل للحصر وقد يطلب قد يطلب يصدق عليه انه مسألة علمية</w:t>
      </w:r>
    </w:p>
    <w:p>
      <w:r>
        <w:t>مسألة علمية</w:t>
      </w:r>
    </w:p>
    <w:p>
      <w:r>
        <w:t>ثم الظابطة لهذا آآ اللازم العربية الذاتي</w:t>
      </w:r>
    </w:p>
    <w:p>
      <w:r>
        <w:t>قلنا في ظابطة معرفية</w:t>
      </w:r>
    </w:p>
    <w:p>
      <w:r>
        <w:t>ظابطة عروظية وهما ينتميان الى النظم المنطقي وظابطة انطولوجي ينتميان الى النزم التحققي</w:t>
      </w:r>
    </w:p>
    <w:p>
      <w:r>
        <w:t>الظابطة التي تنتمي الى النظم التحققي هذا العرض الذاتي هذا اللازم نووية</w:t>
      </w:r>
    </w:p>
    <w:p>
      <w:r>
        <w:t>يعني انت الان عندك اربع تفاحات</w:t>
      </w:r>
    </w:p>
    <w:p>
      <w:r>
        <w:t>زوج ام لا? زوج</w:t>
      </w:r>
    </w:p>
    <w:p>
      <w:r>
        <w:t>لماذا? لانك يمكن تقسم هذه الاربعة الى قسمين</w:t>
      </w:r>
    </w:p>
    <w:p>
      <w:r>
        <w:t>تعطي التفاحتين للبنت وتفاحتين الذكر والدك</w:t>
      </w:r>
    </w:p>
    <w:p>
      <w:r>
        <w:t>يعني الولد الانثوي او الولد ذكر بقسمها الى اثنين بتنقسم</w:t>
      </w:r>
    </w:p>
    <w:p>
      <w:r>
        <w:t>اذا الانقسام شأن للعدد</w:t>
      </w:r>
    </w:p>
    <w:p>
      <w:r>
        <w:t>انقسام الى متساوين عن الزوج</w:t>
      </w:r>
    </w:p>
    <w:p>
      <w:r>
        <w:t>اذا الزوج هو عدده</w:t>
      </w:r>
    </w:p>
    <w:p>
      <w:r>
        <w:t>عدد نحو من انحاء العدد</w:t>
      </w:r>
    </w:p>
    <w:p>
      <w:r>
        <w:t>ما هو الزوج? تقول لل دول منقسم لان له لا هوية له تستعين اصله</w:t>
      </w:r>
    </w:p>
    <w:p>
      <w:r>
        <w:t>اللي هو الموضوع</w:t>
      </w:r>
    </w:p>
    <w:p>
      <w:r>
        <w:t>تقول العدد المنقسم الى قسمين</w:t>
      </w:r>
    </w:p>
    <w:p>
      <w:r>
        <w:t>هذا الظابطة الانطلوجية</w:t>
      </w:r>
    </w:p>
    <w:p>
      <w:r>
        <w:t>الظابطة المعرفية اذا اردت ان تعرفه تأتي بالموضوع المتشائم آآ كما تقول الضابطة الاولى الانطلوجية له يتله اذا تعرف ماذا? فراغ فتأتي تملأ تملأه الموضوع الذي تشاءنا به</w:t>
      </w:r>
    </w:p>
    <w:p>
      <w:r>
        <w:t>والضابطة العروضية عروضه اذا كانت هناك واسطة هي التي اوصلت هذا المحمول الى الموضوع فهذا يكون غريبا يعني هو للواسطة بالذات وللوظوع بالاعراض فيكون غريبا لا الاعراض ذاتية لا تحتاج الى اي واسطة فان كانت هناك واسطة هذه الواسطة هي هي نفسها عرضي ذاتي</w:t>
      </w:r>
    </w:p>
    <w:p>
      <w:r>
        <w:t>يعني من من شؤونات الموضوع</w:t>
      </w:r>
    </w:p>
    <w:p>
      <w:r>
        <w:t>الوجود يتعين بالعلية والعلية تتعين بالتقدم على معلولها</w:t>
      </w:r>
    </w:p>
    <w:p>
      <w:r>
        <w:t>فالوجود تعين بالعلية بالتقدم هو هو علية لا هوية لها الا الموضوع الذي يصدر عنه شيء والتقدم هو الذي يسبق المعلوم شيء</w:t>
      </w:r>
    </w:p>
    <w:p>
      <w:r>
        <w:t>نعم هذه هذه الضابطة العرو آآ الضابطة العروظية</w:t>
      </w:r>
    </w:p>
    <w:p>
      <w:r>
        <w:t>اذا عبد عندنا ضابطة انطولوجية ضابطة عروضية وضابطة معرفية</w:t>
      </w:r>
    </w:p>
    <w:p>
      <w:r>
        <w:t>الملاك هو الضابطة الاندلوجية</w:t>
      </w:r>
    </w:p>
    <w:p>
      <w:r>
        <w:t>لانه لا هوية له فالتعريف ما عنده تعريف مستقل</w:t>
      </w:r>
    </w:p>
    <w:p>
      <w:r>
        <w:t>كاتبي موضوعه</w:t>
      </w:r>
    </w:p>
    <w:p>
      <w:r>
        <w:t>والعروض لانه لا هوية له</w:t>
      </w:r>
    </w:p>
    <w:p>
      <w:r>
        <w:t>لا يمكن ان تكون له واسطة لانه هو الذات ذات بنحو</w:t>
      </w:r>
    </w:p>
    <w:p>
      <w:r>
        <w:t>هل يتوسط بين الذات ونحوها شيء لا مستحيل</w:t>
      </w:r>
    </w:p>
    <w:p>
      <w:r>
        <w:t>لان النحو الذات هو الذات بنحو</w:t>
      </w:r>
    </w:p>
    <w:p>
      <w:r>
        <w:t>ذات بنحو</w:t>
      </w:r>
    </w:p>
    <w:p>
      <w:r>
        <w:t>مستحيل</w:t>
      </w:r>
    </w:p>
    <w:p>
      <w:r>
        <w:t>اذا الملاك والملاك المعرفي اساسه الملاك نعم</w:t>
      </w:r>
    </w:p>
    <w:p>
      <w:r>
        <w:t>نعم الذاتي في العلوم قال وفي العلو وفي العلوم يسمى كل ما يقع في حده الموضوع كالزوج والعدد يأتي ان شاء الله</w:t>
      </w:r>
    </w:p>
    <w:p>
      <w:r>
        <w:t>اللهم صلي على محمد محمد وال محمد</w:t>
      </w:r>
    </w:p>
    <w:p>
      <w:r>
        <w:t>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