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w:t>
      </w:r>
    </w:p>
    <w:p>
      <w:r>
        <w:t>سبحان الله يا الله</w:t>
      </w:r>
    </w:p>
    <w:p>
      <w:r>
        <w:t>والحمد لله</w:t>
      </w:r>
    </w:p>
    <w:p>
      <w:r>
        <w:t>والله اكبر</w:t>
      </w:r>
    </w:p>
    <w:p>
      <w:r>
        <w:t>اعوذ بالله من الشيطان الرجيم</w:t>
      </w:r>
    </w:p>
    <w:p>
      <w:r>
        <w:t>بسم الله الرحمن الرحيم</w:t>
      </w:r>
    </w:p>
    <w:p>
      <w:r>
        <w:t>وبه نستعين والصلاة والسلام على محمد واله الطيبين الطاهرين</w:t>
      </w:r>
    </w:p>
    <w:p>
      <w:r>
        <w:t>اللهم صل على محمد وال محمد</w:t>
      </w:r>
    </w:p>
    <w:p>
      <w:r>
        <w:t>اللهم ارزقنا الاخلاص والتوفيق</w:t>
      </w:r>
    </w:p>
    <w:p>
      <w:r>
        <w:t>وصلنا معكم الى هذه الفقرة الذاتي في العلوم</w:t>
      </w:r>
    </w:p>
    <w:p>
      <w:r>
        <w:t>قال وفي العلوم يسمى كل ما يقع في حد الموضوع كالزوج للعدد او اه في جنسه كزوج الاثنين او معروضه كالناقص او معروض جنسه كالناقص لزوج الزوج ذاتية يسمى ذاتيا</w:t>
      </w:r>
    </w:p>
    <w:p>
      <w:r>
        <w:t>ذاتيا هنا يعني العراظي الذاتي</w:t>
      </w:r>
    </w:p>
    <w:p>
      <w:r>
        <w:t>اللازم ام انه يطلب او لا يطلب في العلوم</w:t>
      </w:r>
    </w:p>
    <w:p>
      <w:r>
        <w:t>اذا كان الباحث عنها علما واحدا نعم يجب ان يكون الموضوع واحدا تعدد الموضوعات تؤدي الى تعدد اللوازم</w:t>
      </w:r>
    </w:p>
    <w:p>
      <w:r>
        <w:t>لا</w:t>
      </w:r>
    </w:p>
    <w:p>
      <w:r>
        <w:t>العلم له شخوصات</w:t>
      </w:r>
    </w:p>
    <w:p>
      <w:r>
        <w:t>الشاخصة الاولى الموضوع جامع لجميع مسائله</w:t>
      </w:r>
    </w:p>
    <w:p>
      <w:r>
        <w:t>ثم الجامع الانتزاعي</w:t>
      </w:r>
    </w:p>
    <w:p>
      <w:r>
        <w:t>ثم المسائل التي تنبثق من ذلك الموضوع اذا تعين</w:t>
      </w:r>
    </w:p>
    <w:p>
      <w:r>
        <w:t>بت المسائل فقط التي تطلب يعني اللوازم التي هي غير واضحة نستدل عليها</w:t>
      </w:r>
    </w:p>
    <w:p>
      <w:r>
        <w:t>اما اللوازم التي هي بينة لا تطلق عليها المسائل في العلوم</w:t>
      </w:r>
    </w:p>
    <w:p>
      <w:r>
        <w:t>ثم المنهجية المنهج هي على قسمين منهجية عامة التحليل والتركيب</w:t>
      </w:r>
    </w:p>
    <w:p>
      <w:r>
        <w:t>هذه تنطبق على جميع العلوم</w:t>
      </w:r>
    </w:p>
    <w:p>
      <w:r>
        <w:t>توظفها جميع العلوم</w:t>
      </w:r>
    </w:p>
    <w:p>
      <w:r>
        <w:t>ومن هيجية خاصة تليق بهذا الموضوع ومسائله</w:t>
      </w:r>
    </w:p>
    <w:p>
      <w:r>
        <w:t>لا تطال العلوم الاخرى نعم</w:t>
      </w:r>
    </w:p>
    <w:p>
      <w:r>
        <w:t>اذا هنا يشير الى آآ ذات الذي في العلوم</w:t>
      </w:r>
    </w:p>
    <w:p>
      <w:r>
        <w:t>نعم</w:t>
      </w:r>
    </w:p>
    <w:p>
      <w:r>
        <w:t>هذا الذاتي اذا تكرر تكررت المسائل فتشكل العلم بموضوعه بمسائله بمنهجيته وبغايته</w:t>
      </w:r>
    </w:p>
    <w:p>
      <w:r>
        <w:t>هذه هي الشخوصات العلم</w:t>
      </w:r>
    </w:p>
    <w:p>
      <w:r>
        <w:t>اقول قد بينا ان مقدمات البرهان يجب ان تكون ذاتية</w:t>
      </w:r>
    </w:p>
    <w:p>
      <w:r>
        <w:t>نعم</w:t>
      </w:r>
    </w:p>
    <w:p>
      <w:r>
        <w:t>مناسبة مسانخة هي هي الموضوع بنحو</w:t>
      </w:r>
    </w:p>
    <w:p>
      <w:r>
        <w:t>وبين ان الذاتي في كتاب البرهان يطلق على ما يؤخذ في حد الموضوع جنس وفصل</w:t>
      </w:r>
    </w:p>
    <w:p>
      <w:r>
        <w:t>هذا باب الكليات الخمس</w:t>
      </w:r>
    </w:p>
    <w:p>
      <w:r>
        <w:t>باب التصورات ما عنده علاقة بالبرهان</w:t>
      </w:r>
    </w:p>
    <w:p>
      <w:r>
        <w:t>ولا يطلب في البرهان وليس مسألة لا معنى ان تسأل عن مكونات التصور</w:t>
      </w:r>
    </w:p>
    <w:p>
      <w:r>
        <w:t>هذه خرافة لانه قضايا تحليلية بديهية</w:t>
      </w:r>
    </w:p>
    <w:p>
      <w:r>
        <w:t>او يؤخذ الموضوع في حده</w:t>
      </w:r>
    </w:p>
    <w:p>
      <w:r>
        <w:t>قلنا هنا في حدهم مسامحة</w:t>
      </w:r>
    </w:p>
    <w:p>
      <w:r>
        <w:t>لانك التعامل مع اللوازم ليس الحد الحد هو المكونات الذاتية الجنس والفصل</w:t>
      </w:r>
    </w:p>
    <w:p>
      <w:r>
        <w:t>يعني يؤخذ الموضوع في تعريفه</w:t>
      </w:r>
    </w:p>
    <w:p>
      <w:r>
        <w:t>وهذا هو العرضي الذاتي</w:t>
      </w:r>
    </w:p>
    <w:p>
      <w:r>
        <w:t>هذا على قسمين عرضي ذاتي بين يعني لازم بين وعرضي اه ذاتي لازم هذا يحتاج الى عملية استدلال</w:t>
      </w:r>
    </w:p>
    <w:p>
      <w:r>
        <w:t>فهذا الذي يسمى مسألة يسأل عنه</w:t>
      </w:r>
    </w:p>
    <w:p>
      <w:r>
        <w:t>نعم</w:t>
      </w:r>
    </w:p>
    <w:p>
      <w:r>
        <w:t>وكانت المقدمات المستعملة في البرهان اعم من ذلك</w:t>
      </w:r>
    </w:p>
    <w:p>
      <w:r>
        <w:t>فان كل ما يقع في حده في حد او جزء الموضوع او معروض الموضوع او معروض جنسي يسمى ذاتيا في العلوم</w:t>
      </w:r>
    </w:p>
    <w:p>
      <w:r>
        <w:t>نعم</w:t>
      </w:r>
    </w:p>
    <w:p>
      <w:r>
        <w:t>اذا العرضي الذاتي هنا اه اشارة الى مصدره</w:t>
      </w:r>
    </w:p>
    <w:p>
      <w:r>
        <w:t>انت لا تطلب الذاتيات الايساغوجي</w:t>
      </w:r>
    </w:p>
    <w:p>
      <w:r>
        <w:t>الكليات الخمس</w:t>
      </w:r>
    </w:p>
    <w:p>
      <w:r>
        <w:t>تقول برهن لي على ان الانسان حيوان</w:t>
      </w:r>
    </w:p>
    <w:p>
      <w:r>
        <w:t>لا</w:t>
      </w:r>
    </w:p>
    <w:p>
      <w:r>
        <w:t>لا يمكن</w:t>
      </w:r>
    </w:p>
    <w:p>
      <w:r>
        <w:t>القضية التحليلية</w:t>
      </w:r>
    </w:p>
    <w:p>
      <w:r>
        <w:t>يكفي مبدأ التناق للوصول اليها</w:t>
      </w:r>
    </w:p>
    <w:p>
      <w:r>
        <w:t>يعني اذا انت نفيت الحيوان تقع في التناقض</w:t>
      </w:r>
    </w:p>
    <w:p>
      <w:r>
        <w:t>انسان حيوان ليس بحيوان</w:t>
      </w:r>
    </w:p>
    <w:p>
      <w:r>
        <w:t>اذا لا معنى لاثبات الذاتيات المقومة في الكليات الخمساغوجي تحصيلهم ينحصر</w:t>
      </w:r>
    </w:p>
    <w:p>
      <w:r>
        <w:t>لكن هذه المكونات لها لوازم لها لوازم</w:t>
      </w:r>
    </w:p>
    <w:p>
      <w:r>
        <w:t>ليس من طبيعة اللوازم التي تقوم</w:t>
      </w:r>
    </w:p>
    <w:p>
      <w:r>
        <w:t>الجنس والفصل الذي يقوم</w:t>
      </w:r>
    </w:p>
    <w:p>
      <w:r>
        <w:t>اذا كان هو يحتوي على الذاتيين جسر الفصل وكلاهما له هادي اللوازم تثبت للموضوع</w:t>
      </w:r>
    </w:p>
    <w:p>
      <w:r>
        <w:t>فقط مع قايد لازم الذي يثبت للموضوع يجب ان تقيده</w:t>
      </w:r>
    </w:p>
    <w:p>
      <w:r>
        <w:t>تقيده بما يناسب الموضوع</w:t>
      </w:r>
    </w:p>
    <w:p>
      <w:r>
        <w:t>لان الحيوان آآ الجنس من صديق الحياة الجنس اعم في الحمل من الموضوع</w:t>
      </w:r>
    </w:p>
    <w:p>
      <w:r>
        <w:t>تقول انسان حيوان نعم مقوم في الذات</w:t>
      </w:r>
    </w:p>
    <w:p>
      <w:r>
        <w:t>لكن في البعد الحملي اللي بيستيميك يصير اعم</w:t>
      </w:r>
    </w:p>
    <w:p>
      <w:r>
        <w:t>اعم</w:t>
      </w:r>
    </w:p>
    <w:p>
      <w:r>
        <w:t>فالإنسان حيوان</w:t>
      </w:r>
    </w:p>
    <w:p>
      <w:r>
        <w:t>كل وزن الحيوان تأتي الى الإنسان</w:t>
      </w:r>
    </w:p>
    <w:p>
      <w:r>
        <w:t>لا ابدا تأتيه تأتي اللوازم التي تناسب الانسان</w:t>
      </w:r>
    </w:p>
    <w:p>
      <w:r>
        <w:t>الحيوان في مصداقية ينهق</w:t>
      </w:r>
    </w:p>
    <w:p>
      <w:r>
        <w:t>الانسان ينهق</w:t>
      </w:r>
    </w:p>
    <w:p>
      <w:r>
        <w:t>لا ابدا</w:t>
      </w:r>
    </w:p>
    <w:p>
      <w:r>
        <w:t>فاللوازم لا تأتي من من من يجب ان تخصص مما يلازموع</w:t>
      </w:r>
    </w:p>
    <w:p>
      <w:r>
        <w:t>نعم</w:t>
      </w:r>
    </w:p>
    <w:p>
      <w:r>
        <w:t>الحيوانات باسرها لا فرق</w:t>
      </w:r>
    </w:p>
    <w:p>
      <w:r>
        <w:t>استثني الانسان</w:t>
      </w:r>
    </w:p>
    <w:p>
      <w:r>
        <w:t>من دائرة الحيوان</w:t>
      </w:r>
    </w:p>
    <w:p>
      <w:r>
        <w:t>كل حيوان تحس لكن الوعي بذلك الحس ما عنده</w:t>
      </w:r>
    </w:p>
    <w:p>
      <w:r>
        <w:t>الانسان عنده الوعي بالحس ويشتغل عليه حتى يصل الى الكليات</w:t>
      </w:r>
    </w:p>
    <w:p>
      <w:r>
        <w:t>الوعي بذلك الوعي ما عنده الحيوان</w:t>
      </w:r>
    </w:p>
    <w:p>
      <w:r>
        <w:t>الانسان عنده</w:t>
      </w:r>
    </w:p>
    <w:p>
      <w:r>
        <w:t>اذا حساسية الانسان خاصة بالانسان</w:t>
      </w:r>
    </w:p>
    <w:p>
      <w:r>
        <w:t>نعم</w:t>
      </w:r>
    </w:p>
    <w:p>
      <w:r>
        <w:t>يعني حساسية حيوانية خاصة بالانسان</w:t>
      </w:r>
    </w:p>
    <w:p>
      <w:r>
        <w:t>نعم</w:t>
      </w:r>
    </w:p>
    <w:p>
      <w:r>
        <w:t>ولهذا يقول فان كل ما يقع في حده الموضوع</w:t>
      </w:r>
    </w:p>
    <w:p>
      <w:r>
        <w:t>في حده الموظوع</w:t>
      </w:r>
    </w:p>
    <w:p>
      <w:r>
        <w:t>انظر يعني يعرف هذا العرظ الذاتي يعرف بالموضوع</w:t>
      </w:r>
    </w:p>
    <w:p>
      <w:r>
        <w:t>اذا هنا يشير الى العربي الذاتي يعني اللوازم</w:t>
      </w:r>
    </w:p>
    <w:p>
      <w:r>
        <w:t>نعم اخرج الجنس والفصل</w:t>
      </w:r>
    </w:p>
    <w:p>
      <w:r>
        <w:t>او الجزء الموظوع</w:t>
      </w:r>
    </w:p>
    <w:p>
      <w:r>
        <w:t>جزء الموضوع يشمله ذات باب البرهان</w:t>
      </w:r>
    </w:p>
    <w:p>
      <w:r>
        <w:t>صحيح انه لا يطلب</w:t>
      </w:r>
    </w:p>
    <w:p>
      <w:r>
        <w:t>يعني الجنس والفصل</w:t>
      </w:r>
    </w:p>
    <w:p>
      <w:r>
        <w:t>او معروضه</w:t>
      </w:r>
    </w:p>
    <w:p>
      <w:r>
        <w:t>نعم</w:t>
      </w:r>
    </w:p>
    <w:p>
      <w:r>
        <w:t>معروض هنا</w:t>
      </w:r>
    </w:p>
    <w:p>
      <w:r>
        <w:t>او جزء او معروض يجوز الموضوع</w:t>
      </w:r>
    </w:p>
    <w:p>
      <w:r>
        <w:t>معروض الجنس</w:t>
      </w:r>
    </w:p>
    <w:p>
      <w:r>
        <w:t>يثبت كعرض ذاته للانسان الا انه يجب ان يخصص</w:t>
      </w:r>
    </w:p>
    <w:p>
      <w:r>
        <w:t>بما يساوي الانسان</w:t>
      </w:r>
    </w:p>
    <w:p>
      <w:r>
        <w:t>او معروض جنسه</w:t>
      </w:r>
    </w:p>
    <w:p>
      <w:r>
        <w:t>هنا معروض جنسه اذا طبقنا اللثة والنشر نقول هكذا في التطبيق دقق جيد معي فان كل ما يقع في حده الموضوع قلنا الضابطة المعرفية العرض الذاتي يعرف بالموضوع</w:t>
      </w:r>
    </w:p>
    <w:p>
      <w:r>
        <w:t>اذا هذا عرضي ذاتي</w:t>
      </w:r>
    </w:p>
    <w:p>
      <w:r>
        <w:t>بمجرد ان الموضوع يعرف او جزء الموضوع</w:t>
      </w:r>
    </w:p>
    <w:p>
      <w:r>
        <w:t>جزء الموضوع يعني الجنس والفصل</w:t>
      </w:r>
    </w:p>
    <w:p>
      <w:r>
        <w:t>صحيح من ذات باب البرهان الا انها ليست من المسائل</w:t>
      </w:r>
    </w:p>
    <w:p>
      <w:r>
        <w:t>او معروضه معروضه من? معروض العرض للذ قلنا لوجود تعيين بالعلية والعلية تتعين بالتقدم</w:t>
      </w:r>
    </w:p>
    <w:p>
      <w:r>
        <w:t>التقدم على معلولها</w:t>
      </w:r>
    </w:p>
    <w:p>
      <w:r>
        <w:t>التقدم بالذات</w:t>
      </w:r>
    </w:p>
    <w:p>
      <w:r>
        <w:t>اذا التقدم عرض للعلية</w:t>
      </w:r>
    </w:p>
    <w:p>
      <w:r>
        <w:t>فيعرض للوجود</w:t>
      </w:r>
    </w:p>
    <w:p>
      <w:r>
        <w:t>او معروضه يعني معروض من وقع الموضوع في حده</w:t>
      </w:r>
    </w:p>
    <w:p>
      <w:r>
        <w:t>او معروض جنسه يعني ينفو نص المرتب</w:t>
      </w:r>
    </w:p>
    <w:p>
      <w:r>
        <w:t>او معروضه رجحه الى ما يقع في حد الموضوع</w:t>
      </w:r>
    </w:p>
    <w:p>
      <w:r>
        <w:t>ومعروظ جنسه ما يقع في جزء الموضوع جنسا يسمى ذاتيا في العلوم</w:t>
      </w:r>
    </w:p>
    <w:p>
      <w:r>
        <w:t>ذاتيا في العلوم</w:t>
      </w:r>
    </w:p>
    <w:p>
      <w:r>
        <w:t>يعني يطلب في العلو</w:t>
      </w:r>
    </w:p>
    <w:p>
      <w:r>
        <w:t>مسألة في العلو</w:t>
      </w:r>
    </w:p>
    <w:p>
      <w:r>
        <w:t>اذا لم يكن بينا</w:t>
      </w:r>
    </w:p>
    <w:p>
      <w:r>
        <w:t>اذا كان بينا لا يكون اه لا يكون اه مسأل ذاتي باب باب جنس الفصل</w:t>
      </w:r>
    </w:p>
    <w:p>
      <w:r>
        <w:t>هذا خاص بالتصور ليس مسألة برهانية</w:t>
      </w:r>
    </w:p>
    <w:p>
      <w:r>
        <w:t>جيد</w:t>
      </w:r>
    </w:p>
    <w:p>
      <w:r>
        <w:t>هنا واضح جدا</w:t>
      </w:r>
    </w:p>
    <w:p>
      <w:r>
        <w:t>والسبب فيه يريد يبين الملاك ان العلوم العلوم هنا بمعنى الحقول المعرفية</w:t>
      </w:r>
    </w:p>
    <w:p>
      <w:r>
        <w:t>الحقول المعرفية يعني مجموعة مسائل متناسقة</w:t>
      </w:r>
    </w:p>
    <w:p>
      <w:r>
        <w:t>متناسقة</w:t>
      </w:r>
    </w:p>
    <w:p>
      <w:r>
        <w:t>كشف التناسق والمنهجية</w:t>
      </w:r>
    </w:p>
    <w:p>
      <w:r>
        <w:t>بالمنهجية</w:t>
      </w:r>
    </w:p>
    <w:p>
      <w:r>
        <w:t>متمايزة بحسب تمايز موضوعاتها</w:t>
      </w:r>
    </w:p>
    <w:p>
      <w:r>
        <w:t>هذا مبنى</w:t>
      </w:r>
    </w:p>
    <w:p>
      <w:r>
        <w:t>في من يميز العلوم المنهجية</w:t>
      </w:r>
    </w:p>
    <w:p>
      <w:r>
        <w:t>وفي من يميز العلوم بالغاية</w:t>
      </w:r>
    </w:p>
    <w:p>
      <w:r>
        <w:t>المبنى الراجح والتمايز بالعلوم بالموضوعات</w:t>
      </w:r>
    </w:p>
    <w:p>
      <w:r>
        <w:t>الطب الجسم من حيث الصحة والمرض</w:t>
      </w:r>
    </w:p>
    <w:p>
      <w:r>
        <w:t>الفلك الجسم من حيث الغروب والشروق</w:t>
      </w:r>
    </w:p>
    <w:p>
      <w:r>
        <w:t>فيزياء الجسم من حيث الحركة والسكون</w:t>
      </w:r>
    </w:p>
    <w:p>
      <w:r>
        <w:t>الفر الوجود المطلق وهكذا</w:t>
      </w:r>
    </w:p>
    <w:p>
      <w:r>
        <w:t>موضوعات هي التي تميز العلو</w:t>
      </w:r>
    </w:p>
    <w:p>
      <w:r>
        <w:t>والعرضي الذاتي وليس العرض الذاتي مسامحة</w:t>
      </w:r>
    </w:p>
    <w:p>
      <w:r>
        <w:t>والعرضي الذاتي</w:t>
      </w:r>
    </w:p>
    <w:p>
      <w:r>
        <w:t>العربي الذي يقع في مقابل الذاتي ايساغوجي الذاتي المقوم</w:t>
      </w:r>
    </w:p>
    <w:p>
      <w:r>
        <w:t>والعرضي الذاتي</w:t>
      </w:r>
    </w:p>
    <w:p>
      <w:r>
        <w:t>العرضي يعني يخرج عن المكونات</w:t>
      </w:r>
    </w:p>
    <w:p>
      <w:r>
        <w:t>الجنس والفصل الذاتي يعني من صميم الذات</w:t>
      </w:r>
    </w:p>
    <w:p>
      <w:r>
        <w:t>يعني لا هوية له الا الذات</w:t>
      </w:r>
    </w:p>
    <w:p>
      <w:r>
        <w:t>قد يحمل في كل علم على موضوع ذلك العلم تقول وجود اصيل الأصالة عرضي ذاتي لأصل الوجود</w:t>
      </w:r>
    </w:p>
    <w:p>
      <w:r>
        <w:t>الوجود مشكك</w:t>
      </w:r>
    </w:p>
    <w:p>
      <w:r>
        <w:t>التش عرضي ذاتي لاصل الوجود</w:t>
      </w:r>
    </w:p>
    <w:p>
      <w:r>
        <w:t>نعم</w:t>
      </w:r>
    </w:p>
    <w:p>
      <w:r>
        <w:t>كما يحمل الناقص</w:t>
      </w:r>
    </w:p>
    <w:p>
      <w:r>
        <w:t>يروح الى الرياضيات بالله عليك</w:t>
      </w:r>
    </w:p>
    <w:p>
      <w:r>
        <w:t>يروح الى العقائد روح الى الفلسفة</w:t>
      </w:r>
    </w:p>
    <w:p>
      <w:r>
        <w:t>الناقص من يعرف الان النقص</w:t>
      </w:r>
    </w:p>
    <w:p>
      <w:r>
        <w:t>الرياضيات قديمة هادي</w:t>
      </w:r>
    </w:p>
    <w:p>
      <w:r>
        <w:t>كما يحمل الناقص يعني هذه عرض ذاتي للعدد</w:t>
      </w:r>
    </w:p>
    <w:p>
      <w:r>
        <w:t>والزوج لانقسام الى قسمين</w:t>
      </w:r>
    </w:p>
    <w:p>
      <w:r>
        <w:t>نعم</w:t>
      </w:r>
    </w:p>
    <w:p>
      <w:r>
        <w:t>على العدد</w:t>
      </w:r>
    </w:p>
    <w:p>
      <w:r>
        <w:t>نقول العدد ناقص والعدد زوج</w:t>
      </w:r>
    </w:p>
    <w:p>
      <w:r>
        <w:t>الناقص حيثية من حيثية العدد لا يهمنا</w:t>
      </w:r>
    </w:p>
    <w:p>
      <w:r>
        <w:t>اذا الناقص مباشرة حمل على موضوع آآ الحساب العدد</w:t>
      </w:r>
    </w:p>
    <w:p>
      <w:r>
        <w:t>والزوجية كذلك</w:t>
      </w:r>
    </w:p>
    <w:p>
      <w:r>
        <w:t>الذي هو موضوع علم الحساب</w:t>
      </w:r>
    </w:p>
    <w:p>
      <w:r>
        <w:t>وقد يحمل العرضي الذاتي على انواع الموضوع</w:t>
      </w:r>
    </w:p>
    <w:p>
      <w:r>
        <w:t>انواع الموضوع</w:t>
      </w:r>
    </w:p>
    <w:p>
      <w:r>
        <w:t>فالموضوع يكون كالجنس لتلك الانواع</w:t>
      </w:r>
    </w:p>
    <w:p>
      <w:r>
        <w:t>نعم</w:t>
      </w:r>
    </w:p>
    <w:p>
      <w:r>
        <w:t>الانواع ما هي? هي الموضوع بنحو فما يثبت لها الموضوع</w:t>
      </w:r>
    </w:p>
    <w:p>
      <w:r>
        <w:t>لأنواع الهوية الموضوع بنحو ما يثبت لها</w:t>
      </w:r>
    </w:p>
    <w:p>
      <w:r>
        <w:t>يثبت لي الموضوع</w:t>
      </w:r>
    </w:p>
    <w:p>
      <w:r>
        <w:t>كما يحمل الزوج على الإثنين</w:t>
      </w:r>
    </w:p>
    <w:p>
      <w:r>
        <w:t>الذي هو نوع من العدد</w:t>
      </w:r>
    </w:p>
    <w:p>
      <w:r>
        <w:t>نعم</w:t>
      </w:r>
    </w:p>
    <w:p>
      <w:r>
        <w:t>تقول اثنين زوج</w:t>
      </w:r>
    </w:p>
    <w:p>
      <w:r>
        <w:t>نعم</w:t>
      </w:r>
    </w:p>
    <w:p>
      <w:r>
        <w:t>اذا الزوجية هنا حمل على الاثنين لماذا? لان ملاك القسمة فيها</w:t>
      </w:r>
    </w:p>
    <w:p>
      <w:r>
        <w:t>ملاك القسمة الى متساويين</w:t>
      </w:r>
    </w:p>
    <w:p>
      <w:r>
        <w:t>اذا القسمة الى تعرض العدد</w:t>
      </w:r>
    </w:p>
    <w:p>
      <w:r>
        <w:t>اذا من شؤونات العدد انه ينقسم الى متساوية</w:t>
      </w:r>
    </w:p>
    <w:p>
      <w:r>
        <w:t>فتأتي الزوجية</w:t>
      </w:r>
    </w:p>
    <w:p>
      <w:r>
        <w:t>اذا كل عدد من انواع كل نوع من نوع الاعداد</w:t>
      </w:r>
    </w:p>
    <w:p>
      <w:r>
        <w:t>ينقسم به الى نسوي له هذه الضابطة فيكون ماذا? زوجان</w:t>
      </w:r>
    </w:p>
    <w:p>
      <w:r>
        <w:t>نعم</w:t>
      </w:r>
    </w:p>
    <w:p>
      <w:r>
        <w:t>اذا العدد هنا اه موضوع نوع من انواعه هو ماذا? اه الاثنين</w:t>
      </w:r>
    </w:p>
    <w:p>
      <w:r>
        <w:t>اذا كان العدد ينقسم الى المتساويين</w:t>
      </w:r>
    </w:p>
    <w:p>
      <w:r>
        <w:t>اذا كانت الاثنين تنقسم متساويين فتكون عددا</w:t>
      </w:r>
    </w:p>
    <w:p>
      <w:r>
        <w:t>نعم</w:t>
      </w:r>
    </w:p>
    <w:p>
      <w:r>
        <w:t>اما احراز العدد لوحده وتقول منقسم متساويين? لا</w:t>
      </w:r>
    </w:p>
    <w:p>
      <w:r>
        <w:t>لأن العدد فيه فرض وفيه زوج</w:t>
      </w:r>
    </w:p>
    <w:p>
      <w:r>
        <w:t>نعم</w:t>
      </w:r>
    </w:p>
    <w:p>
      <w:r>
        <w:t>والزوجية على الذات والفردية على الذاتي</w:t>
      </w:r>
    </w:p>
    <w:p>
      <w:r>
        <w:t>اذا كل نوع من تحت تحت العدد وله خاصية الانقسام الى قسمين فيكون زوجا</w:t>
      </w:r>
    </w:p>
    <w:p>
      <w:r>
        <w:t>يحمل على الزوج آآ يحمل الزوج على الاثنين تقول اثنان زوج الذي هو نوع للعدد</w:t>
      </w:r>
    </w:p>
    <w:p>
      <w:r>
        <w:t>اثنان نوع للعدد ونوع اخر ما هو الفرق? الذي هو الموضوع لعلم الحساب</w:t>
      </w:r>
    </w:p>
    <w:p>
      <w:r>
        <w:t>لاحظت? اذا للنوع ثبت للموضوع</w:t>
      </w:r>
    </w:p>
    <w:p>
      <w:r>
        <w:t>وقد يحمل على اعراض اخرى ذاتية للموضوع</w:t>
      </w:r>
    </w:p>
    <w:p>
      <w:r>
        <w:t>تقول وجود علة</w:t>
      </w:r>
    </w:p>
    <w:p>
      <w:r>
        <w:t>يعني اتصف بالعلية</w:t>
      </w:r>
    </w:p>
    <w:p>
      <w:r>
        <w:t>هذا عرضي للموضوع</w:t>
      </w:r>
    </w:p>
    <w:p>
      <w:r>
        <w:t>ثم يأتي التقدم لمن? للعلمية</w:t>
      </w:r>
    </w:p>
    <w:p>
      <w:r>
        <w:t>هذا التقدم حتما للموضوع لهويته لها</w:t>
      </w:r>
    </w:p>
    <w:p>
      <w:r>
        <w:t>وقد يحمل على اعراض اخرى ذاتية للموضوع</w:t>
      </w:r>
    </w:p>
    <w:p>
      <w:r>
        <w:t>كما يحمل الناقص على الاول</w:t>
      </w:r>
    </w:p>
    <w:p>
      <w:r>
        <w:t>او على او على الزوج او الفرض</w:t>
      </w:r>
    </w:p>
    <w:p>
      <w:r>
        <w:t>التي هي اعراض ذاتية له</w:t>
      </w:r>
    </w:p>
    <w:p>
      <w:r>
        <w:t>هذه مصطلحات مصطلحات حسابية</w:t>
      </w:r>
    </w:p>
    <w:p>
      <w:r>
        <w:t>انا اتي بالفلسفة</w:t>
      </w:r>
    </w:p>
    <w:p>
      <w:r>
        <w:t>احسن</w:t>
      </w:r>
    </w:p>
    <w:p>
      <w:r>
        <w:t>نعم</w:t>
      </w:r>
    </w:p>
    <w:p>
      <w:r>
        <w:t>او تقول في مقام الاثبات في مقام النزم المنطقي</w:t>
      </w:r>
    </w:p>
    <w:p>
      <w:r>
        <w:t>الله تعين الله تعين بالحياة فيتعين بالعلم</w:t>
      </w:r>
    </w:p>
    <w:p>
      <w:r>
        <w:t>الحياة هنا واسطة اثباتية</w:t>
      </w:r>
    </w:p>
    <w:p>
      <w:r>
        <w:t>ولا يمكن ان تكون واسطة في مقام الوجود مقام التحقق لان لا هوية له</w:t>
      </w:r>
    </w:p>
    <w:p>
      <w:r>
        <w:t>نعم</w:t>
      </w:r>
    </w:p>
    <w:p>
      <w:r>
        <w:t>نعم</w:t>
      </w:r>
    </w:p>
    <w:p>
      <w:r>
        <w:t>تقول اه الله عالم وكل عالم حي من الحياة علم</w:t>
      </w:r>
    </w:p>
    <w:p>
      <w:r>
        <w:t>فعال</w:t>
      </w:r>
    </w:p>
    <w:p>
      <w:r>
        <w:t>فالله حي فعندك هنا اه عربيان ذاتيان عربي الذات لاولي العلم العربي الثاني الحياة</w:t>
      </w:r>
    </w:p>
    <w:p>
      <w:r>
        <w:t>العلم من اين تكتشف امه? تكتشفه ممكن من الصنع</w:t>
      </w:r>
    </w:p>
    <w:p>
      <w:r>
        <w:t>التأمل في الايات الافاقية الانفسية تقول الذي صنع هذا الاتقان الجميل حتما عندو الكاشفية عندو العلم لا يصنع بدون علم هذا الاتقان الجهة لا يؤدي الى شيء فاكتشفت ان حيثية العلم او تذهب الى بسيط الحقيقة تقول الذات الالهية بسيطة الحقيقة يعني كل الكمالات ولا يعتريها النقص ابدا العلم والكمال فالعلم صفة من صفات الله تعالى</w:t>
      </w:r>
    </w:p>
    <w:p>
      <w:r>
        <w:t>ثم العلم مقوم من مقومات الحياة هنا التقويم طبعا التوقيم التقويم اللجوء اللزوم يعني الحياة تلازم العلم اينما يكون العلم ككل حياتنا الحياتية عالم فعال دراك فعال فالعلم يلازم الحياة حيث كان تكون الحياة فالله تعالى العربي الذات العلم اوصلنا الى عرض الذاتي ثاني من الحياة</w:t>
      </w:r>
    </w:p>
    <w:p>
      <w:r>
        <w:t>وقد يحمل على اعراض اخرى ذاتية للموضوع كما يحمل الناقص على الأول او على الزوج او الفرض التي هي اعراض العدد له اذا الناقص الذي عرض الاول كمصطلح او على الزوج او الفرد التي اعراض ذات العبد وذات يلو الناقص يكون عرضيا ذاتيا للعدد</w:t>
      </w:r>
    </w:p>
    <w:p>
      <w:r>
        <w:t>وقد يحم على انواع هذه الاعراض</w:t>
      </w:r>
    </w:p>
    <w:p>
      <w:r>
        <w:t>لا يروح الى انواع الموضوع</w:t>
      </w:r>
    </w:p>
    <w:p>
      <w:r>
        <w:t>يروح حتى انواع الاعراض</w:t>
      </w:r>
    </w:p>
    <w:p>
      <w:r>
        <w:t>طبعا هنا الانواع الاعراض مسامحة</w:t>
      </w:r>
    </w:p>
    <w:p>
      <w:r>
        <w:t>الفلسفة الاسلامية حتى في الحكمة المتعالية تتنفس سينويا</w:t>
      </w:r>
    </w:p>
    <w:p>
      <w:r>
        <w:t>نعم الشيخ مصباح الله يرحمو يدرس الفلسفة بذهنية ثانوية ذهنية مهوية</w:t>
      </w:r>
    </w:p>
    <w:p>
      <w:r>
        <w:t>حتى الحكمة المتعالية يدرسوها بذهنية سينوية مهوية</w:t>
      </w:r>
    </w:p>
    <w:p>
      <w:r>
        <w:t>حتى الليل رحمة الله عليه يقارب مسائله الجميلة جدا</w:t>
      </w:r>
    </w:p>
    <w:p>
      <w:r>
        <w:t>اللي هي تنتمي الى الوجود ما عندها علاقة بما هي بذهنية سينوية</w:t>
      </w:r>
    </w:p>
    <w:p>
      <w:r>
        <w:t>ولهذا الطالب لا يسمى معنى اصالة الوجود والمسائل المترتبة على اصالة الوجود</w:t>
      </w:r>
    </w:p>
    <w:p>
      <w:r>
        <w:t>منهجية تدريسية خطأ مائة بالمائة</w:t>
      </w:r>
    </w:p>
    <w:p>
      <w:r>
        <w:t>نعم</w:t>
      </w:r>
    </w:p>
    <w:p>
      <w:r>
        <w:t>بمجرد ان تقارب الحكمة المتعالية بمطلق النزمة المنطقي فانت سينوي ارستي ما هوي</w:t>
      </w:r>
    </w:p>
    <w:p>
      <w:r>
        <w:t>نعم</w:t>
      </w:r>
    </w:p>
    <w:p>
      <w:r>
        <w:t>وقد يحمل يعني عرضي الذاتي على انواع هذه الاعراض</w:t>
      </w:r>
    </w:p>
    <w:p>
      <w:r>
        <w:t>الاعراض هي لوازم وليست ماهية نعم</w:t>
      </w:r>
    </w:p>
    <w:p>
      <w:r>
        <w:t>فكيف تكون لها انواع? نعم تكون لها تعينات اخرى</w:t>
      </w:r>
    </w:p>
    <w:p>
      <w:r>
        <w:t>نعم فهذه التعينات كذلك هي تعينات للم ان تعين العرضي هو تعين الموضوع في الاصل</w:t>
      </w:r>
    </w:p>
    <w:p>
      <w:r>
        <w:t>كما بينت لك الان الحياة هي تابعة للعلم ملازمة للعلم</w:t>
      </w:r>
    </w:p>
    <w:p>
      <w:r>
        <w:t>فهي في الاصل من? للذات</w:t>
      </w:r>
    </w:p>
    <w:p>
      <w:r>
        <w:t>نعم</w:t>
      </w:r>
    </w:p>
    <w:p>
      <w:r>
        <w:t>في مقام العلم</w:t>
      </w:r>
    </w:p>
    <w:p>
      <w:r>
        <w:t>مقام النظم المنطق انت اثبتها للعلم ولا في الحقيقة في مقام الانطلوجي هي لمن? للذات الاله هي</w:t>
      </w:r>
    </w:p>
    <w:p>
      <w:r>
        <w:t>كما يحمل الناقص على زوج الزوج الذي هو نوع للزوج العارض للموضوع</w:t>
      </w:r>
    </w:p>
    <w:p>
      <w:r>
        <w:t>عندنا الزوج الزوج عرضي الذاتي لمن? للزوج</w:t>
      </w:r>
    </w:p>
    <w:p>
      <w:r>
        <w:t>والزوج عرضي وللعدد</w:t>
      </w:r>
    </w:p>
    <w:p>
      <w:r>
        <w:t>اذا الزوج الزوج هذا عرضي للعدد الذي هو العدد</w:t>
      </w:r>
    </w:p>
    <w:p>
      <w:r>
        <w:t>وجميع ذلك يسمى عرضيا ذاتيا</w:t>
      </w:r>
    </w:p>
    <w:p>
      <w:r>
        <w:t>عرضا خطأ</w:t>
      </w:r>
    </w:p>
    <w:p>
      <w:r>
        <w:t>اكتب عرضيا ذاتيا</w:t>
      </w:r>
    </w:p>
    <w:p>
      <w:r>
        <w:t>هو الصحيح</w:t>
      </w:r>
    </w:p>
    <w:p>
      <w:r>
        <w:t>نعم اذن هنا يشير الى تجليات العرض الذاتي المتعددة اما ان تصل الى الموضوع مباشرة واما ان تأتيه من شؤونات مرة تكون الشؤونات هذه الداخلية مكونات داخلية جنس وفص</w:t>
      </w:r>
    </w:p>
    <w:p>
      <w:r>
        <w:t>مرة تأتيه من اللوازم</w:t>
      </w:r>
    </w:p>
    <w:p>
      <w:r>
        <w:t>كل من اتى من هذه المكونات الداخلية والخارجية فيها هو عرضي ذاتي مع فقط قيد</w:t>
      </w:r>
    </w:p>
    <w:p>
      <w:r>
        <w:t>ما جاء من الجنس يجب ان يخصص بما يناسب النوع والا وقعن في كارثة</w:t>
      </w:r>
    </w:p>
    <w:p>
      <w:r>
        <w:t>نعم</w:t>
      </w:r>
    </w:p>
    <w:p>
      <w:r>
        <w:t>اما اذا جئت الى صدر متأنهين الموضوع ما هو? الموجود</w:t>
      </w:r>
    </w:p>
    <w:p>
      <w:r>
        <w:t>الاعراض الذاتية تناسب الوجود</w:t>
      </w:r>
    </w:p>
    <w:p>
      <w:r>
        <w:t>الما هي هناك غير موجودة ما هي معجزية متنون بالعرظ</w:t>
      </w:r>
    </w:p>
    <w:p>
      <w:r>
        <w:t>اذا هذه الاقسام العرظ التي كلها تختفي</w:t>
      </w:r>
    </w:p>
    <w:p>
      <w:r>
        <w:t>نعم</w:t>
      </w:r>
    </w:p>
    <w:p>
      <w:r>
        <w:t>يبقى فقط وهو الذي يعرض الموضوع مباشرة</w:t>
      </w:r>
    </w:p>
    <w:p>
      <w:r>
        <w:t>حتى لو عرظ من عرظ ذاته حتى لو عرض من عرضته مباشرة مباشرة</w:t>
      </w:r>
    </w:p>
    <w:p>
      <w:r>
        <w:t>لان العلية بالنسبة للوجود العلية ما هي? الوجود الذي صدر عنه شيء</w:t>
      </w:r>
    </w:p>
    <w:p>
      <w:r>
        <w:t>اذا من من المتقدم وصف العلية ام ام الوجود? لا تقل وجود شيخنا</w:t>
      </w:r>
    </w:p>
    <w:p>
      <w:r>
        <w:t>الوجود الصادر عنه حتما يكون متقدما</w:t>
      </w:r>
    </w:p>
    <w:p>
      <w:r>
        <w:t>على المعلول</w:t>
      </w:r>
    </w:p>
    <w:p>
      <w:r>
        <w:t>لكن في النسق الحكمة الالهية في نظام العناية الالهية</w:t>
      </w:r>
    </w:p>
    <w:p>
      <w:r>
        <w:t>الصدور هو باب العلية والمعلولية</w:t>
      </w:r>
    </w:p>
    <w:p>
      <w:r>
        <w:t>تقول الوجود الذي تعين بالعلية يتعين في المرتبة الدانية بالمحلولية</w:t>
      </w:r>
    </w:p>
    <w:p>
      <w:r>
        <w:t>فالعلية وصف العلية سابق على وصف المحلولية</w:t>
      </w:r>
    </w:p>
    <w:p>
      <w:r>
        <w:t>اذا التقدم هنا جاء ببركة العلية الى انه هو وصف وصفه للولود</w:t>
      </w:r>
    </w:p>
    <w:p>
      <w:r>
        <w:t>والمحمول الذي يؤخذ في حده الموضوع هو الاول لا غير</w:t>
      </w:r>
    </w:p>
    <w:p>
      <w:r>
        <w:t>والمحمول الذي يؤخذ في حده الموضوع هو الاول لا غير</w:t>
      </w:r>
    </w:p>
    <w:p>
      <w:r>
        <w:t>نعم</w:t>
      </w:r>
    </w:p>
    <w:p>
      <w:r>
        <w:t>يعني من هذه الاقسام قلنا في قسم يعرض الموضوع مباشرة</w:t>
      </w:r>
    </w:p>
    <w:p>
      <w:r>
        <w:t>ليس من من خلال شؤونته</w:t>
      </w:r>
    </w:p>
    <w:p>
      <w:r>
        <w:t>لماذا? لانه يأتي الموضوع في تعريفه</w:t>
      </w:r>
    </w:p>
    <w:p>
      <w:r>
        <w:t>وقلنا هذا يصدق على العربي الذاتي في الحكمة المتعالية</w:t>
      </w:r>
    </w:p>
    <w:p>
      <w:r>
        <w:t>نعم الوجود يدخل فيها كلها</w:t>
      </w:r>
    </w:p>
    <w:p>
      <w:r>
        <w:t>فما عندنا وسائط</w:t>
      </w:r>
    </w:p>
    <w:p>
      <w:r>
        <w:t>لماذا? لان الوجود لا جنس له ولا فصل له</w:t>
      </w:r>
    </w:p>
    <w:p>
      <w:r>
        <w:t>فلوازمه هي حيثياته</w:t>
      </w:r>
    </w:p>
    <w:p>
      <w:r>
        <w:t>نعم</w:t>
      </w:r>
    </w:p>
    <w:p>
      <w:r>
        <w:t>والمحمو الذي يؤخذ في حده الموضوع هو الاولى لا غير</w:t>
      </w:r>
    </w:p>
    <w:p>
      <w:r>
        <w:t>الاول في القسمة</w:t>
      </w:r>
    </w:p>
    <w:p>
      <w:r>
        <w:t>كما نعم يقول والسبب فيه ان العلوم متمايزة بحبس بتمايز من موضوعاتها</w:t>
      </w:r>
    </w:p>
    <w:p>
      <w:r>
        <w:t>والعرضي قد يحمل في كل علم على موضوع ذلك العلم</w:t>
      </w:r>
    </w:p>
    <w:p>
      <w:r>
        <w:t>من هو الذي يؤخذ الموضوع في حده مباشرة? اذا في الحكمة المتعالية فقط هذا</w:t>
      </w:r>
    </w:p>
    <w:p>
      <w:r>
        <w:t>الباقي كلها في النسق المحوي</w:t>
      </w:r>
    </w:p>
    <w:p>
      <w:r>
        <w:t>والمحمول الذي يؤخذ في حده الموضوع مباشرة بدون توسط شيء</w:t>
      </w:r>
    </w:p>
    <w:p>
      <w:r>
        <w:t>هو الاول لا غير</w:t>
      </w:r>
    </w:p>
    <w:p>
      <w:r>
        <w:t>يعني هو النوع الاول في العبارة السابقة</w:t>
      </w:r>
    </w:p>
    <w:p>
      <w:r>
        <w:t>بل المأخوذ في حده في الثاني</w:t>
      </w:r>
    </w:p>
    <w:p>
      <w:r>
        <w:t>جنس الموظوع</w:t>
      </w:r>
    </w:p>
    <w:p>
      <w:r>
        <w:t>انظر في الثاني ياخذ فيه جنس الموظوع</w:t>
      </w:r>
    </w:p>
    <w:p>
      <w:r>
        <w:t>يعني الذي هو اعلى</w:t>
      </w:r>
    </w:p>
    <w:p>
      <w:r>
        <w:t>انظر الجنس الموضوع في الحكمة المتعالية ما عندنا جنس للوجود اعلى من الوجود ما عندنا</w:t>
      </w:r>
    </w:p>
    <w:p>
      <w:r>
        <w:t>اذا هذا العرض ليس يتبخار</w:t>
      </w:r>
    </w:p>
    <w:p>
      <w:r>
        <w:t>ما عندنا اذاب في النص قلنا المأخوذ في حده في الثاني جنس الموظوع الذي والعدد</w:t>
      </w:r>
    </w:p>
    <w:p>
      <w:r>
        <w:t>وفي الثالث معروض الموضوع عن العدد ايضا وهو وفي الرابع معروض جنس الموظوع</w:t>
      </w:r>
    </w:p>
    <w:p>
      <w:r>
        <w:t>وهو العدد ايظا</w:t>
      </w:r>
    </w:p>
    <w:p>
      <w:r>
        <w:t>هذي كلها اعراظ ذاتية</w:t>
      </w:r>
    </w:p>
    <w:p>
      <w:r>
        <w:t>ولما كانت يعني تفصيل فقط</w:t>
      </w:r>
    </w:p>
    <w:p>
      <w:r>
        <w:t>ولما كانت اه يريد يبين اه ان هذه العبارة والمحمول الذي يؤخذ في حدة الموضوع ولا غير</w:t>
      </w:r>
    </w:p>
    <w:p>
      <w:r>
        <w:t>بل المأخوذ في حده في الثاني جنس الموضوع الذي هو العدد</w:t>
      </w:r>
    </w:p>
    <w:p>
      <w:r>
        <w:t>وفي الثالث معروض الموضوع عن العدد ايضا وفي الرابع معروض جنس الموضوع والعدد ايضا</w:t>
      </w:r>
    </w:p>
    <w:p>
      <w:r>
        <w:t>يريد به لك هذه الحقيقة</w:t>
      </w:r>
    </w:p>
    <w:p>
      <w:r>
        <w:t>اياك اياك ان تدخل الجنس والفصل في المسائل البرهانية</w:t>
      </w:r>
    </w:p>
    <w:p>
      <w:r>
        <w:t>لان هذه خاصة بالتصور تحصيل الحاصل</w:t>
      </w:r>
    </w:p>
    <w:p>
      <w:r>
        <w:t>اذا تأتي باللوازم لوازم هذه الاشياء نعم مقبولة</w:t>
      </w:r>
    </w:p>
    <w:p>
      <w:r>
        <w:t>مع قيد ان ما يأتي من الجنس من الجنس عام</w:t>
      </w:r>
    </w:p>
    <w:p>
      <w:r>
        <w:t>لا يتجلى فقط في في الموظوع انت جلست في موضوعات اخرى اذا لا تأتي بصفاته نحو الكلية والعموم خصصه بما يناسب الموضوع</w:t>
      </w:r>
    </w:p>
    <w:p>
      <w:r>
        <w:t>وهذا سيأتي ان شاء الله بيانه</w:t>
      </w:r>
    </w:p>
    <w:p>
      <w:r>
        <w:t>ولما كانت المحمولات البرهانية ذاتية</w:t>
      </w:r>
    </w:p>
    <w:p>
      <w:r>
        <w:t>يعني من الاعراض الذاتية</w:t>
      </w:r>
    </w:p>
    <w:p>
      <w:r>
        <w:t>كان جميع ذلك من الاعراض الذاتية</w:t>
      </w:r>
    </w:p>
    <w:p>
      <w:r>
        <w:t>يعني يعني كلها تطلب في العلوم اذا لم تكن بينة</w:t>
      </w:r>
    </w:p>
    <w:p>
      <w:r>
        <w:t>لكن ينبغي ان يقيد ما يؤخذ في في ما يؤخذ في حده جنس الموضوع</w:t>
      </w:r>
    </w:p>
    <w:p>
      <w:r>
        <w:t>هذا يجب ان يقيد لان جزء عام</w:t>
      </w:r>
    </w:p>
    <w:p>
      <w:r>
        <w:t>قد يأتي غريبة عن الانسان</w:t>
      </w:r>
    </w:p>
    <w:p>
      <w:r>
        <w:t>نعم الحيوان قد يتجلى في الصهيونية</w:t>
      </w:r>
    </w:p>
    <w:p>
      <w:r>
        <w:t>الانسان صاهل من الاعراض الذاتية للحيوان الصهيوني</w:t>
      </w:r>
    </w:p>
    <w:p>
      <w:r>
        <w:t>هل الانسان صاهل? لا</w:t>
      </w:r>
    </w:p>
    <w:p>
      <w:r>
        <w:t>تقول اذا كل العرضيات التي تأتي من الحيوان</w:t>
      </w:r>
    </w:p>
    <w:p>
      <w:r>
        <w:t>في الإنسان يجب ان تقيد بما يناسب الإنسان</w:t>
      </w:r>
    </w:p>
    <w:p>
      <w:r>
        <w:t>ولهذا يقول نعم آآ يقول لكن يعني استثناء ينبغي ان يقيد يعني هذا العرض الذاتي</w:t>
      </w:r>
    </w:p>
    <w:p>
      <w:r>
        <w:t>آآ ما يؤخذ في حده جنس الموضوع بما لا يخرج عن العلم البحث عنه يعني بما يناسب الموضوع</w:t>
      </w:r>
    </w:p>
    <w:p>
      <w:r>
        <w:t>زيادة على الموضوع لا لان الجزء عامة</w:t>
      </w:r>
    </w:p>
    <w:p>
      <w:r>
        <w:t>نعم</w:t>
      </w:r>
    </w:p>
    <w:p>
      <w:r>
        <w:t>فان العرضي الذي يؤخذ في حده جنس الموضوع الخارج عن ذلك العلم لا يسمى عرضيا ذاتيا كالصاهيلية بالنسبة الى الانسان</w:t>
      </w:r>
    </w:p>
    <w:p>
      <w:r>
        <w:t>لا هذا غريب نعم واليه اشار بقوله اذا كان الباحثون علما واحدا</w:t>
      </w:r>
    </w:p>
    <w:p>
      <w:r>
        <w:t>لان اعني وحدة الموضوع</w:t>
      </w:r>
    </w:p>
    <w:p>
      <w:r>
        <w:t>اما الصهيونية لا تدرس لكن ليس في موضوع الانسان</w:t>
      </w:r>
    </w:p>
    <w:p>
      <w:r>
        <w:t>في موضوع الفرس</w:t>
      </w:r>
    </w:p>
    <w:p>
      <w:r>
        <w:t>نعم هذا اذا اريد بالموضوع موضوع القضية</w:t>
      </w:r>
    </w:p>
    <w:p>
      <w:r>
        <w:t>قال لي هذا ان شاء الله يصل في الحصة القادمة</w:t>
      </w:r>
    </w:p>
    <w:p>
      <w:r>
        <w:t>اللهم صل على محمد وال محمد</w:t>
      </w:r>
    </w:p>
    <w:p>
      <w:r>
        <w:t>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