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w:t>
      </w:r>
    </w:p>
    <w:p>
      <w:r>
        <w:t>يا الله</w:t>
      </w:r>
    </w:p>
    <w:p>
      <w:r>
        <w:t>الله يا الله</w:t>
      </w:r>
    </w:p>
    <w:p>
      <w:r>
        <w:t>والحمد لله</w:t>
      </w:r>
    </w:p>
    <w:p>
      <w:r>
        <w:t>والله اكبر</w:t>
      </w:r>
    </w:p>
    <w:p>
      <w:r>
        <w:t>اعوذ بالله من الشيطان الرجيم</w:t>
      </w:r>
    </w:p>
    <w:p>
      <w:r>
        <w:t>بسم الله الرحمن الرحيم</w:t>
      </w:r>
    </w:p>
    <w:p>
      <w:r>
        <w:t>وبه تعالى نست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هذا اذا اريد بالموضوع موضوع القضية</w:t>
      </w:r>
    </w:p>
    <w:p>
      <w:r>
        <w:t>واما اذا اريد به موضوع علم كفى ان يقال ما يؤخذ موضوع العلم في حده</w:t>
      </w:r>
    </w:p>
    <w:p>
      <w:r>
        <w:t>هنا العلامة الحل يفككون بين يفككون بين موضوع المسألة وموضوع العلم طبعا موضوع العلم فمثلا في فلسفة الوجود هو الوجود المطلق</w:t>
      </w:r>
    </w:p>
    <w:p>
      <w:r>
        <w:t>واذا قلت العلة سابقة على معلومها</w:t>
      </w:r>
    </w:p>
    <w:p>
      <w:r>
        <w:t>ولا العلة موضوع المسألة</w:t>
      </w:r>
    </w:p>
    <w:p>
      <w:r>
        <w:t>اذن موضوع المسألة قد يكون هو موضوع العلم قد يكون من شؤونات موضوع العلم</w:t>
      </w:r>
    </w:p>
    <w:p>
      <w:r>
        <w:t>اذا اخذنا موضوع العلم فيكفي ان نقول اه الظابطة ما الموضوع في حده يعني في تعريفه انتهى الامر فيكون آآ مسألة علمية اذا لم يكن بينا</w:t>
      </w:r>
    </w:p>
    <w:p>
      <w:r>
        <w:t>اذا كان بينا لا معنى ان يطلب اذا عنوان المسألة هو الذاتي الذي يطلب في العلوم يستدل عليه</w:t>
      </w:r>
    </w:p>
    <w:p>
      <w:r>
        <w:t>نعم</w:t>
      </w:r>
    </w:p>
    <w:p>
      <w:r>
        <w:t>وهذا اذا اريد بالموضوع موضوع القضية واما اذا اريد به موضوع العلم كفى ان يقال ما يؤخذ موضوع العلم في حد يعني في تعريفه هذه الضابطة الاساسية في العراظي الذاتي الظابطة الظابطة المعرفية</w:t>
      </w:r>
    </w:p>
    <w:p>
      <w:r>
        <w:t>لان عندها علاقة بالحدود والتعريفات</w:t>
      </w:r>
    </w:p>
    <w:p>
      <w:r>
        <w:t>ثم اه يروح الى اشكالية هرمونيتكية تربك المتن ما هي المصطلحات التي ذكرها في علم الحساب? واعلم ان الناقص هو الذي يقصر عن اجزائه</w:t>
      </w:r>
    </w:p>
    <w:p>
      <w:r>
        <w:t>كان في طناش تقسموا الى اثنين ستة</w:t>
      </w:r>
    </w:p>
    <w:p>
      <w:r>
        <w:t>تقسموا الى اربعة تقسموا الى ستة اثنين</w:t>
      </w:r>
    </w:p>
    <w:p>
      <w:r>
        <w:t>ستة اربعة ثلاثة اثنين ستة اربعة عشرة</w:t>
      </w:r>
    </w:p>
    <w:p>
      <w:r>
        <w:t>ثلاثة ثلطاش اثنين خمسطاش اكثر من ذاته</w:t>
      </w:r>
    </w:p>
    <w:p>
      <w:r>
        <w:t>طناش</w:t>
      </w:r>
    </w:p>
    <w:p>
      <w:r>
        <w:t>فهذا الناقص مصطلح</w:t>
      </w:r>
    </w:p>
    <w:p>
      <w:r>
        <w:t>واعلم ان الناقص هو الذي يقصر عن اجزائه كاثني عشر فان نصفه ستة</w:t>
      </w:r>
    </w:p>
    <w:p>
      <w:r>
        <w:t>وثلث ثلث ثلثه ثلثه يعني تقسم على ثلاثة اربعة</w:t>
      </w:r>
    </w:p>
    <w:p>
      <w:r>
        <w:t>وربعه ثلاثة وسلسه اثنين ازيد من نعم</w:t>
      </w:r>
    </w:p>
    <w:p>
      <w:r>
        <w:t>اذا جمعت كن اكثر من اثنى عشر</w:t>
      </w:r>
    </w:p>
    <w:p>
      <w:r>
        <w:t>والاول المصطلح هو الذي لا يعده غير الواحد كالثلاثة</w:t>
      </w:r>
    </w:p>
    <w:p>
      <w:r>
        <w:t>ثلاثة ما تقدر تقول انت من حيث العبد ثلاثة واحد زائد واحد زائد واحد فقط اثنين زائد واحد لا يصلح لان الاثنين هو واحد زائد واحد اما مثلا الستة ستة تقول اثنين زائد اثنين زائد اثنين</w:t>
      </w:r>
    </w:p>
    <w:p>
      <w:r>
        <w:t>عدها غير الواحد</w:t>
      </w:r>
    </w:p>
    <w:p>
      <w:r>
        <w:t>نعم</w:t>
      </w:r>
    </w:p>
    <w:p>
      <w:r>
        <w:t>العدد هو الذي يتكرر</w:t>
      </w:r>
    </w:p>
    <w:p>
      <w:r>
        <w:t>واحد تكرر واحد واحد ثلاثة</w:t>
      </w:r>
    </w:p>
    <w:p>
      <w:r>
        <w:t>اما اثنين لا</w:t>
      </w:r>
    </w:p>
    <w:p>
      <w:r>
        <w:t>اثنين لم يتكرر</w:t>
      </w:r>
    </w:p>
    <w:p>
      <w:r>
        <w:t>اضيف اليه واحد</w:t>
      </w:r>
    </w:p>
    <w:p>
      <w:r>
        <w:t>عدد يعني من يعد العاد العاد يعني يتكرر</w:t>
      </w:r>
    </w:p>
    <w:p>
      <w:r>
        <w:t>اثنين زائد واحد ما في شيء يتكرر</w:t>
      </w:r>
    </w:p>
    <w:p>
      <w:r>
        <w:t>نعم</w:t>
      </w:r>
    </w:p>
    <w:p>
      <w:r>
        <w:t>التسعة كذلك التسعة اه تسعة لا تسعة فيها ثلاثة ثلاثة</w:t>
      </w:r>
    </w:p>
    <w:p>
      <w:r>
        <w:t>نعم</w:t>
      </w:r>
    </w:p>
    <w:p>
      <w:r>
        <w:t>الحادي عشر نعم</w:t>
      </w:r>
    </w:p>
    <w:p>
      <w:r>
        <w:t>الحادي عشر تقول واحد واحد واحد</w:t>
      </w:r>
    </w:p>
    <w:p>
      <w:r>
        <w:t>كالثلاثة</w:t>
      </w:r>
    </w:p>
    <w:p>
      <w:r>
        <w:t>فهذا هو ناقص</w:t>
      </w:r>
    </w:p>
    <w:p>
      <w:r>
        <w:t>وزوج الزوج ما هو? هو العدد الذي يعده عدد زوج</w:t>
      </w:r>
    </w:p>
    <w:p>
      <w:r>
        <w:t>بمرات هي زوج كاربعة وعشرين اربعة وعشرين ممكن تعدو بالاثنين</w:t>
      </w:r>
    </w:p>
    <w:p>
      <w:r>
        <w:t>اثنين اثنين اثنين تصل الى اربعة وعشرين</w:t>
      </w:r>
    </w:p>
    <w:p>
      <w:r>
        <w:t>ممكن بالاربعة اربعة اربعة</w:t>
      </w:r>
    </w:p>
    <w:p>
      <w:r>
        <w:t>ست مرات يمكن</w:t>
      </w:r>
    </w:p>
    <w:p>
      <w:r>
        <w:t>ستة اربع مرات يمكن</w:t>
      </w:r>
    </w:p>
    <w:p>
      <w:r>
        <w:t>نعم</w:t>
      </w:r>
    </w:p>
    <w:p>
      <w:r>
        <w:t>واثنعش اثناعش زائد اثناش اربعة وعشرين</w:t>
      </w:r>
    </w:p>
    <w:p>
      <w:r>
        <w:t>نعم والزوج الزوج هو العدد الذي يعده عدد زوج بمرات يزوج زوج</w:t>
      </w:r>
    </w:p>
    <w:p>
      <w:r>
        <w:t>يعني العادي يكون زوجا كاربعة وعشرين</w:t>
      </w:r>
    </w:p>
    <w:p>
      <w:r>
        <w:t>انتهى الحديث عن الذات الذي يطلب في العلوم</w:t>
      </w:r>
    </w:p>
    <w:p>
      <w:r>
        <w:t>في اصالة الوجود ما عندنا الا المحمول الذي يعرض الوجود مباشرة او يعظ اه عربيا ذاتيا للوجود</w:t>
      </w:r>
    </w:p>
    <w:p>
      <w:r>
        <w:t>والعارض المعروض كلاهما عرضي ذاتي لمن? بالوجود</w:t>
      </w:r>
    </w:p>
    <w:p>
      <w:r>
        <w:t>الاولي والكلي والظروري في باب البرهان</w:t>
      </w:r>
    </w:p>
    <w:p>
      <w:r>
        <w:t>نعم قال والاول هو المحمول بلا توسط غيره</w:t>
      </w:r>
    </w:p>
    <w:p>
      <w:r>
        <w:t>كالجنس القريب والفصل والعرضي الذاتي الحقيقي على النوع</w:t>
      </w:r>
    </w:p>
    <w:p>
      <w:r>
        <w:t>دائما يأتي الذهنية السيناوية يعني اصالة المائية متحكمة في الذهنية الفكرية لعلمائنا</w:t>
      </w:r>
    </w:p>
    <w:p>
      <w:r>
        <w:t>نعم</w:t>
      </w:r>
    </w:p>
    <w:p>
      <w:r>
        <w:t>الاولي هو المحمول بلا توسط غيره</w:t>
      </w:r>
    </w:p>
    <w:p>
      <w:r>
        <w:t>كالجنس القريب للانسان والانسان حيوان مباشرة</w:t>
      </w:r>
    </w:p>
    <w:p>
      <w:r>
        <w:t>والفصل تقول الانسان ناطق مباشرة لا يتوسط شيء</w:t>
      </w:r>
    </w:p>
    <w:p>
      <w:r>
        <w:t>والعرضية الذاتي الحقيقي على النوع</w:t>
      </w:r>
    </w:p>
    <w:p>
      <w:r>
        <w:t>نعم في الأصالة الوجود كل المحمولات اولية</w:t>
      </w:r>
    </w:p>
    <w:p>
      <w:r>
        <w:t>نعم</w:t>
      </w:r>
    </w:p>
    <w:p>
      <w:r>
        <w:t>وان توسط عرضي ذاتي يبقى اولي</w:t>
      </w:r>
    </w:p>
    <w:p>
      <w:r>
        <w:t>اذا خلينا من الجنس والفصل يعني في التصورات لا تطلب في العلوم اذا في المسائل الاولي هو العرض الذاتي الحقيقي وليس العرض الذكي معنى العرض الذكي عرض غريب والكل ها هنا ان يكون المحمول على الكل في جميع الأزمنة حملة اوليا</w:t>
      </w:r>
    </w:p>
    <w:p>
      <w:r>
        <w:t>احطاط من كلمة الكل</w:t>
      </w:r>
    </w:p>
    <w:p>
      <w:r>
        <w:t>ليس الكل المجموعي</w:t>
      </w:r>
    </w:p>
    <w:p>
      <w:r>
        <w:t>وانما السريان المصداقي</w:t>
      </w:r>
    </w:p>
    <w:p>
      <w:r>
        <w:t>ليس لكل المجموعين</w:t>
      </w:r>
    </w:p>
    <w:p>
      <w:r>
        <w:t>الكلي ما عندو علاقة بالكل</w:t>
      </w:r>
    </w:p>
    <w:p>
      <w:r>
        <w:t>عندو علاقة بجميع المصاديق</w:t>
      </w:r>
    </w:p>
    <w:p>
      <w:r>
        <w:t>الكل هنا يقصد سريان الصدق جميع المصاديق ان يكون المحمول مقول على الكل على المصادق مصادق الموضوع طبعا في جميع الأزمنة حملا اوليا في جميع الأزمنة اما ازمنة حقيقية في عالم المادة او استعارية</w:t>
      </w:r>
    </w:p>
    <w:p>
      <w:r>
        <w:t>ازمنة عارية</w:t>
      </w:r>
    </w:p>
    <w:p>
      <w:r>
        <w:t>الاستعارة التفهيمية</w:t>
      </w:r>
    </w:p>
    <w:p>
      <w:r>
        <w:t>نعم</w:t>
      </w:r>
    </w:p>
    <w:p>
      <w:r>
        <w:t>مفهوم الاله يصدق على كفيل نعم</w:t>
      </w:r>
    </w:p>
    <w:p>
      <w:r>
        <w:t>على كثير</w:t>
      </w:r>
    </w:p>
    <w:p>
      <w:r>
        <w:t>هنا ازمنة حقيقية</w:t>
      </w:r>
    </w:p>
    <w:p>
      <w:r>
        <w:t>مصادق الاله</w:t>
      </w:r>
    </w:p>
    <w:p>
      <w:r>
        <w:t>اه زمنية مادية ليست زمنية مادية</w:t>
      </w:r>
    </w:p>
    <w:p>
      <w:r>
        <w:t>فانت اذا صورت هناك زمانا فبالاستعارة في مئة فقط</w:t>
      </w:r>
    </w:p>
    <w:p>
      <w:r>
        <w:t>او لمكان استعارات فهمية فقط</w:t>
      </w:r>
    </w:p>
    <w:p>
      <w:r>
        <w:t>ثم تقول شيخنا وين هادي الالهة التوحيد يقول مصداق واحد يقول هذا بحث في التوحيد</w:t>
      </w:r>
    </w:p>
    <w:p>
      <w:r>
        <w:t>اما العنوان الكلي لسانه هو الصدق على كثيرين</w:t>
      </w:r>
    </w:p>
    <w:p>
      <w:r>
        <w:t>ثم انت تحدده بمصداق واحد فهذا لحيثية اخرى وهو برهان التوحيد</w:t>
      </w:r>
    </w:p>
    <w:p>
      <w:r>
        <w:t>ابينها للجامعيين</w:t>
      </w:r>
    </w:p>
    <w:p>
      <w:r>
        <w:t>والكل يعني ذلك العنوان العام الذي يسري في مصاديق غير محددة غير محددة يعني غير محدودة</w:t>
      </w:r>
    </w:p>
    <w:p>
      <w:r>
        <w:t>من حيث العدد</w:t>
      </w:r>
    </w:p>
    <w:p>
      <w:r>
        <w:t>والكل يهون ان يكون المحمول الذي يحمل على الموظوع مقول على الكل على جميع المصاديق في جميع الازمنة حملا اوليا</w:t>
      </w:r>
    </w:p>
    <w:p>
      <w:r>
        <w:t>حملا اوليا يعني ليس حملا على ظيان يحمل مباشرة</w:t>
      </w:r>
    </w:p>
    <w:p>
      <w:r>
        <w:t>يعني صدق اول بمعنى لا يتوسط في صدقه آآ شيء اخر</w:t>
      </w:r>
    </w:p>
    <w:p>
      <w:r>
        <w:t>والضروري هنا ما سميناه عرفية عامة</w:t>
      </w:r>
    </w:p>
    <w:p>
      <w:r>
        <w:t>لاحظت هنا قال عرفي عامة</w:t>
      </w:r>
    </w:p>
    <w:p>
      <w:r>
        <w:t>في الماضي قال طبيعية عرفية</w:t>
      </w:r>
    </w:p>
    <w:p>
      <w:r>
        <w:t>لا في البرهان يشترط العرفية العامة</w:t>
      </w:r>
    </w:p>
    <w:p>
      <w:r>
        <w:t>يعني دوام المحمول ببركة الوصف</w:t>
      </w:r>
    </w:p>
    <w:p>
      <w:r>
        <w:t>عرفية عن مكتب الدوام المحمول للموضوع ببركة الوصف</w:t>
      </w:r>
    </w:p>
    <w:p>
      <w:r>
        <w:t>وقد يقع غير الضروري كالممكنات الاكثرية في مقدمات امثالها</w:t>
      </w:r>
    </w:p>
    <w:p>
      <w:r>
        <w:t>الممكنات الاكثرية كذلك تفيد اليقين مع انها غير ضرورية</w:t>
      </w:r>
    </w:p>
    <w:p>
      <w:r>
        <w:t>نعم لانها تفيد ضرورية الاكثرية</w:t>
      </w:r>
    </w:p>
    <w:p>
      <w:r>
        <w:t>نعم</w:t>
      </w:r>
    </w:p>
    <w:p>
      <w:r>
        <w:t>وكذلك غير الكلي في المطالب الجزئية</w:t>
      </w:r>
    </w:p>
    <w:p>
      <w:r>
        <w:t>في المطالب الجزئية من الصعب ما صعب اه بمراتب ان ان يجري الاستدلال فيها</w:t>
      </w:r>
    </w:p>
    <w:p>
      <w:r>
        <w:t>سنرى الشرح الجزئي كيف تبرهن عليه انت</w:t>
      </w:r>
    </w:p>
    <w:p>
      <w:r>
        <w:t>البرهان مزم منطقي قلنا منطقي في في العموم في القضايا العامة</w:t>
      </w:r>
    </w:p>
    <w:p>
      <w:r>
        <w:t>في العناوين العامة الجزئية انت تلمسه بالحس خلاص</w:t>
      </w:r>
    </w:p>
    <w:p>
      <w:r>
        <w:t>لماذا تستدل عليه? تلمسه بالحس بالشهود</w:t>
      </w:r>
    </w:p>
    <w:p>
      <w:r>
        <w:t>انت في المرتبة الانطلوجية وليس في المرتبة الدينية</w:t>
      </w:r>
    </w:p>
    <w:p>
      <w:r>
        <w:t>اقول قد بينا ان مقدمات البرهان يجب ان تكون اولية</w:t>
      </w:r>
    </w:p>
    <w:p>
      <w:r>
        <w:t>ونعني بالاول ما يكون محمول على الموضوع لا بالتوسط غيره</w:t>
      </w:r>
    </w:p>
    <w:p>
      <w:r>
        <w:t>حتى لا يكون غريبا</w:t>
      </w:r>
    </w:p>
    <w:p>
      <w:r>
        <w:t>وذلك كحمل الجنس والفصل القريبين على النوع</w:t>
      </w:r>
    </w:p>
    <w:p>
      <w:r>
        <w:t>هذا ليس من مسائل علمية هذه علاقة بالتصور</w:t>
      </w:r>
    </w:p>
    <w:p>
      <w:r>
        <w:t>قضايا من باب تحصيل الحصر حتى قضايا غير صحيح</w:t>
      </w:r>
    </w:p>
    <w:p>
      <w:r>
        <w:t>لان اذا ركزنا جيدا مبدأ الهوية مبدأ الذات</w:t>
      </w:r>
    </w:p>
    <w:p>
      <w:r>
        <w:t>ليست قضية فتقول انسان وانسان وابنهاوية</w:t>
      </w:r>
    </w:p>
    <w:p>
      <w:r>
        <w:t>انسان وحيوان مبدأ الهوية في بعدها الابهامي</w:t>
      </w:r>
    </w:p>
    <w:p>
      <w:r>
        <w:t>الانسان ناطق في بعدها التحصلي</w:t>
      </w:r>
    </w:p>
    <w:p>
      <w:r>
        <w:t>حيوان ناطق المجموع في بعدها تام</w:t>
      </w:r>
    </w:p>
    <w:p>
      <w:r>
        <w:t>مبدأ الهوية</w:t>
      </w:r>
    </w:p>
    <w:p>
      <w:r>
        <w:t>لم ننتقل الى القضايا</w:t>
      </w:r>
    </w:p>
    <w:p>
      <w:r>
        <w:t>اذا هناك لا معنى للقضايا</w:t>
      </w:r>
    </w:p>
    <w:p>
      <w:r>
        <w:t>كل التسامحات اذا الجنس والفصل انزحوا من ذهنك</w:t>
      </w:r>
    </w:p>
    <w:p>
      <w:r>
        <w:t>وذلك كحمل الجنس يعني الحيوان على الانسان</w:t>
      </w:r>
    </w:p>
    <w:p>
      <w:r>
        <w:t>والفصل الناطق على الانسان</w:t>
      </w:r>
    </w:p>
    <w:p>
      <w:r>
        <w:t>قريبا على النوع</w:t>
      </w:r>
    </w:p>
    <w:p>
      <w:r>
        <w:t>هذه ليس من المسائل اصلا ليست مسائل من باب ساري بابدي في هالموضوع اصلا ليس لها قضية</w:t>
      </w:r>
    </w:p>
    <w:p>
      <w:r>
        <w:t>والعرضي الذاتي الحقيقي اعني العرض اللاحق للموضوع لذات الموضوع لا غيره لا لغيره</w:t>
      </w:r>
    </w:p>
    <w:p>
      <w:r>
        <w:t>كالتعجب المحمول على الانسان لذات الانسان لا لشيء اخر غيره</w:t>
      </w:r>
    </w:p>
    <w:p>
      <w:r>
        <w:t>يعني العرض ذاتي يعني ليس غريبا</w:t>
      </w:r>
    </w:p>
    <w:p>
      <w:r>
        <w:t>فان هذا هذه كلها محمولات على الموضوع حمل الاولين</w:t>
      </w:r>
    </w:p>
    <w:p>
      <w:r>
        <w:t>اما الاجناس والفصول العالية فانها ماء تحمل على النوع بواسطة حملها على ما هو اعم منه</w:t>
      </w:r>
    </w:p>
    <w:p>
      <w:r>
        <w:t>فان الج منا ما يحمل على الانسان بواسطة حمله على الحيوان</w:t>
      </w:r>
    </w:p>
    <w:p>
      <w:r>
        <w:t>نعم هذه الامور البعيدة بواسطة الحيوان</w:t>
      </w:r>
    </w:p>
    <w:p>
      <w:r>
        <w:t>واعلم ان المقدمات يجب ان تكون كليا</w:t>
      </w:r>
    </w:p>
    <w:p>
      <w:r>
        <w:t>كلية يعني كلية الصدق</w:t>
      </w:r>
    </w:p>
    <w:p>
      <w:r>
        <w:t>يعني كل تحت عنوان الموضوع يمسه المحمول</w:t>
      </w:r>
    </w:p>
    <w:p>
      <w:r>
        <w:t>يصدق عليه المحمول</w:t>
      </w:r>
    </w:p>
    <w:p>
      <w:r>
        <w:t>وقد بينا معنى الكل من انه المحمول على الجميع</w:t>
      </w:r>
    </w:p>
    <w:p>
      <w:r>
        <w:t>على الجميع في جميع الازمنة حمل الاولين</w:t>
      </w:r>
    </w:p>
    <w:p>
      <w:r>
        <w:t>هنا الازمنة انا لا اراها ظرورية في العبارة</w:t>
      </w:r>
    </w:p>
    <w:p>
      <w:r>
        <w:t>نعم الصدق على المصادق متاع الامر</w:t>
      </w:r>
    </w:p>
    <w:p>
      <w:r>
        <w:t>كنا في زمنيات وكنا في غير الزمانيات</w:t>
      </w:r>
    </w:p>
    <w:p>
      <w:r>
        <w:t>فالكل ها هنا اخص من المفهوم منه في الاسوار</w:t>
      </w:r>
    </w:p>
    <w:p>
      <w:r>
        <w:t>نعم</w:t>
      </w:r>
    </w:p>
    <w:p>
      <w:r>
        <w:t>لماذا اخص نعم يقول بدار يرجعون الى البند اثنين وسبعين خلينا نشوف البند اثنين وسبعين منين جات هذه الاخصية ان مر علينا نعم هاي اثنين وسبعين عام هاي اثنين وسبعين قالوا والاداة الحاصرة ككل وبعض تسمى صورا نعم والكلية الحكم آآ وجزئيتك كميته وكلية الحكم وجزئية الحكم وايجابه وسلبه وكيفيته</w:t>
      </w:r>
    </w:p>
    <w:p>
      <w:r>
        <w:t>اقول اللفظ الدال على كمية الحكم يسمى صورا</w:t>
      </w:r>
    </w:p>
    <w:p>
      <w:r>
        <w:t>ففي الموجبة كلية الحملية كل وفي الجزئية بعض وواحد</w:t>
      </w:r>
    </w:p>
    <w:p>
      <w:r>
        <w:t>وفي السالبة الكلية فيها</w:t>
      </w:r>
    </w:p>
    <w:p>
      <w:r>
        <w:t>لا شيء ولا واحد في الجزئية ليس بعض وبعض ليس كل في المتصلة</w:t>
      </w:r>
    </w:p>
    <w:p>
      <w:r>
        <w:t>نعم</w:t>
      </w:r>
    </w:p>
    <w:p>
      <w:r>
        <w:t>ممكن هنا يقول آآ في العبارة آآ هنا نعم</w:t>
      </w:r>
    </w:p>
    <w:p>
      <w:r>
        <w:t>واعلم ان المقدمات يجب ان تكون كلية وقد بينا معنى الكلي بانه المحمول على الجميع في جميع الازمنة فالكل هنا اخص من المفهوم منه في الاسوار قد يشير الى هذه النكتة</w:t>
      </w:r>
    </w:p>
    <w:p>
      <w:r>
        <w:t>الاخصية عندنا الكلي السالب</w:t>
      </w:r>
    </w:p>
    <w:p>
      <w:r>
        <w:t>الكلي السالب</w:t>
      </w:r>
    </w:p>
    <w:p>
      <w:r>
        <w:t>والسالب هو قطع النسبة</w:t>
      </w:r>
    </w:p>
    <w:p>
      <w:r>
        <w:t>فالكلية قد تكون كلية ايجابية قد تكون كلية سالبة</w:t>
      </w:r>
    </w:p>
    <w:p>
      <w:r>
        <w:t>نحن هنا في البرهان نثبت شيئا في الكلية الايجابية</w:t>
      </w:r>
    </w:p>
    <w:p>
      <w:r>
        <w:t>هذه هي حيثية العمو والخصوص والى لافورك</w:t>
      </w:r>
    </w:p>
    <w:p>
      <w:r>
        <w:t>لان قيدناه بوجود المحمول في جميع الازمنة من غير واسطة</w:t>
      </w:r>
    </w:p>
    <w:p>
      <w:r>
        <w:t>باعتبار القيد كان اخص</w:t>
      </w:r>
    </w:p>
    <w:p>
      <w:r>
        <w:t>يعني بوجود المحمول في جميع الازمنة فالسلم ينتفي</w:t>
      </w:r>
    </w:p>
    <w:p>
      <w:r>
        <w:t>وقد بينا ايضا ان المقدمات يجب ان تكون ظرورية</w:t>
      </w:r>
    </w:p>
    <w:p>
      <w:r>
        <w:t>وبين ان المراد بالظروري ها هنا ما يشمل الظرورة الذاتية الظروري الذاتي والوصيمان</w:t>
      </w:r>
    </w:p>
    <w:p>
      <w:r>
        <w:t>ان يكون مشروطا عامة</w:t>
      </w:r>
    </w:p>
    <w:p>
      <w:r>
        <w:t>هناك قال قال مطلقة مطلقة عامة هنا مشروطة عامة</w:t>
      </w:r>
    </w:p>
    <w:p>
      <w:r>
        <w:t>آآ نعم</w:t>
      </w:r>
    </w:p>
    <w:p>
      <w:r>
        <w:t>في المثن جاء عرفية عامة</w:t>
      </w:r>
    </w:p>
    <w:p>
      <w:r>
        <w:t>لا جت مشروطة عامة</w:t>
      </w:r>
    </w:p>
    <w:p>
      <w:r>
        <w:t>المشروطة العامة يعني الظرورية الظرورية المستمرة</w:t>
      </w:r>
    </w:p>
    <w:p>
      <w:r>
        <w:t>العرفية العامة اخص ما تنظر الى الظرورة تنظر الى دوام المحمول ببركة الوصف</w:t>
      </w:r>
    </w:p>
    <w:p>
      <w:r>
        <w:t>لعل من حل ادخل الضر نعم المشروطة العامة</w:t>
      </w:r>
    </w:p>
    <w:p>
      <w:r>
        <w:t>المشروطة العامة هي ظرورية الدائمية</w:t>
      </w:r>
    </w:p>
    <w:p>
      <w:r>
        <w:t>فتنطوي على ماذا? تنطوي على العرفية العامة</w:t>
      </w:r>
    </w:p>
    <w:p>
      <w:r>
        <w:t>وذلك لان المحمول على شيء بحسب جوهره</w:t>
      </w:r>
    </w:p>
    <w:p>
      <w:r>
        <w:t>وهو المحمول المناسب للموضوع</w:t>
      </w:r>
    </w:p>
    <w:p>
      <w:r>
        <w:t>ربما يزول والموضوع ما هو عما هو عليه حال كوني موضون</w:t>
      </w:r>
    </w:p>
    <w:p>
      <w:r>
        <w:t>وربما لا يزول</w:t>
      </w:r>
    </w:p>
    <w:p>
      <w:r>
        <w:t>وذلك لانه ينقسم الى ما يحمل عليه بسبب ما يساويه كالفصل</w:t>
      </w:r>
    </w:p>
    <w:p>
      <w:r>
        <w:t>وهو ما يزول بجوار نوعه</w:t>
      </w:r>
    </w:p>
    <w:p>
      <w:r>
        <w:t>نعيد ذلك الشيء</w:t>
      </w:r>
    </w:p>
    <w:p>
      <w:r>
        <w:t>لماذا ادخل الفصول يا فصول لا لا تطلب في العلوم</w:t>
      </w:r>
    </w:p>
    <w:p>
      <w:r>
        <w:t>الفصول جئني بعرض بعرض ذاتي</w:t>
      </w:r>
    </w:p>
    <w:p>
      <w:r>
        <w:t>يعني باللوازم</w:t>
      </w:r>
    </w:p>
    <w:p>
      <w:r>
        <w:t>لا اله الا الله</w:t>
      </w:r>
    </w:p>
    <w:p>
      <w:r>
        <w:t>وذلك لانه ينقسم الى ما يحمل بحسب بسبب ما يساويك الفصل وهو ما يزول بزوال نوعين ذلك الشيء يعني اذا زال النوع الفصلي ينتفي العرضي الذاتي الذي جاء ببركة الفصل ينتفي</w:t>
      </w:r>
    </w:p>
    <w:p>
      <w:r>
        <w:t>نعم والى ما عليه بسبب ما لا يساويه كالجنس</w:t>
      </w:r>
    </w:p>
    <w:p>
      <w:r>
        <w:t>وهذا قد يزول بزوال نوعية نوعي انتفال جنسي لان الجنس في داخله</w:t>
      </w:r>
    </w:p>
    <w:p>
      <w:r>
        <w:t>وقد لا يزول كالخفيف اذا حمل على الهواء فانه يزول عند سيرورته ماء ولا عندا السيرورات نارا فالضروري بحسب الذات ربما لا يشمل الزائل بزوال الموضوع عما هو عليه حال كوني موضوعا اذا ما هو الحل? الحل نعمل ببركة الوصف يعني عرفية عامة كما قال المحقق نعم ما هي عفي عامة? عرفي امام معناه المحمول دائمي للموضوع ببركة الموضوع لا والموضوع قد يزول</w:t>
      </w:r>
    </w:p>
    <w:p>
      <w:r>
        <w:t>نعم</w:t>
      </w:r>
    </w:p>
    <w:p>
      <w:r>
        <w:t>واذا زال زال فصله اذا زال زال جنسه</w:t>
      </w:r>
    </w:p>
    <w:p>
      <w:r>
        <w:t>ببراكة الوصف حتى الموضوع الوصف هو الملاك</w:t>
      </w:r>
    </w:p>
    <w:p>
      <w:r>
        <w:t>نعم</w:t>
      </w:r>
    </w:p>
    <w:p>
      <w:r>
        <w:t>فالضروري بحسب الذات ربما لا يشمل الزائل بزوال الموضوع</w:t>
      </w:r>
    </w:p>
    <w:p>
      <w:r>
        <w:t>عما هو عليه كان حال كونه موضوع</w:t>
      </w:r>
    </w:p>
    <w:p>
      <w:r>
        <w:t>اما المشروطة بكون الموضوع على موضع يشمل فلهذا اخذنا الظروري هنا بحسب المعنى العام الذي يشمل الظرورة الذاتي والظروري الوصفي</w:t>
      </w:r>
    </w:p>
    <w:p>
      <w:r>
        <w:t>او حتى غير الظروري الوصفي</w:t>
      </w:r>
    </w:p>
    <w:p>
      <w:r>
        <w:t>وهنا وهذا الشرط مختص بالمطالب الظرورية</w:t>
      </w:r>
    </w:p>
    <w:p>
      <w:r>
        <w:t>لا بكل مطلب برهان لان البرهان كما يقول يجري في الاكثري في الممكنات الاكثرية</w:t>
      </w:r>
    </w:p>
    <w:p>
      <w:r>
        <w:t>فان من المطالب البرهانية قضايا ممكنة اكثرية</w:t>
      </w:r>
    </w:p>
    <w:p>
      <w:r>
        <w:t>النتيجة ماذا تكون ضرورية في الامكان الاكثري</w:t>
      </w:r>
    </w:p>
    <w:p>
      <w:r>
        <w:t>تستعمل في بيانها امثالها</w:t>
      </w:r>
    </w:p>
    <w:p>
      <w:r>
        <w:t>وكذلك المطالب الجزئية</w:t>
      </w:r>
    </w:p>
    <w:p>
      <w:r>
        <w:t>وقد يستعمل في البرهان المقدمة الجزئية لانتاجها</w:t>
      </w:r>
    </w:p>
    <w:p>
      <w:r>
        <w:t>يعني كيف? في برهان</w:t>
      </w:r>
    </w:p>
    <w:p>
      <w:r>
        <w:t>نستخدم الجزئي الا في مقدمة صوره</w:t>
      </w:r>
    </w:p>
    <w:p>
      <w:r>
        <w:t>نعم</w:t>
      </w:r>
    </w:p>
    <w:p>
      <w:r>
        <w:t>مقدمة صغرى ممكن</w:t>
      </w:r>
    </w:p>
    <w:p>
      <w:r>
        <w:t>حتى في المقدمة الصغرى انا اظن لا لا يصلح</w:t>
      </w:r>
    </w:p>
    <w:p>
      <w:r>
        <w:t>هذا تمام الكلام في البرهان وبينا اساسيات اساسيات البرهان</w:t>
      </w:r>
    </w:p>
    <w:p>
      <w:r>
        <w:t>نعم</w:t>
      </w:r>
    </w:p>
    <w:p>
      <w:r>
        <w:t>في الحكمة المتعالية هذه هي العرفية العامة والعرفية العرفية العامة والمشروطة العامة والضرورة الذاتية هذا ما عندنا</w:t>
      </w:r>
    </w:p>
    <w:p>
      <w:r>
        <w:t>ما عندنا هذه الامور</w:t>
      </w:r>
    </w:p>
    <w:p>
      <w:r>
        <w:t>عندنا الوجود هذه امور مهوية عندنا الوجود</w:t>
      </w:r>
    </w:p>
    <w:p>
      <w:r>
        <w:t>ولا معنى للوجود ان يدوم دوام الزمان او لا يدوم دوام الزمان</w:t>
      </w:r>
    </w:p>
    <w:p>
      <w:r>
        <w:t>وجود وجود ومتن ما وقع</w:t>
      </w:r>
    </w:p>
    <w:p>
      <w:r>
        <w:t>هذه الاشكاليات المهاوية والذهنية كلها تختفي في اصالة الوجود</w:t>
      </w:r>
    </w:p>
    <w:p>
      <w:r>
        <w:t>يأتي منطق جديد</w:t>
      </w:r>
    </w:p>
    <w:p>
      <w:r>
        <w:t>تأتي رؤية جديدة</w:t>
      </w:r>
    </w:p>
    <w:p>
      <w:r>
        <w:t>عميقة وغير مربكة</w:t>
      </w:r>
    </w:p>
    <w:p>
      <w:r>
        <w:t>المشكل في الفلسفة هي هيمنة الذهن في فهم الواقع</w:t>
      </w:r>
    </w:p>
    <w:p>
      <w:r>
        <w:t>نعم</w:t>
      </w:r>
    </w:p>
    <w:p>
      <w:r>
        <w:t>اه احد الفلاسفة الغربيين كتب كتابا رائعا اه العنوان بالانجليزي ليس في ذهني</w:t>
      </w:r>
    </w:p>
    <w:p>
      <w:r>
        <w:t>البارحة كنت اراه باللغة الفرنسية باللغة الفارسية لا ادري</w:t>
      </w:r>
    </w:p>
    <w:p>
      <w:r>
        <w:t>اللغة العربية راه غير مترجم</w:t>
      </w:r>
    </w:p>
    <w:p>
      <w:r>
        <w:t>يريد يبين هذه المسألة</w:t>
      </w:r>
    </w:p>
    <w:p>
      <w:r>
        <w:t>اننا نتعامل مع الواقع الخارجي من معطياتنا نحن يعني من خلفياتنا</w:t>
      </w:r>
    </w:p>
    <w:p>
      <w:r>
        <w:t>من من خلفياتنا</w:t>
      </w:r>
    </w:p>
    <w:p>
      <w:r>
        <w:t>نعم وهذا العالم جريء وصريح</w:t>
      </w:r>
    </w:p>
    <w:p>
      <w:r>
        <w:t>نعم</w:t>
      </w:r>
    </w:p>
    <w:p>
      <w:r>
        <w:t>فلخص هذا الكتاب الدكتور مالكيا</w:t>
      </w:r>
    </w:p>
    <w:p>
      <w:r>
        <w:t>ورد عليه بعض المشايخ الردود لم تكن موافقة مع الاسف الشديد</w:t>
      </w:r>
    </w:p>
    <w:p>
      <w:r>
        <w:t>فرد عليه ملكيا مرة ثانية</w:t>
      </w:r>
    </w:p>
    <w:p>
      <w:r>
        <w:t>الردود كانت كلها كذلك مبنية على خلفيات</w:t>
      </w:r>
    </w:p>
    <w:p>
      <w:r>
        <w:t>وهذا الرجل العالم الامريكي هو يتحدث عن الامكانيات</w:t>
      </w:r>
    </w:p>
    <w:p>
      <w:r>
        <w:t>عن عن آآ عن آآ هذه يعني نحن ندرك الواقع بالخلفيات تدفعنا مع الاسف الشديد</w:t>
      </w:r>
    </w:p>
    <w:p>
      <w:r>
        <w:t>وبالتالي لا يمكن ان يدعي شخص انا وصلت الى القطع</w:t>
      </w:r>
    </w:p>
    <w:p>
      <w:r>
        <w:t>في المسار الطبيعي طبعا</w:t>
      </w:r>
    </w:p>
    <w:p>
      <w:r>
        <w:t>خلينا المسار الاعجاز والمعصوم والله لا في المسار الطبيعي</w:t>
      </w:r>
    </w:p>
    <w:p>
      <w:r>
        <w:t>يقولون لبيان هذه المسألة في الصحراء راعي مع صديقه راعي كذلك</w:t>
      </w:r>
    </w:p>
    <w:p>
      <w:r>
        <w:t>نعم جالسا على الصفرة فيها اكل</w:t>
      </w:r>
    </w:p>
    <w:p>
      <w:r>
        <w:t>منتصف النهار وعندهم القطيع</w:t>
      </w:r>
    </w:p>
    <w:p>
      <w:r>
        <w:t>يرعى لحاله</w:t>
      </w:r>
    </w:p>
    <w:p>
      <w:r>
        <w:t>فا ظاهر الاكل كان الثوم المخلل وشوية خبز وملح ولا ادري</w:t>
      </w:r>
    </w:p>
    <w:p>
      <w:r>
        <w:t>هذه الامور البسيطة</w:t>
      </w:r>
    </w:p>
    <w:p>
      <w:r>
        <w:t>فسأل الراعي الاول الراعي الثاني صديقه قال له اذا صرت مالكا فرضا صرت ملكا</w:t>
      </w:r>
    </w:p>
    <w:p>
      <w:r>
        <w:t>ماذا تأكل? طبعا الملوك اكل الملوك</w:t>
      </w:r>
    </w:p>
    <w:p>
      <w:r>
        <w:t>نعم متنوع ولذيذ فاجابه الراعي الثاني على بساطته قال اكل الثوم المخلل</w:t>
      </w:r>
    </w:p>
    <w:p>
      <w:r>
        <w:t>انظر مسكين خلفياته هو ثم المخلل اذا اجمل اكلة والذ اكلة عنده هو الثوم المخلل</w:t>
      </w:r>
    </w:p>
    <w:p>
      <w:r>
        <w:t>فرد عليه السؤال الراعي الثاني سأل الراعي الأول سأل السائل قال له انت فرضا صرت ملكا ماذا تأكل? قال انت ما تركت شيئا</w:t>
      </w:r>
    </w:p>
    <w:p>
      <w:r>
        <w:t>ما تركت يعني انت اذا اخترت الثوم المخلل يعني في احسن من الثوم المخلل</w:t>
      </w:r>
    </w:p>
    <w:p>
      <w:r>
        <w:t>فهذا الراعي يتحرك في خلفية هي ان الاكلة الرائعة الذي يجلس على الصفرة لاجلها ثم المخلل</w:t>
      </w:r>
    </w:p>
    <w:p>
      <w:r>
        <w:t>فيفهم كل الاكلة في العالم الثوم المخلل لو ادخلته على الملك وهو على الصفرة مع هذه الصفرة المتنوعة الرائعة يروح يبحث عن الثوم المخلل ياخذ كمية وياكل ويرتاح</w:t>
      </w:r>
    </w:p>
    <w:p>
      <w:r>
        <w:t>نعم</w:t>
      </w:r>
    </w:p>
    <w:p>
      <w:r>
        <w:t>هذا الذهن هذا الدين شغال طبيعته هو شغال</w:t>
      </w:r>
    </w:p>
    <w:p>
      <w:r>
        <w:t>المشكل انه نسقط ناتي ونسقطه على الوجود الذي هو نظم خاص</w:t>
      </w:r>
    </w:p>
    <w:p>
      <w:r>
        <w:t>هنا الاسقاط ضروري لان عدم حصولي</w:t>
      </w:r>
    </w:p>
    <w:p>
      <w:r>
        <w:t>الا انه خطير في غاية الخطورة</w:t>
      </w:r>
    </w:p>
    <w:p>
      <w:r>
        <w:t>قد نسقط خلفياتنا التي ليس لها صلة بالواقع</w:t>
      </w:r>
    </w:p>
    <w:p>
      <w:r>
        <w:t>ونعتقد اننا في الحقيقة</w:t>
      </w:r>
    </w:p>
    <w:p>
      <w:r>
        <w:t>نعم</w:t>
      </w:r>
    </w:p>
    <w:p>
      <w:r>
        <w:t>فيجب الاحتياط كثيرا في عملية الاسقاط على الواقعات الخارجي</w:t>
      </w:r>
    </w:p>
    <w:p>
      <w:r>
        <w:t>وهو ضروري لاسقاط ضروري والى لا معنى الحصول انا اقول فقط الاحتياط الاحتياط</w:t>
      </w:r>
    </w:p>
    <w:p>
      <w:r>
        <w:t>نعم والا عشنا الخلفيات ونعتقد يقينا اننا في المعرفة ولسنا في المعرفة في الحقيقة</w:t>
      </w:r>
    </w:p>
    <w:p>
      <w:r>
        <w:t>انتهى هذا البحث ندخل الى احوال العلوم ان شاء الله موضوع العلم مسائل العلم غاية العلم منهجية العلم يأتي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