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العلم العنوان العام احوال العلوم العنوان الاولي موضوع العلم</w:t>
      </w:r>
    </w:p>
    <w:p>
      <w:r>
        <w:t>نعم هذا المطلب جاء في برهان الشفاء صفحة مية وخمسة وخمسين بالطبعة المصرية</w:t>
      </w:r>
    </w:p>
    <w:p>
      <w:r>
        <w:t>نعم</w:t>
      </w:r>
    </w:p>
    <w:p>
      <w:r>
        <w:t>ولكل علم موظوع كالعدد للحساب</w:t>
      </w:r>
    </w:p>
    <w:p>
      <w:r>
        <w:t>وربما يقارن امرا غيره</w:t>
      </w:r>
    </w:p>
    <w:p>
      <w:r>
        <w:t>كالمعقولات الثانية من جهة ما يتوصل بها من المعقولات الحاصلة الى المستحصل هذا العلم</w:t>
      </w:r>
    </w:p>
    <w:p>
      <w:r>
        <w:t>الى اخر المتن</w:t>
      </w:r>
    </w:p>
    <w:p>
      <w:r>
        <w:t>هنا يأتي هذا السؤال هل هذا المطلب احوال العلوم مطلقا? موضوعات منطقية لا</w:t>
      </w:r>
    </w:p>
    <w:p>
      <w:r>
        <w:t>الان تدرس في المنهج المنهجية دراسة تقع في الذيل الدراسات المنطقية</w:t>
      </w:r>
    </w:p>
    <w:p>
      <w:r>
        <w:t>تستطيع ان تدخلها في الدراسات المنطقية الى انها تكون في الدين</w:t>
      </w:r>
    </w:p>
    <w:p>
      <w:r>
        <w:t>يعني في اخر المنطق تسمى يعني المنهجية</w:t>
      </w:r>
    </w:p>
    <w:p>
      <w:r>
        <w:t>اذا كانت نعم هي تنتمي الى المنطق</w:t>
      </w:r>
    </w:p>
    <w:p>
      <w:r>
        <w:t>الا انها لا تنتمي الى المنطق باعتبار موضوعه</w:t>
      </w:r>
    </w:p>
    <w:p>
      <w:r>
        <w:t>لان هذه ليست من تعينات المعقول الثاني المنطقي كما بينا في ما سبق لان موضوع الحقن المنطقي هو المعقول الثاني المنطقي</w:t>
      </w:r>
    </w:p>
    <w:p>
      <w:r>
        <w:t>المعقول الثاني المنطقي يكون كليا يكون جزئيا</w:t>
      </w:r>
    </w:p>
    <w:p>
      <w:r>
        <w:t>اذا كان كليا يكون ذاتيا يكون عرضيا اذا كان ذاتيا يكون جنسا فصلا نوعا اذا كان عرضيا يكون خاصة يكون عرضيا عاما ثم يكون تعريفا يكون حدا يكون حدا ناقصا حدا تاما رسما تاما رسما ناقصا يكون قسما يكون مقسما يكون قاسيما يكون يكون قضية حقيقية يقول يقول قضية خارجية يقولك يكون قضية معدولة معدول في المحمول معدول في الموضوع معدول الطرفين يكون قضية موجبة سالبة المحمول يكون قضية مجبة سالبة موجبة اه موجبة محصنة يكون قضية مهملة قضية موجهة يكون جهات متعددة مطلقة عما عرفي عما ضرورية مشروطة خاصة مشروطة عامة مو مكينة ممكنة خاصة ممكنة عامة آآ وهكذا يكون قياسا قياسا استنباطيا قياسا استقرائيا قياسا تمثيلا يكون مجموعة المغالطات هذه كلها هي المعقول الثاني في تجليات في تجلياته يعني في تعيناته في تعيناته يعني في اعراضه الذاتية</w:t>
      </w:r>
    </w:p>
    <w:p>
      <w:r>
        <w:t>نعم</w:t>
      </w:r>
    </w:p>
    <w:p>
      <w:r>
        <w:t>هذه لا هذه ليست من تعينات المعقول الثاني</w:t>
      </w:r>
    </w:p>
    <w:p>
      <w:r>
        <w:t>هذه بنية المعرفة كيف تتأسس</w:t>
      </w:r>
    </w:p>
    <w:p>
      <w:r>
        <w:t>فهي تنتمي الى يقول ولكل علم موظوع في الحقل الاصولي هناك خلاف بعض الاصوليين آآ فككوا بين العلوم الاعتبارية والعلوم التكوينية يقول هذه المقولة تنتمي الى العلوم التكوينية ليس الى العلوم الاعتبارية</w:t>
      </w:r>
    </w:p>
    <w:p>
      <w:r>
        <w:t>فعلم الاصول لا يحتاج ان يكون له موضوع كما يدعي التكويني</w:t>
      </w:r>
    </w:p>
    <w:p>
      <w:r>
        <w:t>نعم كل علم موضوع في الامور ليس في الامور التي تخضع للاعتبار</w:t>
      </w:r>
    </w:p>
    <w:p>
      <w:r>
        <w:t>ولكل علم موضوع كالعدد للحساب</w:t>
      </w:r>
    </w:p>
    <w:p>
      <w:r>
        <w:t>تطبيق مصداقي</w:t>
      </w:r>
    </w:p>
    <w:p>
      <w:r>
        <w:t>الحساب كحقل معرفي موضوعه ما هو العدد</w:t>
      </w:r>
    </w:p>
    <w:p>
      <w:r>
        <w:t>ثم ندرس حيثيات العدد</w:t>
      </w:r>
    </w:p>
    <w:p>
      <w:r>
        <w:t>يعني الاعراض الذاتية العدد</w:t>
      </w:r>
    </w:p>
    <w:p>
      <w:r>
        <w:t>وربما يقارن امرا غيره كالمعقولات الثانية</w:t>
      </w:r>
    </w:p>
    <w:p>
      <w:r>
        <w:t>المعقولة الثانية يعني موضوع الحقل المنطقي</w:t>
      </w:r>
    </w:p>
    <w:p>
      <w:r>
        <w:t>نعم</w:t>
      </w:r>
    </w:p>
    <w:p>
      <w:r>
        <w:t>من حيث من جهة يعني من حيث من جهة ما يتوصل بها من المعقولات الحاصلة الى المستحصل لهذا العلم</w:t>
      </w:r>
    </w:p>
    <w:p>
      <w:r>
        <w:t>نعم يعني يعطيك قواعد معيارية تخضع لها في فكرك توظف المعلوم لكشف المجهول حتى ينقلب معلوما</w:t>
      </w:r>
    </w:p>
    <w:p>
      <w:r>
        <w:t>نعم من جهة ما يوصل بها من المعقولات الحاصلة يوصل بها</w:t>
      </w:r>
    </w:p>
    <w:p>
      <w:r>
        <w:t>يعني هذه القواعد المنطقية</w:t>
      </w:r>
    </w:p>
    <w:p>
      <w:r>
        <w:t>هنا آآ من المعقول من المعقولات الحاصلة الى المستحصلة لهذا العلم</w:t>
      </w:r>
    </w:p>
    <w:p>
      <w:r>
        <w:t>آآ المع الحصيلة قلنا هذا هو المخزون المعرفي داءت المعارف</w:t>
      </w:r>
    </w:p>
    <w:p>
      <w:r>
        <w:t>انت عندك مجهول سين تريد ان تعرفه</w:t>
      </w:r>
    </w:p>
    <w:p>
      <w:r>
        <w:t>او تريد ان تستدل عليه</w:t>
      </w:r>
    </w:p>
    <w:p>
      <w:r>
        <w:t>سين صاد</w:t>
      </w:r>
    </w:p>
    <w:p>
      <w:r>
        <w:t>تريد ان تبين انه من حيثياته من اعراضه الذاتية الصعبة</w:t>
      </w:r>
    </w:p>
    <w:p>
      <w:r>
        <w:t>عندك تصور وعندك تصديق</w:t>
      </w:r>
    </w:p>
    <w:p>
      <w:r>
        <w:t>ولا نتا امام المجهول</w:t>
      </w:r>
    </w:p>
    <w:p>
      <w:r>
        <w:t>ترجع الى المخزون المعرفي</w:t>
      </w:r>
    </w:p>
    <w:p>
      <w:r>
        <w:t>تجد معلومات عندك مخزنة تناسب هذا السين</w:t>
      </w:r>
    </w:p>
    <w:p>
      <w:r>
        <w:t>تجليه في التصور</w:t>
      </w:r>
    </w:p>
    <w:p>
      <w:r>
        <w:t>ينقلب من المجهولية للمعلومية</w:t>
      </w:r>
    </w:p>
    <w:p>
      <w:r>
        <w:t>ما هي القاعدة المعيارية التي تخضع بها هذا المخزون المعرفي قاعدة التعريف</w:t>
      </w:r>
    </w:p>
    <w:p>
      <w:r>
        <w:t>باقسامه المتعددة</w:t>
      </w:r>
    </w:p>
    <w:p>
      <w:r>
        <w:t>في الاستدلال اذا اردت ان تثبت هذا المجهول التصديقي سين صاد قضية نعم فتوظف المعلومات المناسبة</w:t>
      </w:r>
    </w:p>
    <w:p>
      <w:r>
        <w:t>ما هي الالية التي تساعدك في المعايير العقلية للايصال الى المعلوم التصديقي الذي كان مجهولا تصديقيا هي القياس باقسامه الثلاثة القياس الاستنباطي والقياس الاستنتاجي الاستقراري والقياس التمثيلي</w:t>
      </w:r>
    </w:p>
    <w:p>
      <w:r>
        <w:t>نعم</w:t>
      </w:r>
    </w:p>
    <w:p>
      <w:r>
        <w:t>هذا هو مقصود آآ مقصود المحقق الطوسي</w:t>
      </w:r>
    </w:p>
    <w:p>
      <w:r>
        <w:t>من جهة ما يتوصل بها</w:t>
      </w:r>
    </w:p>
    <w:p>
      <w:r>
        <w:t>بها هناك الة وهي ليست الة</w:t>
      </w:r>
    </w:p>
    <w:p>
      <w:r>
        <w:t>انما انت معياريا آآ موظف ويجب عليك اذا اردت التصوير الصحيح او التصور الصحيح والتصديق الصحيح</w:t>
      </w:r>
    </w:p>
    <w:p>
      <w:r>
        <w:t>وكالكرة المتحركة لعلم الاوكر</w:t>
      </w:r>
    </w:p>
    <w:p>
      <w:r>
        <w:t>علم الاوكر هذا كان علما قديما</w:t>
      </w:r>
    </w:p>
    <w:p>
      <w:r>
        <w:t>المحقق التونسي خبير فيه الان ممكن يدرس في الغرب بطريقة اخرى</w:t>
      </w:r>
    </w:p>
    <w:p>
      <w:r>
        <w:t>هجر الان من الحوزة</w:t>
      </w:r>
    </w:p>
    <w:p>
      <w:r>
        <w:t>الحوزة الكلاسيكية الان لا تدرس هذا العلم</w:t>
      </w:r>
    </w:p>
    <w:p>
      <w:r>
        <w:t>وربما يكون اشياء كثيرة مناسبة</w:t>
      </w:r>
    </w:p>
    <w:p>
      <w:r>
        <w:t>كموضوعات علم الكلام</w:t>
      </w:r>
    </w:p>
    <w:p>
      <w:r>
        <w:t>هذا علم الكلام لهم موضوع والمعتقد الديني فلسفة الوجود المطلق الفلك هو الجسم من حيث يغرب ويشرق طيب الجسم من حيث يصح ويمرض الفيزياء الجسم من حيث الحركة والسكون وهكذا</w:t>
      </w:r>
    </w:p>
    <w:p>
      <w:r>
        <w:t>اقول لما فرغ من شراط شرائط المقدمات في البرهان شرعا الان في البحث عن احوال العلوم اعني ما يتوقف كل علم عليه من اجزائه مكونات العلم</w:t>
      </w:r>
    </w:p>
    <w:p>
      <w:r>
        <w:t>ما هي? الموضوع مسائل مبادئ تصورية تصديقية</w:t>
      </w:r>
    </w:p>
    <w:p>
      <w:r>
        <w:t>معايير منطقية في الخفاء والغاية</w:t>
      </w:r>
    </w:p>
    <w:p>
      <w:r>
        <w:t>المسائل المتناغمة هو الحقل المعرفي</w:t>
      </w:r>
    </w:p>
    <w:p>
      <w:r>
        <w:t>اعني ما يتوقف كل علم عليه من اجزائه من بيان من مكوناته وبيان تناسب العلوم وتباينها الى غير ذلك</w:t>
      </w:r>
    </w:p>
    <w:p>
      <w:r>
        <w:t>تتناسب في الموضوع وتتباين في الموضوع</w:t>
      </w:r>
    </w:p>
    <w:p>
      <w:r>
        <w:t>واعلم ان كل علم على الاطلاق على الاطلاق هنا في العلم التكويني</w:t>
      </w:r>
    </w:p>
    <w:p>
      <w:r>
        <w:t>بعضهم يقول لا العلم التكويني والعلم علمة الاعتبار</w:t>
      </w:r>
    </w:p>
    <w:p>
      <w:r>
        <w:t>هنا في خلاف</w:t>
      </w:r>
    </w:p>
    <w:p>
      <w:r>
        <w:t>نعم</w:t>
      </w:r>
    </w:p>
    <w:p>
      <w:r>
        <w:t>يتقوم هذا العلم من ثلاثة اشياء موضوع موضوع هو اذا اولي الثقة به</w:t>
      </w:r>
    </w:p>
    <w:p>
      <w:r>
        <w:t>عرضي ذا تشكلت المسألة</w:t>
      </w:r>
    </w:p>
    <w:p>
      <w:r>
        <w:t>يعني هو الموضوع بنحو ما او مصاديق الموضوع بنحو الماء او لازم الموضوع بنحو الماء وهكذا</w:t>
      </w:r>
    </w:p>
    <w:p>
      <w:r>
        <w:t>يتقوم من ثلاثة في اشياء موضوع تدور حوله الابحاث ومبادئ تصورية وتصديقية</w:t>
      </w:r>
    </w:p>
    <w:p>
      <w:r>
        <w:t>تلك ذلك المخزون المعرفي الذي يجلي المجهول التصوري ويجلي المجهول التصديقي</w:t>
      </w:r>
    </w:p>
    <w:p>
      <w:r>
        <w:t>اذا كنا في التصور مبادئ تصورية اذا كنا في التصديق مبادئ تصديقية ومسائل</w:t>
      </w:r>
    </w:p>
    <w:p>
      <w:r>
        <w:t>هذه المسائل اذا تحركت وفق المعايير العقلية والمنطقية تتناغم فيما بينها لان كل حيثيات لموضوع واحد</w:t>
      </w:r>
    </w:p>
    <w:p>
      <w:r>
        <w:t>هذا التناغ يسمى النسق</w:t>
      </w:r>
    </w:p>
    <w:p>
      <w:r>
        <w:t>النسق المعرفي</w:t>
      </w:r>
    </w:p>
    <w:p>
      <w:r>
        <w:t>نعم</w:t>
      </w:r>
    </w:p>
    <w:p>
      <w:r>
        <w:t>ومسائل</w:t>
      </w:r>
    </w:p>
    <w:p>
      <w:r>
        <w:t>المسائل بيناها</w:t>
      </w:r>
    </w:p>
    <w:p>
      <w:r>
        <w:t>فالموضوع هو ما يبحث في ذلك العلم من من اعراضه الذاتية</w:t>
      </w:r>
    </w:p>
    <w:p>
      <w:r>
        <w:t>ما تبحث في ذلك العلم من اراضيهم ام عن اراضيه الذاتية</w:t>
      </w:r>
    </w:p>
    <w:p>
      <w:r>
        <w:t>نعم</w:t>
      </w:r>
    </w:p>
    <w:p>
      <w:r>
        <w:t>اذا عندنا موضوع قد يكون عنده انواع وقد يكون عنده لوازم</w:t>
      </w:r>
    </w:p>
    <w:p>
      <w:r>
        <w:t>كل ما يعرض اللوازم والانواع تعرضه هو</w:t>
      </w:r>
    </w:p>
    <w:p>
      <w:r>
        <w:t>ذاتية</w:t>
      </w:r>
    </w:p>
    <w:p>
      <w:r>
        <w:t>اذا تحركنا في هذه الامور نشكل المسائل اذا شكلنا المسائل المتناغمة تحقق النسق المعرفي</w:t>
      </w:r>
    </w:p>
    <w:p>
      <w:r>
        <w:t>علم الحساب علم الهندسة علم الفلسفة علم الاصول علم الفلك علم الطب وهكذا</w:t>
      </w:r>
    </w:p>
    <w:p>
      <w:r>
        <w:t>فالموضوع هو ما يبحث في ذلك العلم عن اعراضه الذاتية ليس من اعراضه الذاتية من هنا ماذا? مشوية آآ ابتدائية بيانية اذا قلت بيانية لما المبهم نعم هو ما يبحث في ذلك العلم من بيان الامام المبهم من اعراضه الذاتية</w:t>
      </w:r>
    </w:p>
    <w:p>
      <w:r>
        <w:t>يعني ميم تعود الى ماء المبهم</w:t>
      </w:r>
    </w:p>
    <w:p>
      <w:r>
        <w:t>اما اذا ارجعناه الى يبحث ادخل هو ما يبحث في ذلك العلم عن اعراضه الذاتية</w:t>
      </w:r>
    </w:p>
    <w:p>
      <w:r>
        <w:t>هذه هي اللغة العربية قوي جدا</w:t>
      </w:r>
    </w:p>
    <w:p>
      <w:r>
        <w:t>اعني بالاعراض الذاتية لواحقه</w:t>
      </w:r>
    </w:p>
    <w:p>
      <w:r>
        <w:t>التي تلحقه لذاته</w:t>
      </w:r>
    </w:p>
    <w:p>
      <w:r>
        <w:t>يعني لا تحتاج الى واسطة نعم</w:t>
      </w:r>
    </w:p>
    <w:p>
      <w:r>
        <w:t>واسطة لامر اخص</w:t>
      </w:r>
    </w:p>
    <w:p>
      <w:r>
        <w:t>تدخل في الخط لانها حينها المحمول يكون غريبا ولا تكون المسألة</w:t>
      </w:r>
    </w:p>
    <w:p>
      <w:r>
        <w:t>كالتعجب مثال لا حق للانسان لذاته</w:t>
      </w:r>
    </w:p>
    <w:p>
      <w:r>
        <w:t>او لجزئه يعني نوع من انواعه</w:t>
      </w:r>
    </w:p>
    <w:p>
      <w:r>
        <w:t>كالحركة الاختيارية اللاحقة له بحسب كونه حيوان</w:t>
      </w:r>
    </w:p>
    <w:p>
      <w:r>
        <w:t>لان الحيوان في مكوناته جسمنا حساس متحرك بالارادة</w:t>
      </w:r>
    </w:p>
    <w:p>
      <w:r>
        <w:t>نعم</w:t>
      </w:r>
    </w:p>
    <w:p>
      <w:r>
        <w:t>او لعرض ذاتي اول كالظحك اللاحق له بحسب كونه كونه متعجبا</w:t>
      </w:r>
    </w:p>
    <w:p>
      <w:r>
        <w:t>اذا كل هذه اللواحق من اعراض ذات بيناها هادي فيما مضى</w:t>
      </w:r>
    </w:p>
    <w:p>
      <w:r>
        <w:t>وذلك مثل العدد لعلم الحساب</w:t>
      </w:r>
    </w:p>
    <w:p>
      <w:r>
        <w:t>فانه يبحث في علم الحساب عن لواحق العدد وعوارظه الذاتية</w:t>
      </w:r>
    </w:p>
    <w:p>
      <w:r>
        <w:t>لواحق هي الاعراض الذاتية</w:t>
      </w:r>
    </w:p>
    <w:p>
      <w:r>
        <w:t>اذا عرفت هذا فنقول الموضوع اما ان يكون شيئا واحدا او اشياء كثيرة</w:t>
      </w:r>
    </w:p>
    <w:p>
      <w:r>
        <w:t>قسمة دائرة بين النفي والاثبات</w:t>
      </w:r>
    </w:p>
    <w:p>
      <w:r>
        <w:t>والاول الشيء الواحد اما ان يؤخذ على الاطلاق كالعدد للحساب</w:t>
      </w:r>
    </w:p>
    <w:p>
      <w:r>
        <w:t>او مقيدا اما بعرض كالجسم الطبيعي من حيثها متغير</w:t>
      </w:r>
    </w:p>
    <w:p>
      <w:r>
        <w:t>متغير تغير الغروب والشروق فلك</w:t>
      </w:r>
    </w:p>
    <w:p>
      <w:r>
        <w:t>تغير مرظ الصحة طب تغير حركة وسكون فيزياء وهكذا</w:t>
      </w:r>
    </w:p>
    <w:p>
      <w:r>
        <w:t>لعلم الطبيعة ولعلم الطبيعة تحت الكثير</w:t>
      </w:r>
    </w:p>
    <w:p>
      <w:r>
        <w:t>وكالمعقولات الثانية من من جهة ما يتوصل يتوصل بها من المعلومات الحاصلون الخزينة المعرفية</w:t>
      </w:r>
    </w:p>
    <w:p>
      <w:r>
        <w:t>الى المستحصلة آآ مجهولات تصويرية وتصديقية</w:t>
      </w:r>
    </w:p>
    <w:p>
      <w:r>
        <w:t>لعلمهم موظوع علم المنطق هو المعقول الثاني المنطقي</w:t>
      </w:r>
    </w:p>
    <w:p>
      <w:r>
        <w:t>ماذا ندرس في الحقل المنطقي? ندرس تعيناته</w:t>
      </w:r>
    </w:p>
    <w:p>
      <w:r>
        <w:t>ندرس على ظهور ذاتية</w:t>
      </w:r>
    </w:p>
    <w:p>
      <w:r>
        <w:t>تشكل الابواب</w:t>
      </w:r>
    </w:p>
    <w:p>
      <w:r>
        <w:t>باب الكليات الخمس اسباب التعريف باب القسمة باب القضايا باب الاقيصة باب المغالطات</w:t>
      </w:r>
    </w:p>
    <w:p>
      <w:r>
        <w:t>هذه كلها مسائل محمولاتها اعراض ذاتية لمن? اعراض ذاتية للمعقول الثاني</w:t>
      </w:r>
    </w:p>
    <w:p>
      <w:r>
        <w:t>اما مباشرة اما بوسائق وهذه الواسطة لا تضر في كونه اه عرضية ذاتية</w:t>
      </w:r>
    </w:p>
    <w:p>
      <w:r>
        <w:t>لان هذه الوسيطة كذلك بنت البيت</w:t>
      </w:r>
    </w:p>
    <w:p>
      <w:r>
        <w:t>ليست غريبة</w:t>
      </w:r>
    </w:p>
    <w:p>
      <w:r>
        <w:t>هم</w:t>
      </w:r>
    </w:p>
    <w:p>
      <w:r>
        <w:t>او بعرض غريب كالكرة المتحركة لعلم الاكر المتحركة</w:t>
      </w:r>
    </w:p>
    <w:p>
      <w:r>
        <w:t>والثاني لابد ان يكون متناسبا</w:t>
      </w:r>
    </w:p>
    <w:p>
      <w:r>
        <w:t>يعني اه يعني يؤخذ على الاطلاق او مقيد والثاني لا بد وان متناسبة ان تكون متناسبة</w:t>
      </w:r>
    </w:p>
    <w:p>
      <w:r>
        <w:t>ووجه التناسب ان يتشارك يتشارك في امر اما ذات كالخط والسطح والجسم التعليمي</w:t>
      </w:r>
    </w:p>
    <w:p>
      <w:r>
        <w:t>كلها اعراض ذاتية الرياضيات</w:t>
      </w:r>
    </w:p>
    <w:p>
      <w:r>
        <w:t>يعني الكم المتصل</w:t>
      </w:r>
    </w:p>
    <w:p>
      <w:r>
        <w:t>اذا جعلت موضوعات الهندسة فانها تتشارك يعني الخط والسطو الجسم التعليمي</w:t>
      </w:r>
    </w:p>
    <w:p>
      <w:r>
        <w:t>فانها تتشارك في المقدار</w:t>
      </w:r>
    </w:p>
    <w:p>
      <w:r>
        <w:t>يعني الكم الم تصله</w:t>
      </w:r>
    </w:p>
    <w:p>
      <w:r>
        <w:t>وهو جنس لها</w:t>
      </w:r>
    </w:p>
    <w:p>
      <w:r>
        <w:t>جنس من نوعه الخط من نوعه السطح</w:t>
      </w:r>
    </w:p>
    <w:p>
      <w:r>
        <w:t>ومن نوعه الجسم التعليمي</w:t>
      </w:r>
    </w:p>
    <w:p>
      <w:r>
        <w:t>الجسم التعليمي يعني الحجم</w:t>
      </w:r>
    </w:p>
    <w:p>
      <w:r>
        <w:t>وهو جنس لا</w:t>
      </w:r>
    </w:p>
    <w:p>
      <w:r>
        <w:t>يعني الخط والسطح والمستقيم انواع</w:t>
      </w:r>
    </w:p>
    <w:p>
      <w:r>
        <w:t>طبعا هنا في مسامحة في المثال وان هذه امور عدمية</w:t>
      </w:r>
    </w:p>
    <w:p>
      <w:r>
        <w:t>وليست لا اجناس ولا انواع مسامحة فقط تعليميا</w:t>
      </w:r>
    </w:p>
    <w:p>
      <w:r>
        <w:t>واما عربي كبدن الانسان وارزائه واحواله والادوية والاغذية اذا جعلت موضوعات علم الطب لاشتراكها في كونها منسوبة الى الصحة</w:t>
      </w:r>
    </w:p>
    <w:p>
      <w:r>
        <w:t>لان الطب هو الجسم من حيث الصحة والمرض</w:t>
      </w:r>
    </w:p>
    <w:p>
      <w:r>
        <w:t>نعم</w:t>
      </w:r>
    </w:p>
    <w:p>
      <w:r>
        <w:t>التي هي الغاية في ذلك العلم عالم الطب</w:t>
      </w:r>
    </w:p>
    <w:p>
      <w:r>
        <w:t>موضوعات علم الكلام من حيث انتسابها الى مبدأ واحد هو الواجب تعالى اذا جعلنا موضوع علم الكلام هو الذات المقدسة واجب الوجود</w:t>
      </w:r>
    </w:p>
    <w:p>
      <w:r>
        <w:t>وانا لا ارى واجب الوجود هو موضوع علم الكلام</w:t>
      </w:r>
    </w:p>
    <w:p>
      <w:r>
        <w:t>موضوع علم الكلام مطلق المقولة الاية اعتقادية</w:t>
      </w:r>
    </w:p>
    <w:p>
      <w:r>
        <w:t>اما اذا بنينا على ما هو متداول ان موضوع علم الكلام الالهيات هو واجب الوجود</w:t>
      </w:r>
    </w:p>
    <w:p>
      <w:r>
        <w:t>ندرس حيثيات واجب الوجود</w:t>
      </w:r>
    </w:p>
    <w:p>
      <w:r>
        <w:t>نعم اولا نثبت وجوده الهدية البسيطة ثم تأتي الحيثيات</w:t>
      </w:r>
    </w:p>
    <w:p>
      <w:r>
        <w:t>التوحيد باقسامه آآ الخالقية العناية وهو من حيثيات واجب الوجود</w:t>
      </w:r>
    </w:p>
    <w:p>
      <w:r>
        <w:t>تتأسس الابواب باب التوحيد باب العدل باب النبوة باب الامامة باب المعاد</w:t>
      </w:r>
    </w:p>
    <w:p>
      <w:r>
        <w:t>وانما كانت هذه موضوعات هذه العلوم من طب وآآ عقائد كلام</w:t>
      </w:r>
    </w:p>
    <w:p>
      <w:r>
        <w:t>وهندسة وفلك والفلسفة لان موضوعات مسائل هذا لان موضوعات مسائل هذه العلوم ترجع اليه الى الموضوع</w:t>
      </w:r>
    </w:p>
    <w:p>
      <w:r>
        <w:t>كلها تدور مدار الموضوع هو القطب</w:t>
      </w:r>
    </w:p>
    <w:p>
      <w:r>
        <w:t>خد بالراحة</w:t>
      </w:r>
    </w:p>
    <w:p>
      <w:r>
        <w:t>بان يكون موضوع المسألة نفس موضوع العلم</w:t>
      </w:r>
    </w:p>
    <w:p>
      <w:r>
        <w:t>مرة هذا العرض الذاتي يحمل مباشرة على موضوع المسألة</w:t>
      </w:r>
    </w:p>
    <w:p>
      <w:r>
        <w:t>مثل الوجود عند صدر المتألهين عندنا الوجود</w:t>
      </w:r>
    </w:p>
    <w:p>
      <w:r>
        <w:t>الصين عندنا الوجود مشكك</w:t>
      </w:r>
    </w:p>
    <w:p>
      <w:r>
        <w:t>الاصالة تعرض الوجود مطلقا</w:t>
      </w:r>
    </w:p>
    <w:p>
      <w:r>
        <w:t>مباشرة</w:t>
      </w:r>
    </w:p>
    <w:p>
      <w:r>
        <w:t>التشكيك يعرض الوجود مباشرة</w:t>
      </w:r>
    </w:p>
    <w:p>
      <w:r>
        <w:t>تقول الوجود اصيل</w:t>
      </w:r>
    </w:p>
    <w:p>
      <w:r>
        <w:t>ما معناه? متن بالذات</w:t>
      </w:r>
    </w:p>
    <w:p>
      <w:r>
        <w:t>الوجود مشكك حقيقة سريانية مراتبها والمراتب تختلف بالشدة والضعف في متن الوجود</w:t>
      </w:r>
    </w:p>
    <w:p>
      <w:r>
        <w:t>في متن الوجود</w:t>
      </w:r>
    </w:p>
    <w:p>
      <w:r>
        <w:t>هذه مسائل فلسفية لا افيض فيها</w:t>
      </w:r>
    </w:p>
    <w:p>
      <w:r>
        <w:t>جزاكم الله خير</w:t>
      </w:r>
    </w:p>
    <w:p>
      <w:r>
        <w:t>وانما كانت هذه موضوعات هذه العلوم على تنوعها</w:t>
      </w:r>
    </w:p>
    <w:p>
      <w:r>
        <w:t>لان موضوعات مسائل هذه العلوم ترجع اليه</w:t>
      </w:r>
    </w:p>
    <w:p>
      <w:r>
        <w:t>اليه الهدى ترجع الى الموضوع</w:t>
      </w:r>
    </w:p>
    <w:p>
      <w:r>
        <w:t>الذي تدور حوله الابحاث</w:t>
      </w:r>
    </w:p>
    <w:p>
      <w:r>
        <w:t>ان يكون موضوع المسألة نفس موضوع العين</w:t>
      </w:r>
    </w:p>
    <w:p>
      <w:r>
        <w:t>هذا نوع من القضايا</w:t>
      </w:r>
    </w:p>
    <w:p>
      <w:r>
        <w:t>كقولنا العدد اما الزوج وفرض</w:t>
      </w:r>
    </w:p>
    <w:p>
      <w:r>
        <w:t>هذه قضية الوجود اصيل قضية</w:t>
      </w:r>
    </w:p>
    <w:p>
      <w:r>
        <w:t>الوجود المشكك قضية</w:t>
      </w:r>
    </w:p>
    <w:p>
      <w:r>
        <w:t>الحجة في علم الاصول الاستصحاب الحجة براءة عقلية</w:t>
      </w:r>
    </w:p>
    <w:p>
      <w:r>
        <w:t>الحجة خبر واحد</w:t>
      </w:r>
    </w:p>
    <w:p>
      <w:r>
        <w:t>الحجة براءة شرعية هادي كلها موضوعات محمولات تحمل على موضوع علم الاصول مباشرة</w:t>
      </w:r>
    </w:p>
    <w:p>
      <w:r>
        <w:t>نعم</w:t>
      </w:r>
    </w:p>
    <w:p>
      <w:r>
        <w:t>او او او يكون ترجع اليه بان يكون موضوع المسألة</w:t>
      </w:r>
    </w:p>
    <w:p>
      <w:r>
        <w:t>او يكون موضوع المسألة جزئيا تحته</w:t>
      </w:r>
    </w:p>
    <w:p>
      <w:r>
        <w:t>جزئيا بمعنى النوع</w:t>
      </w:r>
    </w:p>
    <w:p>
      <w:r>
        <w:t>نعم</w:t>
      </w:r>
    </w:p>
    <w:p>
      <w:r>
        <w:t>كقولنا الثلاثة فرض</w:t>
      </w:r>
    </w:p>
    <w:p>
      <w:r>
        <w:t>ثلاثة فرن ثلاثة نوع من انواع العدد والعدد جنس اعلى او جزء منه جزء الموضوع كقولنا الصورة تفسد وتتكون في الجسم يعني الجسم اه متشكل من اه هذه الطبائع المادية متشكلة من مادة و صورة الان ما غدا بخار الصورة انت وراحت وتغيرت</w:t>
      </w:r>
    </w:p>
    <w:p>
      <w:r>
        <w:t>نعم</w:t>
      </w:r>
    </w:p>
    <w:p>
      <w:r>
        <w:t>اذا الصورة خصوصا على مبنى الكون والفساد</w:t>
      </w:r>
    </w:p>
    <w:p>
      <w:r>
        <w:t>يتكون ويفسد</w:t>
      </w:r>
    </w:p>
    <w:p>
      <w:r>
        <w:t>الفساد الفلسفي ليس الفساد العرفي</w:t>
      </w:r>
    </w:p>
    <w:p>
      <w:r>
        <w:t>ماء تبخر عليه فسدت الصورة المائية اعني ما معه يعني اختفت</w:t>
      </w:r>
    </w:p>
    <w:p>
      <w:r>
        <w:t>ضاعت</w:t>
      </w:r>
    </w:p>
    <w:p>
      <w:r>
        <w:t>تقول ان الصورة تفسد فتكون</w:t>
      </w:r>
    </w:p>
    <w:p>
      <w:r>
        <w:t>الصورة جزء من الجسم من الجنس</w:t>
      </w:r>
    </w:p>
    <w:p>
      <w:r>
        <w:t>يعني اذا الفساد والتكون يعرض ويعرض الجسم بواسطة الصورة</w:t>
      </w:r>
    </w:p>
    <w:p>
      <w:r>
        <w:t>وهي اعراض ذاتية له</w:t>
      </w:r>
    </w:p>
    <w:p>
      <w:r>
        <w:t>لأن الصورة هي من مكوناته او عرضا ذاتيا له</w:t>
      </w:r>
    </w:p>
    <w:p>
      <w:r>
        <w:t>يعني لازما بينا او غير بين لا فرق من حيث لا يهم اللازم هذا العرضي الذاتي يعني اللازم</w:t>
      </w:r>
    </w:p>
    <w:p>
      <w:r>
        <w:t>بين واضح او لا? يستدل عليه</w:t>
      </w:r>
    </w:p>
    <w:p>
      <w:r>
        <w:t>لا يهمنا</w:t>
      </w:r>
    </w:p>
    <w:p>
      <w:r>
        <w:t>كقولنا الحركة اما مستديرة او مستقيمة</w:t>
      </w:r>
    </w:p>
    <w:p>
      <w:r>
        <w:t>نعم</w:t>
      </w:r>
    </w:p>
    <w:p>
      <w:r>
        <w:t>يعني اما تدور كدوران الارض حول الشمس او لا حركة مستقيمة كحركة السيارة من مكان الى مكان</w:t>
      </w:r>
    </w:p>
    <w:p>
      <w:r>
        <w:t>خلينا نفيدكم معلومة جميلة جدا</w:t>
      </w:r>
    </w:p>
    <w:p>
      <w:r>
        <w:t>تخيل السيارة ان تنتقل من البصرة الى بغداد</w:t>
      </w:r>
    </w:p>
    <w:p>
      <w:r>
        <w:t>مسافة او من وهران الى الجزائر</w:t>
      </w:r>
    </w:p>
    <w:p>
      <w:r>
        <w:t>او من الاسكندرية الى القاهرة</w:t>
      </w:r>
    </w:p>
    <w:p>
      <w:r>
        <w:t>او من باريس الى مارسيليا او من واشنطن الى آآ لوس انجلوس</w:t>
      </w:r>
    </w:p>
    <w:p>
      <w:r>
        <w:t>مسافة كبيرة</w:t>
      </w:r>
    </w:p>
    <w:p>
      <w:r>
        <w:t>هذه ليست آآ حركة مستقيمة</w:t>
      </w:r>
    </w:p>
    <w:p>
      <w:r>
        <w:t>عرفا نعم</w:t>
      </w:r>
    </w:p>
    <w:p>
      <w:r>
        <w:t>اما الدقة العلمية قوس</w:t>
      </w:r>
    </w:p>
    <w:p>
      <w:r>
        <w:t>لان الكرة بيضاوية الحركة تكون مقوسة يعني جزء من الحركة الدائرية</w:t>
      </w:r>
    </w:p>
    <w:p>
      <w:r>
        <w:t>نعم</w:t>
      </w:r>
    </w:p>
    <w:p>
      <w:r>
        <w:t>وانما يبحث في كل علم عن احوال موظوعه</w:t>
      </w:r>
    </w:p>
    <w:p>
      <w:r>
        <w:t>هذه الاحوال هي هي الاعراض التي يعني اللوازم التي تعرضهم مباشرة او ببركة لوازم اخرى او ببركة انواعه اذا كانت له انواع</w:t>
      </w:r>
    </w:p>
    <w:p>
      <w:r>
        <w:t>نعم</w:t>
      </w:r>
    </w:p>
    <w:p>
      <w:r>
        <w:t>الوجود ليس له انواع</w:t>
      </w:r>
    </w:p>
    <w:p>
      <w:r>
        <w:t>لان الوجود ليس طبيعة ما هوية</w:t>
      </w:r>
    </w:p>
    <w:p>
      <w:r>
        <w:t>نعم</w:t>
      </w:r>
    </w:p>
    <w:p>
      <w:r>
        <w:t>اي عن اعراضه الذاتية</w:t>
      </w:r>
    </w:p>
    <w:p>
      <w:r>
        <w:t>فهي محمولات جميع مسائل العلم</w:t>
      </w:r>
    </w:p>
    <w:p>
      <w:r>
        <w:t>التي اثباتها للموضوعات هو المطالب في ذلك العلم</w:t>
      </w:r>
    </w:p>
    <w:p>
      <w:r>
        <w:t>هل يعمل عليها تحت خط احمر? نعم</w:t>
      </w:r>
    </w:p>
    <w:p>
      <w:r>
        <w:t>اذا النسق المعرفي هو مجموعة مسائل هذه المسائل</w:t>
      </w:r>
    </w:p>
    <w:p>
      <w:r>
        <w:t>في العلوم لان اللوازم البينة لا تطلب</w:t>
      </w:r>
    </w:p>
    <w:p>
      <w:r>
        <w:t>تطلب اللوازم غير غير البينة</w:t>
      </w:r>
    </w:p>
    <w:p>
      <w:r>
        <w:t>اذا طلبت تصل المسائل</w:t>
      </w:r>
    </w:p>
    <w:p>
      <w:r>
        <w:t>اذا تشكلت هذه المسائل متناغمة مع المنهجية والموضوع</w:t>
      </w:r>
    </w:p>
    <w:p>
      <w:r>
        <w:t>فيتشكل النسق المعرفي فهي محمولات محمولات جميع مسائل العلم يعني هذه الاعراض الذاتية والاحوال التي يكون اثباتها تدل عليها للموضوع هو هو المطالب في ذلك العلم</w:t>
      </w:r>
    </w:p>
    <w:p>
      <w:r>
        <w:t>نعم</w:t>
      </w:r>
    </w:p>
    <w:p>
      <w:r>
        <w:t>اذا العلم موضوع منهجية اذا قلنا المنهجية بالمعنى الاوسع داخل المعايير المنطقية</w:t>
      </w:r>
    </w:p>
    <w:p>
      <w:r>
        <w:t>ثم تناغم تتشكل الابواب والغاية محددة بتشكل العين ويستقل بدائرة نعم</w:t>
      </w:r>
    </w:p>
    <w:p>
      <w:r>
        <w:t>علم النفس مثلا كان مدكن في الفلسفة الان لا استقل</w:t>
      </w:r>
    </w:p>
    <w:p>
      <w:r>
        <w:t>استقل لوحده سواء كنا في دائرة سيكولوجيا التجريبية ام كنا في دائرة سيكولوجية العقلية? جيد الى هنا واضح ليس صعبا</w:t>
      </w:r>
    </w:p>
    <w:p>
      <w:r>
        <w:t>مبادئ العلوم هي هذه المنطلقات التي تكون في المخزون المعرفي بها نجلي نجلي التصورات المجهولة والتصديقات المجهولة</w:t>
      </w:r>
    </w:p>
    <w:p>
      <w:r>
        <w:t>ولهذا انت تجد في الرسائل رسائل الدكتوراه يبدأ بالاطار المفاهيمي</w:t>
      </w:r>
    </w:p>
    <w:p>
      <w:r>
        <w:t>الاطار المفاهيمي يعني كل المفاهيم التي يستخدمها في الرسالة</w:t>
      </w:r>
    </w:p>
    <w:p>
      <w:r>
        <w:t>نعم هذا الاطار المفاهيمي</w:t>
      </w:r>
    </w:p>
    <w:p>
      <w:r>
        <w:t>هذه مبادئ تصورية</w:t>
      </w:r>
    </w:p>
    <w:p>
      <w:r>
        <w:t>والمبادئ التصديقية تتجلى اين? تتجلى حين اثبات المسائل</w:t>
      </w:r>
    </w:p>
    <w:p>
      <w:r>
        <w:t>قال وما وهي اما قضايا لا وسط لها هادي هي ضرورة بالضرورة البديهي الشهودية اما مطلقا كالاوليات وتسمى اصولا متعارفة</w:t>
      </w:r>
    </w:p>
    <w:p>
      <w:r>
        <w:t>السلاح المنطقي الاصول المتعارفة هي الباديات الاولية</w:t>
      </w:r>
    </w:p>
    <w:p>
      <w:r>
        <w:t>او في ذلك العلم يعني هي فقط اولية في ذلك العلم ليست مطلقة لجميع العلوم</w:t>
      </w:r>
    </w:p>
    <w:p>
      <w:r>
        <w:t>فقط في حقل معرفي خاص تسمى مصادرة</w:t>
      </w:r>
    </w:p>
    <w:p>
      <w:r>
        <w:t>مصادرة الان او اصول موضوعة</w:t>
      </w:r>
    </w:p>
    <w:p>
      <w:r>
        <w:t>اصول الموضوعة يعني نبني عليها وبينت في علم اخر</w:t>
      </w:r>
    </w:p>
    <w:p>
      <w:r>
        <w:t>باعتبارين وهي ما يوضع في ذلك العلم ويتبين في غيره</w:t>
      </w:r>
    </w:p>
    <w:p>
      <w:r>
        <w:t>اذا الا الموضوعي انا اوظفه في الفيزياء</w:t>
      </w:r>
    </w:p>
    <w:p>
      <w:r>
        <w:t>واين اثبت في الرياضيات? انا اوظف الاصل في علم الكلام</w:t>
      </w:r>
    </w:p>
    <w:p>
      <w:r>
        <w:t>واينما واين اثبت في الفلسفة</w:t>
      </w:r>
    </w:p>
    <w:p>
      <w:r>
        <w:t>وهكذا</w:t>
      </w:r>
    </w:p>
    <w:p>
      <w:r>
        <w:t>هذا يسمى الاصل الموضوعي</w:t>
      </w:r>
    </w:p>
    <w:p>
      <w:r>
        <w:t>فيلزم المتعلم نعم تسليمها سواء كان مع استنكار او مع مسامحة</w:t>
      </w:r>
    </w:p>
    <w:p>
      <w:r>
        <w:t>واما نعم</w:t>
      </w:r>
    </w:p>
    <w:p>
      <w:r>
        <w:t>وهي ما يوضع في ذلك العلم آآ واما حدود يجب ان نبحث عن اما الاولى</w:t>
      </w:r>
    </w:p>
    <w:p>
      <w:r>
        <w:t>نعم وهي اما قضايا لا وسط لها لتتعلق المجهولات التصديقية واما حدود عندك منطلقات لتجليط التصورات</w:t>
      </w:r>
    </w:p>
    <w:p>
      <w:r>
        <w:t>وهذه هي الحدود</w:t>
      </w:r>
    </w:p>
    <w:p>
      <w:r>
        <w:t>الحدود</w:t>
      </w:r>
    </w:p>
    <w:p>
      <w:r>
        <w:t>الحد ما هو? معرفة عندي</w:t>
      </w:r>
    </w:p>
    <w:p>
      <w:r>
        <w:t>اجلي بها مفردة تصورية مجهولة غامضة مجهولة مبهمة عندي</w:t>
      </w:r>
    </w:p>
    <w:p>
      <w:r>
        <w:t>نأتي بهذه المعلومة التي عندي مأخوذة من الواقع طبعا</w:t>
      </w:r>
    </w:p>
    <w:p>
      <w:r>
        <w:t>اخضعها لقاعدة التعريف</w:t>
      </w:r>
    </w:p>
    <w:p>
      <w:r>
        <w:t>اذا قاعدة التعريف ما عندها علاقة بالمعلومات</w:t>
      </w:r>
    </w:p>
    <w:p>
      <w:r>
        <w:t>قاعدة مياه عليا</w:t>
      </w:r>
    </w:p>
    <w:p>
      <w:r>
        <w:t>التزم</w:t>
      </w:r>
    </w:p>
    <w:p>
      <w:r>
        <w:t>هذا لسانها</w:t>
      </w:r>
    </w:p>
    <w:p>
      <w:r>
        <w:t>التزم اذا شئت التصور السليم والصحيح</w:t>
      </w:r>
    </w:p>
    <w:p>
      <w:r>
        <w:t>اخضعوا هذه المعلومة التي تسمى آآ مبدأ تصوري لمعيار منطقي قانون التعريف</w:t>
      </w:r>
    </w:p>
    <w:p>
      <w:r>
        <w:t>حتى اجلي هذا التصور المبهم المجهول</w:t>
      </w:r>
    </w:p>
    <w:p>
      <w:r>
        <w:t>واما حدود اعيد العبارة قال ومبادئ يعني المبادئ التصورية والمبادئ التصديقية ما به التصوير وما به الاستدلال التنصير هنا ليس بالمعنى الخيالي بالمعنى العقلاني يعني الايصال الى ويا اما قضايا لا وسط ولا وسط لها بديهية بذاتها</w:t>
      </w:r>
    </w:p>
    <w:p>
      <w:r>
        <w:t>اما مطلقا كالاوليات في كل العلوم وتسمى اصول متعارفة</w:t>
      </w:r>
    </w:p>
    <w:p>
      <w:r>
        <w:t>كل العلوم تخضع لها</w:t>
      </w:r>
    </w:p>
    <w:p>
      <w:r>
        <w:t>او في ذلك العلم يعني في علم خاص في علم الكلام وتسمى مصادرات او اصولا موضوعة اذا بينت في علم اخر</w:t>
      </w:r>
    </w:p>
    <w:p>
      <w:r>
        <w:t>نعم</w:t>
      </w:r>
    </w:p>
    <w:p>
      <w:r>
        <w:t>باعتبارين وهي ما يوضع في ذلك العلم ويتبين في غيره نعم</w:t>
      </w:r>
    </w:p>
    <w:p>
      <w:r>
        <w:t>باعتبار ما يبين في غيره تسمى اصول موضوعة</w:t>
      </w:r>
    </w:p>
    <w:p>
      <w:r>
        <w:t>باعتبار ما يوضع في ذلك العلم ويبنى عليه تسمى مصادرات</w:t>
      </w:r>
    </w:p>
    <w:p>
      <w:r>
        <w:t>يعني كم لاحظ? لحظان</w:t>
      </w:r>
    </w:p>
    <w:p>
      <w:r>
        <w:t>ولهذا يقول بيئة بارين يعني بي لحظين</w:t>
      </w:r>
    </w:p>
    <w:p>
      <w:r>
        <w:t>فعندك انت اصل طبعا هذا الاصل دائما آآ آآ في الاغلب يكون في المبادئ التصديقية</w:t>
      </w:r>
    </w:p>
    <w:p>
      <w:r>
        <w:t>معليش نوسع مبادئ تصوير تصديقية</w:t>
      </w:r>
    </w:p>
    <w:p>
      <w:r>
        <w:t>هذا الاصل الذي يفيدنا في تجلية مجهود تصوري مأخوذ من علم اخر</w:t>
      </w:r>
    </w:p>
    <w:p>
      <w:r>
        <w:t>وهذا الاصل الذي به نستدل اخذ من علم اخر</w:t>
      </w:r>
    </w:p>
    <w:p>
      <w:r>
        <w:t>اذا عندنا هنا لحظن لحاظ الاخذ من علم اخر يسمى الاصول الموضوعة</w:t>
      </w:r>
    </w:p>
    <w:p>
      <w:r>
        <w:t>نبني عليها في علمنا يسم مصادرة فيلزم المتعلم تسليمها سواء كان مع استنكار او مع مسامحة</w:t>
      </w:r>
    </w:p>
    <w:p>
      <w:r>
        <w:t>الطالب يقبلها اما مسامحة حتى ينضج علميا وينقض عليها او يستشكل في الدرس بعد الدرس على الأستاذ او مع مسامحة يتساهل</w:t>
      </w:r>
    </w:p>
    <w:p>
      <w:r>
        <w:t>اذا اما قضايا يعني تصديقية مبادئ تصديقية واما حدود</w:t>
      </w:r>
    </w:p>
    <w:p>
      <w:r>
        <w:t>حدود يعني مبادئ تصورية</w:t>
      </w:r>
    </w:p>
    <w:p>
      <w:r>
        <w:t>يعني نأتي بمعرفة اريد اجلي هذا التصوري اخضع هذه المعرفة لقانون التعريف</w:t>
      </w:r>
    </w:p>
    <w:p>
      <w:r>
        <w:t>حينها يتجلى التصور</w:t>
      </w:r>
    </w:p>
    <w:p>
      <w:r>
        <w:t>نعم</w:t>
      </w:r>
    </w:p>
    <w:p>
      <w:r>
        <w:t>ويسمى الجميع اوضاعا</w:t>
      </w:r>
    </w:p>
    <w:p>
      <w:r>
        <w:t>الجميع يسمى اوضاعا اصطلاح</w:t>
      </w:r>
    </w:p>
    <w:p>
      <w:r>
        <w:t>يعني اوضاع نبني عليها المعرفة اقول لعلام الحلي يأتي ان شاء الله</w:t>
      </w:r>
    </w:p>
    <w:p>
      <w:r>
        <w:t>واللهم صل على محمد وال محمد</w:t>
      </w:r>
    </w:p>
    <w:p>
      <w:r>
        <w:t>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