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w:t>
      </w:r>
    </w:p>
    <w:p>
      <w:r>
        <w:t>يا الله</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اقول شرح العلم الحلي المبادئ هي الاشياء محور دلالي</w:t>
      </w:r>
    </w:p>
    <w:p>
      <w:r>
        <w:t>او محور معرفي التي يبتلي العلم العلم فعل يبتلي</w:t>
      </w:r>
    </w:p>
    <w:p>
      <w:r>
        <w:t>ذو صفة للعلم حتما لا يكون العلم مرفوع</w:t>
      </w:r>
    </w:p>
    <w:p>
      <w:r>
        <w:t>فاعلون يبتلي العلم ذو المبادئ عليها على هذه الاشياء</w:t>
      </w:r>
    </w:p>
    <w:p>
      <w:r>
        <w:t>مبادئ</w:t>
      </w:r>
    </w:p>
    <w:p>
      <w:r>
        <w:t>من منطلقات</w:t>
      </w:r>
    </w:p>
    <w:p>
      <w:r>
        <w:t>نعم</w:t>
      </w:r>
    </w:p>
    <w:p>
      <w:r>
        <w:t>وهي اما تصورات او تصديقات</w:t>
      </w:r>
    </w:p>
    <w:p>
      <w:r>
        <w:t>اذا اذا اردت ان تجلل مجهول التصوري تجلبي معلوم تصوري في مخزونك المعرفي</w:t>
      </w:r>
    </w:p>
    <w:p>
      <w:r>
        <w:t>اذا اردت ان تستدل على قضية وهي قضية مجهولة تأتي بقضية في المخزون المعرفي تنطلق منها هادي المنطلقات تسمى المبادئ نعم وهي على قسمين مبادئ تجلي المجهول التصوري او مبادئ تستدل على المجهول التصديقي</w:t>
      </w:r>
    </w:p>
    <w:p>
      <w:r>
        <w:t>والمنطق اين? المنطق وتلك المعايير السرمدية التي يخضع لها الفكر في حراكه التصويري وفي حراكه التدليلي انتهى الامر</w:t>
      </w:r>
    </w:p>
    <w:p>
      <w:r>
        <w:t>اذا درست هذه المعايير مبوبة بمنهجية عقلية يتشكل الحقل المنطقي</w:t>
      </w:r>
    </w:p>
    <w:p>
      <w:r>
        <w:t>يجب ان تفكك بين المنطق وعلمه منطق</w:t>
      </w:r>
    </w:p>
    <w:p>
      <w:r>
        <w:t>تقول شيخنا العزيز انت تكرر المطالب كثيرا انا اكررها عمدان حتى ترسخ في ذهن الطالب وعندنا الامن عندنا الجامعيون يتابعون دروسنا هذه الامور بالنسبة لهم مهدوفة جديدة</w:t>
      </w:r>
    </w:p>
    <w:p>
      <w:r>
        <w:t>نعم</w:t>
      </w:r>
    </w:p>
    <w:p>
      <w:r>
        <w:t>اما التصديقات فبدأ بالتصديقات</w:t>
      </w:r>
    </w:p>
    <w:p>
      <w:r>
        <w:t>فهي المقدمات التي تتألف منها قياسات ذلك العلم</w:t>
      </w:r>
    </w:p>
    <w:p>
      <w:r>
        <w:t>نعم</w:t>
      </w:r>
    </w:p>
    <w:p>
      <w:r>
        <w:t>لانك انت تريد ان تستدل على المجهول التصديقي</w:t>
      </w:r>
    </w:p>
    <w:p>
      <w:r>
        <w:t>الاستدلال صغرى كبرى نتيجة اما في دائرة الاستنباط او الاستقراء او التمثيل</w:t>
      </w:r>
    </w:p>
    <w:p>
      <w:r>
        <w:t>حسب نوعية الاستدلال وهي قضايا اما اولية لا تفتقر الى بيان اولية هنا بمعنى الشهودية يعني بديهية</w:t>
      </w:r>
    </w:p>
    <w:p>
      <w:r>
        <w:t>ولا وسط لها مطلقا وتسمى الاصول المتعارفة وهي المبادئ على الاطلاق</w:t>
      </w:r>
    </w:p>
    <w:p>
      <w:r>
        <w:t>ما معنى على الاطلاق? قطر جميع الحقول المعرفية</w:t>
      </w:r>
    </w:p>
    <w:p>
      <w:r>
        <w:t>الفلسفة الرياضيات علم الاصول الفلك الهندسة الطب</w:t>
      </w:r>
    </w:p>
    <w:p>
      <w:r>
        <w:t>واما غير اولية لكن يجب تسليمها ليبتني عليها العلم</w:t>
      </w:r>
    </w:p>
    <w:p>
      <w:r>
        <w:t>ومن شأن هذه المبادئ ان تبين في علم اخر</w:t>
      </w:r>
    </w:p>
    <w:p>
      <w:r>
        <w:t>باعتبارها تبين فعل ما قلت ثم الاصول الموضوعة</w:t>
      </w:r>
    </w:p>
    <w:p>
      <w:r>
        <w:t>باعتبارها نضحى ونبني عليها تسمى المصادرات</w:t>
      </w:r>
    </w:p>
    <w:p>
      <w:r>
        <w:t>نعم</w:t>
      </w:r>
    </w:p>
    <w:p>
      <w:r>
        <w:t>فلا وسط لها في ذلك العلم التي هي مبادئ فيه</w:t>
      </w:r>
    </w:p>
    <w:p>
      <w:r>
        <w:t>فهي مبادئ بالقياس الى العلم المبتلي عليها</w:t>
      </w:r>
    </w:p>
    <w:p>
      <w:r>
        <w:t>نعم يعني المصادرات</w:t>
      </w:r>
    </w:p>
    <w:p>
      <w:r>
        <w:t>ومسائل مسائل بالقياس للعلم الآخر</w:t>
      </w:r>
    </w:p>
    <w:p>
      <w:r>
        <w:t>فهي ليست مبادئ على الإطلاق</w:t>
      </w:r>
    </w:p>
    <w:p>
      <w:r>
        <w:t>وهذه المبادئ ان كان تسليمها في ذلك العلم التي هي مبادئ فيه على سبيل حسن الظن بالمعلم</w:t>
      </w:r>
    </w:p>
    <w:p>
      <w:r>
        <w:t>ومع مسامحة ما اصول موضوعة</w:t>
      </w:r>
    </w:p>
    <w:p>
      <w:r>
        <w:t>ابني عليها</w:t>
      </w:r>
    </w:p>
    <w:p>
      <w:r>
        <w:t>معليش ابني عليها وسنرى النتائج</w:t>
      </w:r>
    </w:p>
    <w:p>
      <w:r>
        <w:t>وان كانت مع استنكار وتشكك فيها سميت مصادرات</w:t>
      </w:r>
    </w:p>
    <w:p>
      <w:r>
        <w:t>هذه هذه اللحظات لي حاضت المسامحة وحسن الظن بالأستاذ</w:t>
      </w:r>
    </w:p>
    <w:p>
      <w:r>
        <w:t>والإستنكار والتشكيك هذه حيثيات للفاعل المعرفي للفاعل المعرفي ما عندها علاقة بالمعرفة</w:t>
      </w:r>
    </w:p>
    <w:p>
      <w:r>
        <w:t>نعم</w:t>
      </w:r>
    </w:p>
    <w:p>
      <w:r>
        <w:t>مصادرات يعني نبني عليها العلم</w:t>
      </w:r>
    </w:p>
    <w:p>
      <w:r>
        <w:t>مأخوذة من علم اخر اصول موضوعة</w:t>
      </w:r>
    </w:p>
    <w:p>
      <w:r>
        <w:t>بينت في علم اخر اصول موضوعة</w:t>
      </w:r>
    </w:p>
    <w:p>
      <w:r>
        <w:t>نأتي ونضعها في هذا العلم نبني عليها المعلومات تصمم ثم نقيس اللحظين يعني الاصول موضوعة والمصادرات الى الفاعل المعرفي</w:t>
      </w:r>
    </w:p>
    <w:p>
      <w:r>
        <w:t>تقول اذا تسامحا واحسن الظن بمعلمه تسمى الاصول الموضوعة</w:t>
      </w:r>
    </w:p>
    <w:p>
      <w:r>
        <w:t>واذا شكك واستنكر تسمى مصادرة هذا باعتبار من? باعتباره الحالة النفسانية للفاعل المعرفي</w:t>
      </w:r>
    </w:p>
    <w:p>
      <w:r>
        <w:t>الفاعل المعرفي</w:t>
      </w:r>
    </w:p>
    <w:p>
      <w:r>
        <w:t>هذه المصطلحات مأخوذة من اه من اه العلوم الغربية</w:t>
      </w:r>
    </w:p>
    <w:p>
      <w:r>
        <w:t>الفاعل المعرفي يعني يعني الفاعل المعرفي يعني جهة من آآ قديمة لاتينية استخرج منها كوليسانس يعني المعرفة او الفاعل الادراكي اذا شئت</w:t>
      </w:r>
    </w:p>
    <w:p>
      <w:r>
        <w:t>ويعني باعتبار المسامحة والاستنكار تسمى ماذا? نعم</w:t>
      </w:r>
    </w:p>
    <w:p>
      <w:r>
        <w:t>تسمى مصادرات</w:t>
      </w:r>
    </w:p>
    <w:p>
      <w:r>
        <w:t>نعم اعيد التطبيق</w:t>
      </w:r>
    </w:p>
    <w:p>
      <w:r>
        <w:t>نعم</w:t>
      </w:r>
    </w:p>
    <w:p>
      <w:r>
        <w:t>وهذه المبادئ ان كان تسليمها في ذلك العلم التي هي مبادئ فيه على سابع حسن الظن بالمعلم ومع مسامحة هذه حالة لمن? للفاعل المعرفي الحال الادراكي يعني الشخص الذي انتهت تناقشه او تدرس له</w:t>
      </w:r>
    </w:p>
    <w:p>
      <w:r>
        <w:t>سميت اصولا موضوعة</w:t>
      </w:r>
    </w:p>
    <w:p>
      <w:r>
        <w:t>هذا باعتبار الفعل الادراكي</w:t>
      </w:r>
    </w:p>
    <w:p>
      <w:r>
        <w:t>الفاعل المعرفي باعتبار اصل المبدأ اذا اخذ من علم اخر اثبت في علم اخر يسمى اصلا اصلا موضوع</w:t>
      </w:r>
    </w:p>
    <w:p>
      <w:r>
        <w:t>وان كان مع استنكار وتشكك حالة نفسانية لمن؟ للفاعل ادراك الفاعل المعرفي</w:t>
      </w:r>
    </w:p>
    <w:p>
      <w:r>
        <w:t>فهي سميت مصادرة اذا بنينا عليها في العلم يعني صادرنا تسمى مصادرات باعتبار العلم</w:t>
      </w:r>
    </w:p>
    <w:p>
      <w:r>
        <w:t>ليس باعتبار الفاعل الادراكي</w:t>
      </w:r>
    </w:p>
    <w:p>
      <w:r>
        <w:t>واليه اشار بقوله وي وتسمى المبادئ مصادرات او اصول موضوعة باعتبارين</w:t>
      </w:r>
    </w:p>
    <w:p>
      <w:r>
        <w:t>الاعتباران فين مات المحقق التونسي ما عندها علاقة بالفاعل الادراكي</w:t>
      </w:r>
    </w:p>
    <w:p>
      <w:r>
        <w:t>عنده علاقة بالاصل اذا كانت مثبتة في علوم اخرى اصل موضوعي</w:t>
      </w:r>
    </w:p>
    <w:p>
      <w:r>
        <w:t>اذا بنينا عليها المسائل في علم ما تسمى المصادرات</w:t>
      </w:r>
    </w:p>
    <w:p>
      <w:r>
        <w:t>نعم</w:t>
      </w:r>
    </w:p>
    <w:p>
      <w:r>
        <w:t>والى اشار بقوله ويسمى مصادرات او اصولا موضوعة باعتبارين يعني باعتبار المسامحة والاستنكار مثال الاصول الموضوعة قول اقريت لنا ان نصل بين كل نقطتين بخط مستقيم لان اقرب الخطوط الى نقطتين هو الخط المستقيم</w:t>
      </w:r>
    </w:p>
    <w:p>
      <w:r>
        <w:t>ومثال المصادرات قوله اذا وقع خط على خطين تصير الزاويتين الداخلتين في جهة واحدة اقل من آآ قائمة جرمها انت اعمل موازي للخط وضع آآ خطا عليهما</w:t>
      </w:r>
    </w:p>
    <w:p>
      <w:r>
        <w:t>عندك كم زاوية داخل اربعة? نعم</w:t>
      </w:r>
    </w:p>
    <w:p>
      <w:r>
        <w:t>يقول تصير الزاويتين الداخلية الداخلتين في جهة واحدة في جهة واحدة</w:t>
      </w:r>
    </w:p>
    <w:p>
      <w:r>
        <w:t>من هنا او من هنا اقل من قائمتين يعني اقل من مية وثمانين درجة فانهما اذا خرجا من تلك الجهة التقيا يعني اذا كانت اكثر او مساوية يلتقيان الخطة هذه اصول الذي جاء بعد ارسطو بقليل ان درس في اكاديمية افلاطون وكتب كتاب استفاد كثيرا من منطقة ارسطو</w:t>
      </w:r>
    </w:p>
    <w:p>
      <w:r>
        <w:t>واما التصورات فهي حدود اشياء</w:t>
      </w:r>
    </w:p>
    <w:p>
      <w:r>
        <w:t>نعم</w:t>
      </w:r>
    </w:p>
    <w:p>
      <w:r>
        <w:t>تستعمل في ذلك العلم حدود مفردات تجلي بها المجهول التصوري</w:t>
      </w:r>
    </w:p>
    <w:p>
      <w:r>
        <w:t>وهي اما موضوع العلم كقولنا الجسم هو الجوهر القابل للابعد</w:t>
      </w:r>
    </w:p>
    <w:p>
      <w:r>
        <w:t>يعني تعرف الموضوع موضوع العلم</w:t>
      </w:r>
    </w:p>
    <w:p>
      <w:r>
        <w:t>في الطبيعي واما جزء من الموضوع كقولنا الهيولة هو الجوهر المستعد</w:t>
      </w:r>
    </w:p>
    <w:p>
      <w:r>
        <w:t>واما جزئيا تحت الموضوع يعني نوع كقولنا للجسم البسيط هو الذي طبيعته واحدة</w:t>
      </w:r>
    </w:p>
    <w:p>
      <w:r>
        <w:t>واما عرضي ذاتي كقولنا الحركة كمال اول</w:t>
      </w:r>
    </w:p>
    <w:p>
      <w:r>
        <w:t>اما بالقوة من حيث بالقوة</w:t>
      </w:r>
    </w:p>
    <w:p>
      <w:r>
        <w:t>تعريف ارسطو بربري عجيب تدرسه في الطبيعيات</w:t>
      </w:r>
    </w:p>
    <w:p>
      <w:r>
        <w:t>في الطبيعيات القديمة نعم</w:t>
      </w:r>
    </w:p>
    <w:p>
      <w:r>
        <w:t>الحركة كمال يعني الانسان يتحرك لوصول الى نقطة</w:t>
      </w:r>
    </w:p>
    <w:p>
      <w:r>
        <w:t>هذه النقطة الثانية هي الكمال الثاني الحركة كمال اول</w:t>
      </w:r>
    </w:p>
    <w:p>
      <w:r>
        <w:t>من حيث ما هو بالقوة الى الكمال الثاني</w:t>
      </w:r>
    </w:p>
    <w:p>
      <w:r>
        <w:t>فالفسيلة وهي تتحرك الى النخلوية حتى تثمر التمر</w:t>
      </w:r>
    </w:p>
    <w:p>
      <w:r>
        <w:t>وهي في الطريق في الحركة يعني كمال اولو الفسيلة</w:t>
      </w:r>
    </w:p>
    <w:p>
      <w:r>
        <w:t>هذا الكمال الأول من حيث هي بالقوة الى من? الى الكمال الثاني</w:t>
      </w:r>
    </w:p>
    <w:p>
      <w:r>
        <w:t>هذا هو باختصار تعريف هذا التعريف البربري الارصدي الحركة</w:t>
      </w:r>
    </w:p>
    <w:p>
      <w:r>
        <w:t>الحركة كمال اول لما بالقوة من حيثها بالقوة</w:t>
      </w:r>
    </w:p>
    <w:p>
      <w:r>
        <w:t>لان اذا ما تقول من حيثها بالقوة يعني الحركة انتفت</w:t>
      </w:r>
    </w:p>
    <w:p>
      <w:r>
        <w:t>عرف الحركة وخروج من القوة الى اه الفعلية بنعم اه انبساطا يعني الخروج من النقص الى الكمال</w:t>
      </w:r>
    </w:p>
    <w:p>
      <w:r>
        <w:t>اذا هذا مفردة تصورية كانت في ذهنه الشريف استخدمها لتجلية معنى الحركة</w:t>
      </w:r>
    </w:p>
    <w:p>
      <w:r>
        <w:t>انتهى الامر</w:t>
      </w:r>
    </w:p>
    <w:p>
      <w:r>
        <w:t>وهذه الاشياء تنقسم الى ما يكون التصديق</w:t>
      </w:r>
    </w:p>
    <w:p>
      <w:r>
        <w:t>ما يكون التصديق بوجوده متقدما كالموظوع واجزاء الموظوع ظرورية جدا قبل العلم تبين الموظع اه مكوناته الجنس والفصل حتى يتجلى الموضوع الا كيف تثبت له المسائل وهو مجهول</w:t>
      </w:r>
    </w:p>
    <w:p>
      <w:r>
        <w:t>والى ما يكون التصديق به انما يحصل في العلم نفسه كالاعراض التي هذه هي المسائل</w:t>
      </w:r>
    </w:p>
    <w:p>
      <w:r>
        <w:t>اثبات الاعراض الذاتية للموضوع او لانواع الموضوع او لوازم الموضوع</w:t>
      </w:r>
    </w:p>
    <w:p>
      <w:r>
        <w:t>آآ هذه هي المسائل</w:t>
      </w:r>
    </w:p>
    <w:p>
      <w:r>
        <w:t>فحدود القسم الأول حدود بحسب ما هي؟ يعني انت الآن في الموضوع الموضوع له ماية</w:t>
      </w:r>
    </w:p>
    <w:p>
      <w:r>
        <w:t>نعم</w:t>
      </w:r>
    </w:p>
    <w:p>
      <w:r>
        <w:t>واما حدود القسم الثاني اذا صودر منها فحسب فبحسب الأسماء</w:t>
      </w:r>
    </w:p>
    <w:p>
      <w:r>
        <w:t>نعم وحسب الاسماء يعني انت الان في العرض الذاتي العرض الذاتي ما عندك حدود جنس وفص</w:t>
      </w:r>
    </w:p>
    <w:p>
      <w:r>
        <w:t>عندك هناك لوازم اي تعرفها بالرسم</w:t>
      </w:r>
    </w:p>
    <w:p>
      <w:r>
        <w:t>بالرسم الرسم الذي يعرف الشيء بلوازمه</w:t>
      </w:r>
    </w:p>
    <w:p>
      <w:r>
        <w:t>وبعد التصديق يمكن ان تكون حدودا بحسب الماهيات</w:t>
      </w:r>
    </w:p>
    <w:p>
      <w:r>
        <w:t>يريد شيء يبين مسألة</w:t>
      </w:r>
    </w:p>
    <w:p>
      <w:r>
        <w:t>يعني انت الان تنطلق من مسألة من مسائل</w:t>
      </w:r>
    </w:p>
    <w:p>
      <w:r>
        <w:t>عندها موضوع عندها عرض ذكي</w:t>
      </w:r>
    </w:p>
    <w:p>
      <w:r>
        <w:t>انت ما تعرف اللوازم هذه هذه الذات</w:t>
      </w:r>
    </w:p>
    <w:p>
      <w:r>
        <w:t>فتنطلق من تعريف اسمي تعرف قاموسي</w:t>
      </w:r>
    </w:p>
    <w:p>
      <w:r>
        <w:t>ثم اذا استدلت تعرف مجموعة من اللوازم تشتد</w:t>
      </w:r>
    </w:p>
    <w:p>
      <w:r>
        <w:t>هذه اللوازم تجمعها بطريقة منطقية</w:t>
      </w:r>
    </w:p>
    <w:p>
      <w:r>
        <w:t>مترتبة ترتيبا تناغم فتعطيك الماهية</w:t>
      </w:r>
    </w:p>
    <w:p>
      <w:r>
        <w:t>طبعا الماهية الحقيقية بالحمل الشائع لا</w:t>
      </w:r>
    </w:p>
    <w:p>
      <w:r>
        <w:t>تعطيك الماهية في دائرة لوازمها</w:t>
      </w:r>
    </w:p>
    <w:p>
      <w:r>
        <w:t>لنبني سينا يصرح يقول لا ندرك الذات</w:t>
      </w:r>
    </w:p>
    <w:p>
      <w:r>
        <w:t>ندرك الذات من خلال لوازمها القريبة</w:t>
      </w:r>
    </w:p>
    <w:p>
      <w:r>
        <w:t>وهذا يكفي</w:t>
      </w:r>
    </w:p>
    <w:p>
      <w:r>
        <w:t>نعم</w:t>
      </w:r>
    </w:p>
    <w:p>
      <w:r>
        <w:t>لهذا يقول فالحدود فحدود القسم الاول حدود بحسب ما هي واما حدود القسم الثاني اذا صودر منها يعني نبني عليها بالتعريف القاموسي ثم نكتشف مع الزمن اللوازم مع حسب الأسماء اكتب الأسماء يعني التعريف القاموسي التعريف الإسمي وبعد التصديق يعني بعد النشاط المعرفي وكشف اللوازم نجمع هذه اللوازم ونعرف الماهية باللوازم القريبة يمكن ان تكون حدودا بحسب المهيئات حدودا بحسب الماهيات يكتب الماهية الحقيقية ويسمى الجميع اوضاعا من حيث الاصطلاح</w:t>
      </w:r>
    </w:p>
    <w:p>
      <w:r>
        <w:t>نعم يعني المبادئ التصورية والمبادئ التصديقية بتنوعها اوليات والمصادرات والاصول الموضوعة</w:t>
      </w:r>
    </w:p>
    <w:p>
      <w:r>
        <w:t>كلها اوضاع اوضاع يعني نضعها ونبني عليها</w:t>
      </w:r>
    </w:p>
    <w:p>
      <w:r>
        <w:t>نعم</w:t>
      </w:r>
    </w:p>
    <w:p>
      <w:r>
        <w:t>يعني الحدود والمسلمات على سبيل حسب الظان</w:t>
      </w:r>
    </w:p>
    <w:p>
      <w:r>
        <w:t>جيد اذا انتهينا من المبادئ</w:t>
      </w:r>
    </w:p>
    <w:p>
      <w:r>
        <w:t>بينا الموضوع بينا المبادئ والان ندخل الى المسائل</w:t>
      </w:r>
    </w:p>
    <w:p>
      <w:r>
        <w:t>حتى يتشكل النسق المعرفي بالمسائل تنتهي المسألة</w:t>
      </w:r>
    </w:p>
    <w:p>
      <w:r>
        <w:t>الغاية واضحة</w:t>
      </w:r>
    </w:p>
    <w:p>
      <w:r>
        <w:t>مسائل العلوم قال ومسائل ما يطلب البرهان عليها في في العلم</w:t>
      </w:r>
    </w:p>
    <w:p>
      <w:r>
        <w:t>ان لم يكن بينا</w:t>
      </w:r>
    </w:p>
    <w:p>
      <w:r>
        <w:t>اذا المسائل اه هي التي يبرهن عليها</w:t>
      </w:r>
    </w:p>
    <w:p>
      <w:r>
        <w:t>اذا ما في العلوم من التصديقات على قسمين</w:t>
      </w:r>
    </w:p>
    <w:p>
      <w:r>
        <w:t>تصديقات بديهية ما تحتاج الى حركة استدلالية</w:t>
      </w:r>
    </w:p>
    <w:p>
      <w:r>
        <w:t>تصديقات تحتاج الى حركة استدلالية</w:t>
      </w:r>
    </w:p>
    <w:p>
      <w:r>
        <w:t>التي تحتاج الى حركات استدلالية هي مسائل الى يسأل عنها يعني يسأل عن عللها اما البديهية سؤال عنها لا معنى له تقول هل الانسان حيوان? خرافة لان الحيوان من من مكونات الانسان</w:t>
      </w:r>
    </w:p>
    <w:p>
      <w:r>
        <w:t>ولهذا يقول ومسائل وموضوع ومبادئ ومسائل وهي ما هي المسائل? هذا محور دلالي او محور معرفي تعريف وهو وهي ما يطلب البرهان عليها فيه</w:t>
      </w:r>
    </w:p>
    <w:p>
      <w:r>
        <w:t>ان لم يكن يعني ان لم تكن ان لم يكن ما يطلب خلينا هادي يكن اه خلي نجعل فاعلها ما وهي ما ولذلك الذي يطلب ان لم يكن ذلك ما بينان لا يمكن ارجاع فاعل يكن آآ او اسم يكن هو المسائل الى المسائل ما يطلب</w:t>
      </w:r>
    </w:p>
    <w:p>
      <w:r>
        <w:t>اذا هذا هو التحليل الهرمونيتيكي للم نعم ومسائل ما هي? وهي ما هنا ما مبهمة ما يطلب اخراج هذا الامام الى النور</w:t>
      </w:r>
    </w:p>
    <w:p>
      <w:r>
        <w:t>ما يطلب البرهان عليها فيه</w:t>
      </w:r>
    </w:p>
    <w:p>
      <w:r>
        <w:t>اذا المسائل هي يستدل عليه في العلم انتهى الامر ان لم يكن ذلك ما ذلك الشيء بين اذا كان بينا لا يطلب ان لم يكن بينة آآ ان شرطية اين التالي? التالي معروف في السياق ان لم يكن بينة نعم ان لم يكن بينة</w:t>
      </w:r>
    </w:p>
    <w:p>
      <w:r>
        <w:t>نعم ان لم يكن بينا فلا يعرف فلا يطلب</w:t>
      </w:r>
    </w:p>
    <w:p>
      <w:r>
        <w:t>لا لا يعرف له فلا يطلب</w:t>
      </w:r>
    </w:p>
    <w:p>
      <w:r>
        <w:t>فالجزاء</w:t>
      </w:r>
    </w:p>
    <w:p>
      <w:r>
        <w:t>اقول المسائل في كل علم هي القضايا الخاصة بذلك العلم</w:t>
      </w:r>
    </w:p>
    <w:p>
      <w:r>
        <w:t>تناغم بين المسائل لا يمكن ادخال مسألة غريبة عن النسق</w:t>
      </w:r>
    </w:p>
    <w:p>
      <w:r>
        <w:t>التي يشك في انت محمولاتها الى موضوعاتها</w:t>
      </w:r>
    </w:p>
    <w:p>
      <w:r>
        <w:t>يشك اكتب بجنبها اعمل علامة واكتب بجنبها</w:t>
      </w:r>
    </w:p>
    <w:p>
      <w:r>
        <w:t>بقعة الاحتمال</w:t>
      </w:r>
    </w:p>
    <w:p>
      <w:r>
        <w:t>هذا يسمى الامكان الاحتمالي</w:t>
      </w:r>
    </w:p>
    <w:p>
      <w:r>
        <w:t>اذا بعد قبل الحركة الاستدلالية نحن في الاحتمال لإن كان احتمال</w:t>
      </w:r>
    </w:p>
    <w:p>
      <w:r>
        <w:t>بعد الإستدلال برهاني نحن في اليقين في الضرورة</w:t>
      </w:r>
    </w:p>
    <w:p>
      <w:r>
        <w:t>اذا ما يطلب له مرتبة ما قبل الاستدلال وما بعد الاستدلال</w:t>
      </w:r>
    </w:p>
    <w:p>
      <w:r>
        <w:t>ما قبل الاستدلالية ينتمي الى الممكن الاحتمالي يعني يحتمل او لا يحتمل</w:t>
      </w:r>
    </w:p>
    <w:p>
      <w:r>
        <w:t>يحتمل ان يكون محمولا ويحتمل ان لا يكون محمولا</w:t>
      </w:r>
    </w:p>
    <w:p>
      <w:r>
        <w:t>بعد العملية الاستدلالية البرهانية يعني اليقينية يخرج من دائرة الامكان الاحتمالي</w:t>
      </w:r>
    </w:p>
    <w:p>
      <w:r>
        <w:t>لان الامكان مهما كان خرج الى الضرورة الفعلية</w:t>
      </w:r>
    </w:p>
    <w:p>
      <w:r>
        <w:t>صار يقينا باليقين الضروري</w:t>
      </w:r>
    </w:p>
    <w:p>
      <w:r>
        <w:t>نعم</w:t>
      </w:r>
    </w:p>
    <w:p>
      <w:r>
        <w:t>ولهذا يقول المسائل في كل علم هي القضايا الخاصة بذلك العلم</w:t>
      </w:r>
    </w:p>
    <w:p>
      <w:r>
        <w:t>التي يشك في محمولاتها الى موضوعات في انتساب محمولاتها الى موضوعاتها</w:t>
      </w:r>
    </w:p>
    <w:p>
      <w:r>
        <w:t>نعم</w:t>
      </w:r>
    </w:p>
    <w:p>
      <w:r>
        <w:t>ويطلب في ذلك العلم البرهان عليها</w:t>
      </w:r>
    </w:p>
    <w:p>
      <w:r>
        <w:t>هذا هو المحور التعريفي</w:t>
      </w:r>
    </w:p>
    <w:p>
      <w:r>
        <w:t>ان لم تكن بينا</w:t>
      </w:r>
    </w:p>
    <w:p>
      <w:r>
        <w:t>اذا كانت بينة فلا تطلق</w:t>
      </w:r>
    </w:p>
    <w:p>
      <w:r>
        <w:t>وانما يختص كل علم بمسائله باعتبار موضوعاتها للمسالخة</w:t>
      </w:r>
    </w:p>
    <w:p>
      <w:r>
        <w:t>بين الموضوع والمسائل</w:t>
      </w:r>
    </w:p>
    <w:p>
      <w:r>
        <w:t>لماذا? لانه المسائل هي محمولات</w:t>
      </w:r>
    </w:p>
    <w:p>
      <w:r>
        <w:t>اما له او او للوازم يعني شؤونة مسالخة تامة على ما يأتي سيأتي بيان هذه النقطة سهلة جدا اذا التصديقات في داخل الحقل المعارف على قسمين</w:t>
      </w:r>
    </w:p>
    <w:p>
      <w:r>
        <w:t>تصديقات بديهية لا تطلب</w:t>
      </w:r>
    </w:p>
    <w:p>
      <w:r>
        <w:t>تحصين الحاصل اذا طلبناها</w:t>
      </w:r>
    </w:p>
    <w:p>
      <w:r>
        <w:t>وتصديقات تطلب</w:t>
      </w:r>
    </w:p>
    <w:p>
      <w:r>
        <w:t>يعني ماذا? نتحرك حركة فكرية استدلالية لاثباتها</w:t>
      </w:r>
    </w:p>
    <w:p>
      <w:r>
        <w:t>تخرج من الامكان الى ماذا? الى اليقين والظرورة</w:t>
      </w:r>
    </w:p>
    <w:p>
      <w:r>
        <w:t>نعم قال وموظوعاتها المبادئ والمسائل هي</w:t>
      </w:r>
    </w:p>
    <w:p>
      <w:r>
        <w:t>نعم قال وموظوعات المبادئ</w:t>
      </w:r>
    </w:p>
    <w:p>
      <w:r>
        <w:t>ان اعيد وما موضوعات المبادئ والمسائل واو عاطفة يعني وموضوعات المبادئ وموضوعات المسائل نعم المستوى الجامعي في اللغة العربية ضعيف انما الطالب الجامعي الذي يشتغل يعشق العلم ويشتغل ويتعب على نفسه مستواه اللغوي اه جيد وجميل</w:t>
      </w:r>
    </w:p>
    <w:p>
      <w:r>
        <w:t>ليس كالحوزوي الحوزوي نعم يتعبوه بالمتون</w:t>
      </w:r>
    </w:p>
    <w:p>
      <w:r>
        <w:t>خصوصا النجف القديم يدرسون اه اجرومية ثم قطر الندى اه الايرانيون يدرسون اه رسالة للشيخ البهائي اه يا الله الصمدية بشروح الصمدية ثم ينتقل الى شرح شرح الالفية</w:t>
      </w:r>
    </w:p>
    <w:p>
      <w:r>
        <w:t>الايرانيين يدرسون الشخص السيوطي</w:t>
      </w:r>
    </w:p>
    <w:p>
      <w:r>
        <w:t>العرب مر ابن النظم مر يدرسون ابن عقيل ثم يروح الى الام</w:t>
      </w:r>
    </w:p>
    <w:p>
      <w:r>
        <w:t>وهو المغني لبيب لمن هشام</w:t>
      </w:r>
    </w:p>
    <w:p>
      <w:r>
        <w:t>هناك فلسفة اللغة</w:t>
      </w:r>
    </w:p>
    <w:p>
      <w:r>
        <w:t>هذا المسار اللغوي بالله عليك الا يكون قويا في اللغة؟ نعم يكون قويا في اللغة</w:t>
      </w:r>
    </w:p>
    <w:p>
      <w:r>
        <w:t>شاء ام ابى</w:t>
      </w:r>
    </w:p>
    <w:p>
      <w:r>
        <w:t>قال وموضوعات المبادئ وموضوعات المسائل هي اما موضوع او شيء منه يعني نوع من انواعه او لازم من لوازمه او الذاتي له الذاتي له يعني ذات اما من مقوم يعني جنس وفاز ومحى مولاته ذاتية له يعني اللوازم</w:t>
      </w:r>
    </w:p>
    <w:p>
      <w:r>
        <w:t>نعم</w:t>
      </w:r>
    </w:p>
    <w:p>
      <w:r>
        <w:t>هناك شرح للمسائل وموضوعات المبادئ والمسائل</w:t>
      </w:r>
    </w:p>
    <w:p>
      <w:r>
        <w:t>يعني موضوعات المبادئ يعني المنطلقات المعرفية</w:t>
      </w:r>
    </w:p>
    <w:p>
      <w:r>
        <w:t>التي نريد ان نبينها بهذه المبادئ</w:t>
      </w:r>
    </w:p>
    <w:p>
      <w:r>
        <w:t>ما هي؟ اما موضوع العلم نبينه في علم اخر</w:t>
      </w:r>
    </w:p>
    <w:p>
      <w:r>
        <w:t>فيكون اصل الموضوعين في علمنا</w:t>
      </w:r>
    </w:p>
    <w:p>
      <w:r>
        <w:t>الى الفلسفة</w:t>
      </w:r>
    </w:p>
    <w:p>
      <w:r>
        <w:t>لا يثبت علمها الموجود المطلق في علم اخر</w:t>
      </w:r>
    </w:p>
    <w:p>
      <w:r>
        <w:t>لان علم حصول ارقى من الفلسفة</w:t>
      </w:r>
    </w:p>
    <w:p>
      <w:r>
        <w:t>فهو بين الشهودي فيها</w:t>
      </w:r>
    </w:p>
    <w:p>
      <w:r>
        <w:t>اما علوم العلوم الاخرى كلها تبين في الفلسفة</w:t>
      </w:r>
    </w:p>
    <w:p>
      <w:r>
        <w:t>علم الانطلوجية</w:t>
      </w:r>
    </w:p>
    <w:p>
      <w:r>
        <w:t>او شيء منه</w:t>
      </w:r>
    </w:p>
    <w:p>
      <w:r>
        <w:t>شيء من هذا العلم</w:t>
      </w:r>
    </w:p>
    <w:p>
      <w:r>
        <w:t>يعني من انواعه او له كالجنس والفاصل او محمولات ذاكرة يعني لوازم نعم هذه هي المسائل والمبادئ</w:t>
      </w:r>
    </w:p>
    <w:p>
      <w:r>
        <w:t>اقول هذا هو المقتضي لتخصيص كل علم بمبادئ معينة ومسائل مختصة به</w:t>
      </w:r>
    </w:p>
    <w:p>
      <w:r>
        <w:t>وذلك بان تكون موضوعات المبادئ والمسائل اما موضوع العلم كقول الجسم مركب من الهيولة والصورة</w:t>
      </w:r>
    </w:p>
    <w:p>
      <w:r>
        <w:t>الجسم هو هنا آآ اذا كنت في الطبيعيات الجسم هو موضوع هذا المحمول</w:t>
      </w:r>
    </w:p>
    <w:p>
      <w:r>
        <w:t>مركب من هيولة محمول واما كنت في الحكمة المتعالية على تقول الوجود الجسمي</w:t>
      </w:r>
    </w:p>
    <w:p>
      <w:r>
        <w:t>فهو مرتبة من مراتب الوجود المطلق</w:t>
      </w:r>
    </w:p>
    <w:p>
      <w:r>
        <w:t>تعين من تعيرة الوجود المطلق</w:t>
      </w:r>
    </w:p>
    <w:p>
      <w:r>
        <w:t>نعم</w:t>
      </w:r>
    </w:p>
    <w:p>
      <w:r>
        <w:t>والجسم غير مركب من الاجزاء والافراد</w:t>
      </w:r>
    </w:p>
    <w:p>
      <w:r>
        <w:t>نعم او يكون الموضوع هو نوعا من موضوعات العلم كقولنا الثلاثة فرض ثلاثة نوع من الفرج الذي هو كالجنس وكل خط يمكن تنصفه</w:t>
      </w:r>
    </w:p>
    <w:p>
      <w:r>
        <w:t>نعم</w:t>
      </w:r>
    </w:p>
    <w:p>
      <w:r>
        <w:t>الخط هنا يمكن تنصفه الخط هنا من من انواع الكم المتصل</w:t>
      </w:r>
    </w:p>
    <w:p>
      <w:r>
        <w:t>واما الذاتي له كقولنا الاول وهو الذي لا يعده الا الواحد</w:t>
      </w:r>
    </w:p>
    <w:p>
      <w:r>
        <w:t>والمثل ثلاثة</w:t>
      </w:r>
    </w:p>
    <w:p>
      <w:r>
        <w:t>ثلاثة لا يعد الى الواحد</w:t>
      </w:r>
    </w:p>
    <w:p>
      <w:r>
        <w:t>الحادي عشر</w:t>
      </w:r>
    </w:p>
    <w:p>
      <w:r>
        <w:t>الثالث عشر</w:t>
      </w:r>
    </w:p>
    <w:p>
      <w:r>
        <w:t>السابع عشر نعم هذه الامور لا يعدها الا الوعد</w:t>
      </w:r>
    </w:p>
    <w:p>
      <w:r>
        <w:t>لا تجد مثلا ثلاثة ثلاثة في سبعتاش</w:t>
      </w:r>
    </w:p>
    <w:p>
      <w:r>
        <w:t>ثلاثة ثلاثة في حداش او اثنين واثنين واثنين</w:t>
      </w:r>
    </w:p>
    <w:p>
      <w:r>
        <w:t>لا لا تجد هذا اول مرة علينا</w:t>
      </w:r>
    </w:p>
    <w:p>
      <w:r>
        <w:t>وكل مثلث فان زواياه متساوية لقائمتين</w:t>
      </w:r>
    </w:p>
    <w:p>
      <w:r>
        <w:t>هذه هي ومحمولات المباني والمسائل الذاتية لموضوعاتها</w:t>
      </w:r>
    </w:p>
    <w:p>
      <w:r>
        <w:t>اما في المبادئ فبالوجهين عن الذات المقوم والعضاض الذاتي</w:t>
      </w:r>
    </w:p>
    <w:p>
      <w:r>
        <w:t>الذات المقاومة يعني الجنس والفصل والعرض الذاتي يعني اللوازم</w:t>
      </w:r>
    </w:p>
    <w:p>
      <w:r>
        <w:t>لوازم التي لا تنفك عن الذي يعرض الوجود بالضوابط التي بينها الضابطة العروضية والتعريفية والانطلوجية</w:t>
      </w:r>
    </w:p>
    <w:p>
      <w:r>
        <w:t>اذا تذكر نعم</w:t>
      </w:r>
    </w:p>
    <w:p>
      <w:r>
        <w:t>واما في المسائل فبالمعنى الثاني لا غير</w:t>
      </w:r>
    </w:p>
    <w:p>
      <w:r>
        <w:t>نعم</w:t>
      </w:r>
    </w:p>
    <w:p>
      <w:r>
        <w:t>المسائل اه مم مكتب واما في المسائل يعني التصديقات المطلوبة</w:t>
      </w:r>
    </w:p>
    <w:p>
      <w:r>
        <w:t>المسائل التي تبرهن في العلم</w:t>
      </w:r>
    </w:p>
    <w:p>
      <w:r>
        <w:t>فبالمعنى الثاني لا غيره</w:t>
      </w:r>
    </w:p>
    <w:p>
      <w:r>
        <w:t>ما معنى المعنى الثاني? يعني فقط في دائرة العرض الذاتي</w:t>
      </w:r>
    </w:p>
    <w:p>
      <w:r>
        <w:t>لماذا? لان الذات المقاومة للجنس والفصل يطلب في العلو لا يطلب في العلو</w:t>
      </w:r>
    </w:p>
    <w:p>
      <w:r>
        <w:t>ولهذا قال واما في المسائل المسائل هي القضايا التي يستدل عليها</w:t>
      </w:r>
    </w:p>
    <w:p>
      <w:r>
        <w:t>يعني تطلب في العلو</w:t>
      </w:r>
    </w:p>
    <w:p>
      <w:r>
        <w:t>فبالمعنى الثاني يعني هناك نحن في دائرة الاعراض الذاتي</w:t>
      </w:r>
    </w:p>
    <w:p>
      <w:r>
        <w:t>اللازم غالبيا</w:t>
      </w:r>
    </w:p>
    <w:p>
      <w:r>
        <w:t>لسنا فداعات الجنس والفصل</w:t>
      </w:r>
    </w:p>
    <w:p>
      <w:r>
        <w:t>فلا معنى ان تثبت الجنس والفرص</w:t>
      </w:r>
    </w:p>
    <w:p>
      <w:r>
        <w:t>هذا مختص بمبدأ نهوية خارج تخصصا عن الطلب</w:t>
      </w:r>
    </w:p>
    <w:p>
      <w:r>
        <w:t>هذا في البعد التصوري وليس في البعد التصديقي</w:t>
      </w:r>
    </w:p>
    <w:p>
      <w:r>
        <w:t>نعم</w:t>
      </w:r>
    </w:p>
    <w:p>
      <w:r>
        <w:t>كيفية استعمال المبادئ العامة يأتي ان شاء الله</w:t>
      </w:r>
    </w:p>
    <w:p>
      <w:r>
        <w:t>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