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w:t>
      </w:r>
    </w:p>
    <w:p>
      <w:r>
        <w:t>وبه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المأخذ الاول والثاني قال ولا يكون محمولات المسائل مقومة ولا تكون</w:t>
      </w:r>
    </w:p>
    <w:p>
      <w:r>
        <w:t>ولا تكون محمولات المسائل مقومة</w:t>
      </w:r>
    </w:p>
    <w:p>
      <w:r>
        <w:t>يعني لا تكون من الجنسي والفصل لان الجنس والفصل مبدأ الهوية ولا مسألة علمية على مستوى مبنى الهوية</w:t>
      </w:r>
    </w:p>
    <w:p>
      <w:r>
        <w:t>على مستوى مبدأ الجوهرية هناك</w:t>
      </w:r>
    </w:p>
    <w:p>
      <w:r>
        <w:t>يكون اه المطلب العلمي</w:t>
      </w:r>
    </w:p>
    <w:p>
      <w:r>
        <w:t>لان هناك تعيين المسائل اما الجنس والفصل الجنس والفصل مكونات الذات</w:t>
      </w:r>
    </w:p>
    <w:p>
      <w:r>
        <w:t>مادة الهوية تعرف على مستوى التصور</w:t>
      </w:r>
    </w:p>
    <w:p>
      <w:r>
        <w:t>لأن المقوم لا يطلب واضحة جدا</w:t>
      </w:r>
    </w:p>
    <w:p>
      <w:r>
        <w:t>واذا طلب من باب التحصيل الحاصل عبث</w:t>
      </w:r>
    </w:p>
    <w:p>
      <w:r>
        <w:t>اذا ما هو المطلوب? بل المطلوب اعراظ ذاتية</w:t>
      </w:r>
    </w:p>
    <w:p>
      <w:r>
        <w:t>اه يجب ان تأتي بكلمة بل يطلب او تقول بل يكون</w:t>
      </w:r>
    </w:p>
    <w:p>
      <w:r>
        <w:t>او تكون محمولات المسائل اعراضا ذاتية</w:t>
      </w:r>
    </w:p>
    <w:p>
      <w:r>
        <w:t>نعم</w:t>
      </w:r>
    </w:p>
    <w:p>
      <w:r>
        <w:t>او تقول بل هي مبتدأ اعراظ ذاتية</w:t>
      </w:r>
    </w:p>
    <w:p>
      <w:r>
        <w:t>الاعراض الذاتية هي لوازم غير البينة بيناها وكررنا الكلام فيها</w:t>
      </w:r>
    </w:p>
    <w:p>
      <w:r>
        <w:t>وربما يكون او تكون محمولات المقومات كذلك</w:t>
      </w:r>
    </w:p>
    <w:p>
      <w:r>
        <w:t>نعم</w:t>
      </w:r>
    </w:p>
    <w:p>
      <w:r>
        <w:t>عندك انت ذات لها جنس وفصل</w:t>
      </w:r>
    </w:p>
    <w:p>
      <w:r>
        <w:t>جنس له لوازم والفصل له لوازم يثبت للذات</w:t>
      </w:r>
    </w:p>
    <w:p>
      <w:r>
        <w:t>في شكل مسائل نعم يمكن ان يطلب فقط مع قيد لوازم البعد العام يعني الجنس يخصص</w:t>
      </w:r>
    </w:p>
    <w:p>
      <w:r>
        <w:t>من العام لوازم عامة</w:t>
      </w:r>
    </w:p>
    <w:p>
      <w:r>
        <w:t>يقول وربما تكون محمولات المقومات كذلك</w:t>
      </w:r>
    </w:p>
    <w:p>
      <w:r>
        <w:t>محمولات المقومات يعني لوازم المقومات</w:t>
      </w:r>
    </w:p>
    <w:p>
      <w:r>
        <w:t>فإن كان هنا يأتي التفكيك بين المأخذة الأولى والمأخذ الثانية في البرهان فان كان الاوسط يعني الحد الاوسط للاصغر مقوما فقط يعني الحد الاوسط من مقومات الحد الاصغر سمي ماخذا اولا والا اذا لم يكن الحد الأوسط مقاوما للأصغر فالمخض الثاني وإلا يعني وإن لم يكن الأوسط مقوما الأصغر فالمأخذ يكون مأخذا ث واضحة جدا تفكيك بين الماخذة الاولى والماخذة الثانية</w:t>
      </w:r>
    </w:p>
    <w:p>
      <w:r>
        <w:t>اقول محمول كل مسألة لان المسألة متشكلة من موضوع ومحمول</w:t>
      </w:r>
    </w:p>
    <w:p>
      <w:r>
        <w:t>يجب ان يكون خارج عن موضوعها</w:t>
      </w:r>
    </w:p>
    <w:p>
      <w:r>
        <w:t>يعني من اللوازم الذاتية التي تطلب غير واضحة عندنا في البعد التصديقي</w:t>
      </w:r>
    </w:p>
    <w:p>
      <w:r>
        <w:t>ولا يجوز ان يكون مقوما له</w:t>
      </w:r>
    </w:p>
    <w:p>
      <w:r>
        <w:t>نعم</w:t>
      </w:r>
    </w:p>
    <w:p>
      <w:r>
        <w:t>لماذا? لان المقوم يقبل يطلب او لا يطلب لا يطلب</w:t>
      </w:r>
    </w:p>
    <w:p>
      <w:r>
        <w:t>نعم لان المقاومة يعني الذاتي للشيء لا يطلب بالبرهان ثبوته له</w:t>
      </w:r>
    </w:p>
    <w:p>
      <w:r>
        <w:t>لماذا? لانه ينتمي الى مبنى الهوية</w:t>
      </w:r>
    </w:p>
    <w:p>
      <w:r>
        <w:t>الى مقام التصور وليس مقام التصديق</w:t>
      </w:r>
    </w:p>
    <w:p>
      <w:r>
        <w:t>اذ تصور متوقف على ثبوت المحمول له</w:t>
      </w:r>
    </w:p>
    <w:p>
      <w:r>
        <w:t>في البعد التصوري يعني في المقام الذات</w:t>
      </w:r>
    </w:p>
    <w:p>
      <w:r>
        <w:t>مقام اللهوية</w:t>
      </w:r>
    </w:p>
    <w:p>
      <w:r>
        <w:t>ولا يطلب بالبرهان على المسألة الا بعد تصور اجزائها</w:t>
      </w:r>
    </w:p>
    <w:p>
      <w:r>
        <w:t>اذا انت اجزاء فانت الاجزاء اذا كان من الذاتية تعرف انه لا يطلب</w:t>
      </w:r>
    </w:p>
    <w:p>
      <w:r>
        <w:t>لما تقدم من احدى خواص الجزء سبقه على الكل في الوجودين الوجود الديني والوجود الخارجي والعدمين</w:t>
      </w:r>
    </w:p>
    <w:p>
      <w:r>
        <w:t>يعني اذا عدم الجزء ينعدم الكل</w:t>
      </w:r>
    </w:p>
    <w:p>
      <w:r>
        <w:t>في الفهم وفي الوجود</w:t>
      </w:r>
    </w:p>
    <w:p>
      <w:r>
        <w:t>اذا عدم الجزء تفهم انعدام الكل</w:t>
      </w:r>
    </w:p>
    <w:p>
      <w:r>
        <w:t>اذا عدم الجوز في الواقع الكل ينعدم</w:t>
      </w:r>
    </w:p>
    <w:p>
      <w:r>
        <w:t>لا يقال انه يطلب بالبرهان على جوهرية النفس والصور</w:t>
      </w:r>
    </w:p>
    <w:p>
      <w:r>
        <w:t>وقلتم الجوهر جزء</w:t>
      </w:r>
    </w:p>
    <w:p>
      <w:r>
        <w:t>نعم</w:t>
      </w:r>
    </w:p>
    <w:p>
      <w:r>
        <w:t>النفس جوهر</w:t>
      </w:r>
    </w:p>
    <w:p>
      <w:r>
        <w:t>يعني قائمة بذاتها ليس قائمة بغيرها</w:t>
      </w:r>
    </w:p>
    <w:p>
      <w:r>
        <w:t>وقلتم الجوهر جزء لان النفس ما هي النفس الانسانية? جوهر ممتد نام حساس متحرك بالارادة ناطقون فالجوهرية جزء من النفس يعني من مقومات النفس</w:t>
      </w:r>
    </w:p>
    <w:p>
      <w:r>
        <w:t>فكيف اه نبرهن عليها في علم النفس الفلسفي? اشكالهم</w:t>
      </w:r>
    </w:p>
    <w:p>
      <w:r>
        <w:t>انا في تصوري اه الاشكال اه راجع الى اصل الاساس دقق معي جيد اكتب هذه ملحوظة فائدة لانها مهمة جدا</w:t>
      </w:r>
    </w:p>
    <w:p>
      <w:r>
        <w:t>اذا فككنا بين مبدأ الهوية ومبدأ الجوهرية تسألني مبدأ الهوية ما هو? الف الف</w:t>
      </w:r>
    </w:p>
    <w:p>
      <w:r>
        <w:t>وانتهى الامر</w:t>
      </w:r>
    </w:p>
    <w:p>
      <w:r>
        <w:t>نقطة على السطر</w:t>
      </w:r>
    </w:p>
    <w:p>
      <w:r>
        <w:t>الانسان انسان انتهى الامر</w:t>
      </w:r>
    </w:p>
    <w:p>
      <w:r>
        <w:t>حيوان ناطق لا</w:t>
      </w:r>
    </w:p>
    <w:p>
      <w:r>
        <w:t>ليس هو مبدأ الهوية</w:t>
      </w:r>
    </w:p>
    <w:p>
      <w:r>
        <w:t>حيوان ناطق وراحنا الى مبدأ الجوهرية</w:t>
      </w:r>
    </w:p>
    <w:p>
      <w:r>
        <w:t>ثم اوصلنا مبنى الجوهري من خلال القضايا التي تتعين ببركته الى الواقع الخارجي</w:t>
      </w:r>
    </w:p>
    <w:p>
      <w:r>
        <w:t>واكتشفنا الانسان هناك فاكتشفنا لوازم الانسان</w:t>
      </w:r>
    </w:p>
    <w:p>
      <w:r>
        <w:t>رحنا الى هذه اللوازم القريبة</w:t>
      </w:r>
    </w:p>
    <w:p>
      <w:r>
        <w:t>جمعناها بترتيب منطقي</w:t>
      </w:r>
    </w:p>
    <w:p>
      <w:r>
        <w:t>وجعلنا هو الهوية</w:t>
      </w:r>
    </w:p>
    <w:p>
      <w:r>
        <w:t>اذا مبدأ الهوية على قسمان</w:t>
      </w:r>
    </w:p>
    <w:p>
      <w:r>
        <w:t>مبدأ الهوية</w:t>
      </w:r>
    </w:p>
    <w:p>
      <w:r>
        <w:t>حقيقي ومبدأ الهوية السياق اذا اذا اخذنا الحد وقلنا النفس الانسانية جوهر ممتد نام حساس متحرك بالارادة ناطق فهنا الجوهرية من ذاتيات النفس والذات لا يطلب ذات باب ساغوجي من مكونات داخلية في مبدأ الهوية</w:t>
      </w:r>
    </w:p>
    <w:p>
      <w:r>
        <w:t>لا يطلب لكن باعتبار انها حقيقة وجودية خارجية</w:t>
      </w:r>
    </w:p>
    <w:p>
      <w:r>
        <w:t>يعني اخذناه من الوجود</w:t>
      </w:r>
    </w:p>
    <w:p>
      <w:r>
        <w:t>هانا نعرف</w:t>
      </w:r>
    </w:p>
    <w:p>
      <w:r>
        <w:t>انها جوهر او ليس بجوهر</w:t>
      </w:r>
    </w:p>
    <w:p>
      <w:r>
        <w:t>لان هذا الحد ليس حد الهوية وانما حد مأخوذ من الوجود</w:t>
      </w:r>
    </w:p>
    <w:p>
      <w:r>
        <w:t>من اللوازم</w:t>
      </w:r>
    </w:p>
    <w:p>
      <w:r>
        <w:t>نعم</w:t>
      </w:r>
    </w:p>
    <w:p>
      <w:r>
        <w:t>لان الجوهرية لازم للنفس ذات قائمة بنفسها هي جواب</w:t>
      </w:r>
    </w:p>
    <w:p>
      <w:r>
        <w:t>فهل لها حيثية? القيام بالنفس</w:t>
      </w:r>
    </w:p>
    <w:p>
      <w:r>
        <w:t>هذه لا تكتسب من الحد</w:t>
      </w:r>
    </w:p>
    <w:p>
      <w:r>
        <w:t>الحد ما هو? النفس لا تصون</w:t>
      </w:r>
    </w:p>
    <w:p>
      <w:r>
        <w:t>لماذا قلنا ذات ممتدة نامية حساسة متحرك بالارادة ذهبنا الى الوجود وبحثنا عن اللوازم</w:t>
      </w:r>
    </w:p>
    <w:p>
      <w:r>
        <w:t>هذه اللوازم ليست بينة</w:t>
      </w:r>
    </w:p>
    <w:p>
      <w:r>
        <w:t>لازم نبحث عنها بالدليل</w:t>
      </w:r>
    </w:p>
    <w:p>
      <w:r>
        <w:t>هذا هو الجواب الصحيح</w:t>
      </w:r>
    </w:p>
    <w:p>
      <w:r>
        <w:t>لا يقال انه يطلب بالبرهان على جوهرية النفس والصور صور يعني صور نوعية</w:t>
      </w:r>
    </w:p>
    <w:p>
      <w:r>
        <w:t>صور نوعية كلها جواهر</w:t>
      </w:r>
    </w:p>
    <w:p>
      <w:r>
        <w:t>وقلتم الجوهر جزء يعني جزءا ذاتي مكون ذاتي</w:t>
      </w:r>
    </w:p>
    <w:p>
      <w:r>
        <w:t>ولانكم تقولون الجسم محمول على الانسان لانه محمول على وهو استدلال على الذات نعم تقول الانسان حيوان وكل حيوان جسم فالانسان جسم مسامحة تعليمية فقط حتى الطالب يفهم الاستدلالات لان نجيب على منح لي هنا يجيب بإجابتين</w:t>
      </w:r>
    </w:p>
    <w:p>
      <w:r>
        <w:t>الأول والثاني نرى هل هو اجاب بمثل جوابنا ام لا? لأن نجيب عن الأول ان ان المعلوم لنا من النفس انها شيء مدبر للبدن</w:t>
      </w:r>
    </w:p>
    <w:p>
      <w:r>
        <w:t>لا علاقة مع البدن آآ علاقة تدبيرية</w:t>
      </w:r>
    </w:p>
    <w:p>
      <w:r>
        <w:t>وذلك عارض لها</w:t>
      </w:r>
    </w:p>
    <w:p>
      <w:r>
        <w:t>يعني ليس من مقوماتها الوجودية</w:t>
      </w:r>
    </w:p>
    <w:p>
      <w:r>
        <w:t>وانما تحتاجها للتكامل</w:t>
      </w:r>
    </w:p>
    <w:p>
      <w:r>
        <w:t>لا حقيقتها جيد هذه واضحة جدا</w:t>
      </w:r>
    </w:p>
    <w:p>
      <w:r>
        <w:t>اذا اذا قلت الانسان حيوان ناطق وادخلت الحيوانية في صميم تعريف الانسان والحيوانية مأخوذة من البدن</w:t>
      </w:r>
    </w:p>
    <w:p>
      <w:r>
        <w:t>فما كان عرضيا صار من المكونات</w:t>
      </w:r>
    </w:p>
    <w:p>
      <w:r>
        <w:t>مكونة اساسية</w:t>
      </w:r>
    </w:p>
    <w:p>
      <w:r>
        <w:t>واذا طلبنا جوهرية النفس نريد جوهرية هذا المعلوم</w:t>
      </w:r>
    </w:p>
    <w:p>
      <w:r>
        <w:t>بل ما صدق عليه المعلوم</w:t>
      </w:r>
    </w:p>
    <w:p>
      <w:r>
        <w:t>احد يعني ليس البعد التصوري وانما الأم في الانتروجي مع ان دليل على اللوازم محتاج الى دليل</w:t>
      </w:r>
    </w:p>
    <w:p>
      <w:r>
        <w:t>هذا الحديث من الاعلام الحلي مضغوط مبهم بشرح لا يتضح</w:t>
      </w:r>
    </w:p>
    <w:p>
      <w:r>
        <w:t>لا نريد جوهرية هذا المعلوم</w:t>
      </w:r>
    </w:p>
    <w:p>
      <w:r>
        <w:t>نعم يعني في التصور معلوم التصور بل ما صادق عليه ذي المعلومة نروح الى الانطلوجية في الانطولوجية الانسان جسم من اين عرفت هذا? نفس الجسمية عرضية عليها</w:t>
      </w:r>
    </w:p>
    <w:p>
      <w:r>
        <w:t>يعني لازم في الوجود</w:t>
      </w:r>
    </w:p>
    <w:p>
      <w:r>
        <w:t>والحاصل ان الجوهر ذاتي لما صادق عليه المعلوم لا المعلوم</w:t>
      </w:r>
    </w:p>
    <w:p>
      <w:r>
        <w:t>لاحظت? ثم مقام التصور نحن نعرف الإنسان حيوان ناطق</w:t>
      </w:r>
    </w:p>
    <w:p>
      <w:r>
        <w:t>تقول شيخنا هذا مبدأ الهوية</w:t>
      </w:r>
    </w:p>
    <w:p>
      <w:r>
        <w:t>نقول نعم مبدأ الهوية الى مبدأ الهوية من اين جئنا به من الوجود</w:t>
      </w:r>
    </w:p>
    <w:p>
      <w:r>
        <w:t>هو اورثك الهوية العلمية</w:t>
      </w:r>
    </w:p>
    <w:p>
      <w:r>
        <w:t>لكن ما اعطاك هذه الخصوصيات</w:t>
      </w:r>
    </w:p>
    <w:p>
      <w:r>
        <w:t>فاذا انت فهمت ان الانسان في التعريف حدي انه جوهر هذا لا يعني انك فهمت الواقع انه جوهر</w:t>
      </w:r>
    </w:p>
    <w:p>
      <w:r>
        <w:t>هناك يحتاج الى دليل</w:t>
      </w:r>
    </w:p>
    <w:p>
      <w:r>
        <w:t>ان الجوهر ذاتي لما صادق عليه المعلوم</w:t>
      </w:r>
    </w:p>
    <w:p>
      <w:r>
        <w:t>لا المعلوم</w:t>
      </w:r>
    </w:p>
    <w:p>
      <w:r>
        <w:t>وكذا الكلام في الصورة واشباهها</w:t>
      </w:r>
    </w:p>
    <w:p>
      <w:r>
        <w:t>عبارة جدا مغلقة</w:t>
      </w:r>
    </w:p>
    <w:p>
      <w:r>
        <w:t>انا بينتها لك</w:t>
      </w:r>
    </w:p>
    <w:p>
      <w:r>
        <w:t>بينتها لك</w:t>
      </w:r>
    </w:p>
    <w:p>
      <w:r>
        <w:t>نعم</w:t>
      </w:r>
    </w:p>
    <w:p>
      <w:r>
        <w:t>وعن الثاني الاول لا يقال انه يطلب بالبرهان على جوهرية النفس والصورة</w:t>
      </w:r>
    </w:p>
    <w:p>
      <w:r>
        <w:t>وقلتم الجوهر جزء ولانكم تقولون الجسم محمول على الإنسان لأنه محمول على الحيوان وهو استدلال على الذاتي يعني هو جاب في اشكال واحد شقين الثاني على هذا الاستدلال الجسم محمول على الإنسان لأنه محمول على الحيوان استدلال على على مقاوم وهو الجسم من الإنسان جسم نامي حساس متحرك بالارادة</w:t>
      </w:r>
    </w:p>
    <w:p>
      <w:r>
        <w:t>وعلى الثاني يعني استدلينا على جسمية الانسان من خلال الحيوان</w:t>
      </w:r>
    </w:p>
    <w:p>
      <w:r>
        <w:t>ان المطلوب ليس آآ ان المطلوب ليس اثبات الجسم للانسان</w:t>
      </w:r>
    </w:p>
    <w:p>
      <w:r>
        <w:t>بل هو العلة العلة لثبوته له</w:t>
      </w:r>
    </w:p>
    <w:p>
      <w:r>
        <w:t>يعني نبحث لما بل اذ الإنسان لونه حيوان</w:t>
      </w:r>
    </w:p>
    <w:p>
      <w:r>
        <w:t>نعم</w:t>
      </w:r>
    </w:p>
    <w:p>
      <w:r>
        <w:t>وانما تلوح العلية عند اخطار الحيوان متوسطا بينهما بالبال</w:t>
      </w:r>
    </w:p>
    <w:p>
      <w:r>
        <w:t>لماذا? لان النفس في حقيقتها ليست امتدادا للامتداد عرض عليها بوساطة حيوانيتها</w:t>
      </w:r>
    </w:p>
    <w:p>
      <w:r>
        <w:t>اذا الناس لا تعطيك الجسمية</w:t>
      </w:r>
    </w:p>
    <w:p>
      <w:r>
        <w:t>الذي يعطيك الجسمية هو الحد الاوسط هو لحظة كيف? هذا هو</w:t>
      </w:r>
    </w:p>
    <w:p>
      <w:r>
        <w:t>هذا هو الذي بينته انا</w:t>
      </w:r>
    </w:p>
    <w:p>
      <w:r>
        <w:t>اذا فهمت هذه الدقيقة تفهم آآ الجوابين</w:t>
      </w:r>
    </w:p>
    <w:p>
      <w:r>
        <w:t>اعيد كل المفاهيم</w:t>
      </w:r>
    </w:p>
    <w:p>
      <w:r>
        <w:t>كل المفاهيم</w:t>
      </w:r>
    </w:p>
    <w:p>
      <w:r>
        <w:t>في مبدأ الهوية هو الهوية فقط</w:t>
      </w:r>
    </w:p>
    <w:p>
      <w:r>
        <w:t>الانسان انسان الماء ماء الذهب ذهب</w:t>
      </w:r>
    </w:p>
    <w:p>
      <w:r>
        <w:t>الله الله بعد انتهى</w:t>
      </w:r>
    </w:p>
    <w:p>
      <w:r>
        <w:t>ثم اذا قلت الله وجود حاول على جميع الكمالات ذات تنطوي على جميع الكمالات بنحو لا تناهي</w:t>
      </w:r>
    </w:p>
    <w:p>
      <w:r>
        <w:t>نعم هادي هويتها</w:t>
      </w:r>
    </w:p>
    <w:p>
      <w:r>
        <w:t>هادي هويتها العلمية</w:t>
      </w:r>
    </w:p>
    <w:p>
      <w:r>
        <w:t>هل هذه الهوية العلمية بينة في الخارج? يعني بينة ان الله لا تموم لا متناهي</w:t>
      </w:r>
    </w:p>
    <w:p>
      <w:r>
        <w:t>على جميع الكاميرات ام هذا يحتاج الى دليل? اه يحتاج الى دليل</w:t>
      </w:r>
    </w:p>
    <w:p>
      <w:r>
        <w:t>لاحظت? فرقه</w:t>
      </w:r>
    </w:p>
    <w:p>
      <w:r>
        <w:t>وقد ظهر من هذا ان المقوم لا يكون مطلوب واضحا جدا</w:t>
      </w:r>
    </w:p>
    <w:p>
      <w:r>
        <w:t>بل يجب ان يكون ان تكون المحمولات اعراضا ذاتية لموضوع المطالب</w:t>
      </w:r>
    </w:p>
    <w:p>
      <w:r>
        <w:t>يعني لوازم لا تنفك</w:t>
      </w:r>
    </w:p>
    <w:p>
      <w:r>
        <w:t>هي عين الذات بنحو</w:t>
      </w:r>
    </w:p>
    <w:p>
      <w:r>
        <w:t>ويجوز ان تكون محمولات المطالب مقومات في انظر يجوز ان تكون محمولات المطالب مقومات في المقدمات</w:t>
      </w:r>
    </w:p>
    <w:p>
      <w:r>
        <w:t>مقدمة القياس</w:t>
      </w:r>
    </w:p>
    <w:p>
      <w:r>
        <w:t>نعم</w:t>
      </w:r>
    </w:p>
    <w:p>
      <w:r>
        <w:t>يمكن</w:t>
      </w:r>
    </w:p>
    <w:p>
      <w:r>
        <w:t>اذا ذهب ثبت هذا فنقول الحد الاوسط الذي يبزنس بين الاصغر والاكبر ويختفي في النتيجة</w:t>
      </w:r>
    </w:p>
    <w:p>
      <w:r>
        <w:t>في البرهان يعني في القياس اليقيني يجوز ان يكون مقاوما للاصغر</w:t>
      </w:r>
    </w:p>
    <w:p>
      <w:r>
        <w:t>لماذا? المقوم قد تكون له لوازم لا يحضرها في تعريف آآ الموضوع</w:t>
      </w:r>
    </w:p>
    <w:p>
      <w:r>
        <w:t>تقول الانسان حيوان ناطق</w:t>
      </w:r>
    </w:p>
    <w:p>
      <w:r>
        <w:t>حيوان له لوازم متعددة غير موجودة في الانسان</w:t>
      </w:r>
    </w:p>
    <w:p>
      <w:r>
        <w:t>سنبرهن عليها من خلال الحيوان</w:t>
      </w:r>
    </w:p>
    <w:p>
      <w:r>
        <w:t>نعم يمكن</w:t>
      </w:r>
    </w:p>
    <w:p>
      <w:r>
        <w:t>لا نستدل على الحيوان لأنه مقاوم</w:t>
      </w:r>
    </w:p>
    <w:p>
      <w:r>
        <w:t>اما على لوازم الحيوان يمكن ان نوسط الحيوان للوصول اليه</w:t>
      </w:r>
    </w:p>
    <w:p>
      <w:r>
        <w:t>كما بين الآن يمكن ام لا? يمكن</w:t>
      </w:r>
    </w:p>
    <w:p>
      <w:r>
        <w:t>الجسمية من لوازم الحيوان</w:t>
      </w:r>
    </w:p>
    <w:p>
      <w:r>
        <w:t>نتبتها للإنسان من خلال الحيوان</w:t>
      </w:r>
    </w:p>
    <w:p>
      <w:r>
        <w:t>مع انك انت في التعريف تقول جسم لام حساس متحرك بالإرادة</w:t>
      </w:r>
    </w:p>
    <w:p>
      <w:r>
        <w:t>اذا ذهبت هذا فنقول ان الحد الأوسط في البرهان يجوز ان يكون مقوما للأصغار</w:t>
      </w:r>
    </w:p>
    <w:p>
      <w:r>
        <w:t>نعم ثم يجر الاكبر الذي هو لازم من لوازم هذا الحد الاوسط</w:t>
      </w:r>
    </w:p>
    <w:p>
      <w:r>
        <w:t>يثبت لمن? للاصغر ببركة هذا المقاوم</w:t>
      </w:r>
    </w:p>
    <w:p>
      <w:r>
        <w:t>وان يكون عارضا له</w:t>
      </w:r>
    </w:p>
    <w:p>
      <w:r>
        <w:t>نعم ان الحد الاوسط في البرهان يجوز ان يكون مقوما للاصغر وان يكون عارض له</w:t>
      </w:r>
    </w:p>
    <w:p>
      <w:r>
        <w:t>فان كان مقوم للاصغر</w:t>
      </w:r>
    </w:p>
    <w:p>
      <w:r>
        <w:t>يعني كم سورة? في صورتان صورة مقوم وسورة يكون الحج الاوسط لازما من لوازمه</w:t>
      </w:r>
    </w:p>
    <w:p>
      <w:r>
        <w:t>او قول السورة الاولى المقوم يكون ذاتي لا بصاغوجي</w:t>
      </w:r>
    </w:p>
    <w:p>
      <w:r>
        <w:t>وآآ ان يكون عارض يكون ينتمي الى ذات باب البرهان</w:t>
      </w:r>
    </w:p>
    <w:p>
      <w:r>
        <w:t>فان كان مقوما للاصغر استحال ان يكون الاكبر مقاوما له</w:t>
      </w:r>
    </w:p>
    <w:p>
      <w:r>
        <w:t>مقاوم للاصغر لان واضحة جدا</w:t>
      </w:r>
    </w:p>
    <w:p>
      <w:r>
        <w:t>المقوم للمقوم مقوم</w:t>
      </w:r>
    </w:p>
    <w:p>
      <w:r>
        <w:t>واضحة جدا</w:t>
      </w:r>
    </w:p>
    <w:p>
      <w:r>
        <w:t>اذا يجب ان تأتي بلازم للمقاوم وليس المقوم لان المقاوم المقوم مقوم</w:t>
      </w:r>
    </w:p>
    <w:p>
      <w:r>
        <w:t>واضح جدا</w:t>
      </w:r>
    </w:p>
    <w:p>
      <w:r>
        <w:t>الجسم مقوي للحيوان لا يطلب في العلو نعم لان مقوم المقوم واضحة جدا</w:t>
      </w:r>
    </w:p>
    <w:p>
      <w:r>
        <w:t>بل يجب حينئذ ان يكون عارضا له</w:t>
      </w:r>
    </w:p>
    <w:p>
      <w:r>
        <w:t>يعني الحد الاكبر يكون من اللوازم</w:t>
      </w:r>
    </w:p>
    <w:p>
      <w:r>
        <w:t>تقول شيخنا العزيز نوسط المقوم يعني ذات للوازم اخرى</w:t>
      </w:r>
    </w:p>
    <w:p>
      <w:r>
        <w:t>نعم</w:t>
      </w:r>
    </w:p>
    <w:p>
      <w:r>
        <w:t>ما المانع? المهم انه لا يأتي بالاكبر المقوم</w:t>
      </w:r>
    </w:p>
    <w:p>
      <w:r>
        <w:t>يأتي باللازم</w:t>
      </w:r>
    </w:p>
    <w:p>
      <w:r>
        <w:t>لوازم نعم</w:t>
      </w:r>
    </w:p>
    <w:p>
      <w:r>
        <w:t>ليست من المكونات</w:t>
      </w:r>
    </w:p>
    <w:p>
      <w:r>
        <w:t>معقول جدا ويسمى مأخذا اولا كقولنا الانسان ناطق انظر الناطقية من مقومات الانسان تقول الانسان حيوان ناطق وكل ناطق ضاحك والظاحك لازم للناطقية</w:t>
      </w:r>
    </w:p>
    <w:p>
      <w:r>
        <w:t>لان الناطقية اذا اد النكتة تعجبت تضحك</w:t>
      </w:r>
    </w:p>
    <w:p>
      <w:r>
        <w:t>نعم كنت ادرس لدورة ضيوف</w:t>
      </w:r>
    </w:p>
    <w:p>
      <w:r>
        <w:t>لمدة قصيرة</w:t>
      </w:r>
    </w:p>
    <w:p>
      <w:r>
        <w:t>الفلسفة في القوم المقدسة</w:t>
      </w:r>
    </w:p>
    <w:p>
      <w:r>
        <w:t>اساتذة متعددون</w:t>
      </w:r>
    </w:p>
    <w:p>
      <w:r>
        <w:t>كانت انا حصتي والمجموع مبارك تقريبا اكثر من خمسين طالب</w:t>
      </w:r>
    </w:p>
    <w:p>
      <w:r>
        <w:t>فكان في افريقي جالس في الوسط وسط</w:t>
      </w:r>
    </w:p>
    <w:p>
      <w:r>
        <w:t>وسط القسم</w:t>
      </w:r>
    </w:p>
    <w:p>
      <w:r>
        <w:t>كلما انا ابلور المسألة الفلسفية يضحك</w:t>
      </w:r>
    </w:p>
    <w:p>
      <w:r>
        <w:t>ويضحك بالقا مسائل علمية ليست نكات علمية حتى الانسان يضحك</w:t>
      </w:r>
    </w:p>
    <w:p>
      <w:r>
        <w:t>فانا تعجبت من الضحك هذا الافريقي</w:t>
      </w:r>
    </w:p>
    <w:p>
      <w:r>
        <w:t>فتأملت جيدا وانا في البيت</w:t>
      </w:r>
    </w:p>
    <w:p>
      <w:r>
        <w:t>لماذا هذا الافريقي? يضحك فارجعت الضحك للتعجب</w:t>
      </w:r>
    </w:p>
    <w:p>
      <w:r>
        <w:t>ما دخل التعجب مع الافريقي</w:t>
      </w:r>
    </w:p>
    <w:p>
      <w:r>
        <w:t>هو من بعد اكتشفت السر</w:t>
      </w:r>
    </w:p>
    <w:p>
      <w:r>
        <w:t>لانه يفهم المسألة يفهم المسألة هاد المسألة تورثه بهجة</w:t>
      </w:r>
    </w:p>
    <w:p>
      <w:r>
        <w:t>يبرز هذه البهجة بالضحك بالقهقة</w:t>
      </w:r>
    </w:p>
    <w:p>
      <w:r>
        <w:t>فهمت انه فهم المسألة</w:t>
      </w:r>
    </w:p>
    <w:p>
      <w:r>
        <w:t>رمز الفهم هو هذه القهقة</w:t>
      </w:r>
    </w:p>
    <w:p>
      <w:r>
        <w:t>وهذا ولله في مخلوقاته شؤون</w:t>
      </w:r>
    </w:p>
    <w:p>
      <w:r>
        <w:t>وللحديث شجون</w:t>
      </w:r>
    </w:p>
    <w:p>
      <w:r>
        <w:t>والحديث ش كما يقولون</w:t>
      </w:r>
    </w:p>
    <w:p>
      <w:r>
        <w:t>انظر هذا الدليل</w:t>
      </w:r>
    </w:p>
    <w:p>
      <w:r>
        <w:t>الانسان ناطق</w:t>
      </w:r>
    </w:p>
    <w:p>
      <w:r>
        <w:t>الناطق الذي هو مقوم جر لنا مقوم مقوما ام لازما لا جر ما لازما</w:t>
      </w:r>
    </w:p>
    <w:p>
      <w:r>
        <w:t>وهو الضحك المترتب على التعجب</w:t>
      </w:r>
    </w:p>
    <w:p>
      <w:r>
        <w:t>وكل ناطق ضاحك الناطق عن الحد الاوسط تقول آآ الانسان ضاحك</w:t>
      </w:r>
    </w:p>
    <w:p>
      <w:r>
        <w:t>اذا الحد الاوسط مقاوم للحد الاصغر</w:t>
      </w:r>
    </w:p>
    <w:p>
      <w:r>
        <w:t>ولم يأتي بالاكبر المقوم</w:t>
      </w:r>
    </w:p>
    <w:p>
      <w:r>
        <w:t>اتى به الاكبر اللازم</w:t>
      </w:r>
    </w:p>
    <w:p>
      <w:r>
        <w:t>هذا يسمى الماخذ اصطلاح وان كان عارضا للاصغر يعني الحد الاوسط هنا لا يكون مقاوما لا جنس ولا فصل يكون لازما لا ينفك جاز ان يكون الحد الاكبر للاوساط</w:t>
      </w:r>
    </w:p>
    <w:p>
      <w:r>
        <w:t>نعم</w:t>
      </w:r>
    </w:p>
    <w:p>
      <w:r>
        <w:t>وان يكون عارضا</w:t>
      </w:r>
    </w:p>
    <w:p>
      <w:r>
        <w:t>يعني عندنا صورتان</w:t>
      </w:r>
    </w:p>
    <w:p>
      <w:r>
        <w:t>قد يكون الاكبر مقوما</w:t>
      </w:r>
    </w:p>
    <w:p>
      <w:r>
        <w:t>وقد يكون لازما ويسمى ماخذا ثانيا</w:t>
      </w:r>
    </w:p>
    <w:p>
      <w:r>
        <w:t>خلينا نفلسف المسألة اكثر</w:t>
      </w:r>
    </w:p>
    <w:p>
      <w:r>
        <w:t>عندنا اصغر هو موضوع النتيجة يتلقى الحوك يتلقى المحمول الحد الأصغر ليس مقوما</w:t>
      </w:r>
    </w:p>
    <w:p>
      <w:r>
        <w:t>لازم للحد الاوسط</w:t>
      </w:r>
    </w:p>
    <w:p>
      <w:r>
        <w:t>يعني ايه الموضوع? هذا اللازم عنده مكونات قد يكون من المكونات</w:t>
      </w:r>
    </w:p>
    <w:p>
      <w:r>
        <w:t>عنده مكونات يعني عنده جنس وفصل</w:t>
      </w:r>
    </w:p>
    <w:p>
      <w:r>
        <w:t>ما نعرفها نحن</w:t>
      </w:r>
    </w:p>
    <w:p>
      <w:r>
        <w:t>نريد نصل اليها من اليه معقول? وقد تكون عنده لوازم غير المقومات نعرفها من خلاله</w:t>
      </w:r>
    </w:p>
    <w:p>
      <w:r>
        <w:t>اذا اذا كان الحد الاوسط لازما عرضيا ذاتيا</w:t>
      </w:r>
    </w:p>
    <w:p>
      <w:r>
        <w:t>قد يجر لنا مكونة من مكوناته الداخلية كالجسم والفص</w:t>
      </w:r>
    </w:p>
    <w:p>
      <w:r>
        <w:t>وقد اه يأتينا بلازم من لوازمه</w:t>
      </w:r>
    </w:p>
    <w:p>
      <w:r>
        <w:t>اذا كان هكذا فهو المأخذ الثاني نعم</w:t>
      </w:r>
    </w:p>
    <w:p>
      <w:r>
        <w:t>وان كان عارضا للاصغر</w:t>
      </w:r>
    </w:p>
    <w:p>
      <w:r>
        <w:t>عارضا يعني كان لازما</w:t>
      </w:r>
    </w:p>
    <w:p>
      <w:r>
        <w:t>هذا هو اللازم يعني العرض الذاتي</w:t>
      </w:r>
    </w:p>
    <w:p>
      <w:r>
        <w:t>او العرضي الذاتي</w:t>
      </w:r>
    </w:p>
    <w:p>
      <w:r>
        <w:t>جاز يعني يحتمل</w:t>
      </w:r>
    </w:p>
    <w:p>
      <w:r>
        <w:t>ان يكون الحد الاكبر الذي يقع على الحد اصغر</w:t>
      </w:r>
    </w:p>
    <w:p>
      <w:r>
        <w:t>وتتشكل النتيجة</w:t>
      </w:r>
    </w:p>
    <w:p>
      <w:r>
        <w:t>جاز ان يكون الحد الاكبر مقوما اما فصل واما جنس</w:t>
      </w:r>
    </w:p>
    <w:p>
      <w:r>
        <w:t>للاوسط يعني للحد الاوسط</w:t>
      </w:r>
    </w:p>
    <w:p>
      <w:r>
        <w:t>وجاز ان يكون عارضا عارضا الى ويسمى مأخذا ثانيا</w:t>
      </w:r>
    </w:p>
    <w:p>
      <w:r>
        <w:t>مع هذا القيد فقط اذا كان الحد الاوسط عارضا</w:t>
      </w:r>
    </w:p>
    <w:p>
      <w:r>
        <w:t>ويجر لنا ماذا? المكون الذاتي بابي ساغوجي جنس الفصل</w:t>
      </w:r>
    </w:p>
    <w:p>
      <w:r>
        <w:t>اذا جاء بالجنس الجنس عام</w:t>
      </w:r>
    </w:p>
    <w:p>
      <w:r>
        <w:t>الجنس هنا يجب هذا الجنس العام يقيد يخصص بما يساوي مع هذا القيد فقط</w:t>
      </w:r>
    </w:p>
    <w:p>
      <w:r>
        <w:t>نعم</w:t>
      </w:r>
    </w:p>
    <w:p>
      <w:r>
        <w:t>اذا المأخذ الاول فهمناه والمأخذ الثاني افهمناه</w:t>
      </w:r>
    </w:p>
    <w:p>
      <w:r>
        <w:t>نسبة العلوم اه بعضها الى بعض</w:t>
      </w:r>
    </w:p>
    <w:p>
      <w:r>
        <w:t>قال وتشارك العلوم تتشارك العلوم وتشتت العلوم وتشارك العلوم وتداخلها وتباينها وبحسب احوال موضوعتها</w:t>
      </w:r>
    </w:p>
    <w:p>
      <w:r>
        <w:t>نعم</w:t>
      </w:r>
    </w:p>
    <w:p>
      <w:r>
        <w:t>عندنا موضوع عام تندرج تحته حقول معرفية متعددة ببركتها هذا الموضوع</w:t>
      </w:r>
    </w:p>
    <w:p>
      <w:r>
        <w:t>مرة لا</w:t>
      </w:r>
    </w:p>
    <w:p>
      <w:r>
        <w:t>التباين الحقلي التام فلسفة وهندسة تباين تام</w:t>
      </w:r>
    </w:p>
    <w:p>
      <w:r>
        <w:t>اما الرياضيات الموضوع هو الكم</w:t>
      </w:r>
    </w:p>
    <w:p>
      <w:r>
        <w:t>يدخل تحته الحساب الهندسة الفلك والأنغام</w:t>
      </w:r>
    </w:p>
    <w:p>
      <w:r>
        <w:t>نعم انواع لموضوع واحد</w:t>
      </w:r>
    </w:p>
    <w:p>
      <w:r>
        <w:t>اما الفلسفة والرياضيات لها التباين</w:t>
      </w:r>
    </w:p>
    <w:p>
      <w:r>
        <w:t>نعم</w:t>
      </w:r>
    </w:p>
    <w:p>
      <w:r>
        <w:t>ومرت ت فالأعم موظوعا فوق الأخص</w:t>
      </w:r>
    </w:p>
    <w:p>
      <w:r>
        <w:t>كالهندسة والمجسمات</w:t>
      </w:r>
    </w:p>
    <w:p>
      <w:r>
        <w:t>المجسمات علم الرياض كذلك</w:t>
      </w:r>
    </w:p>
    <w:p>
      <w:r>
        <w:t>وكذلك المطلق عنك الفلسفة مثلا فوق المقيد كالكرة والكرة الكرة المحركة</w:t>
      </w:r>
    </w:p>
    <w:p>
      <w:r>
        <w:t>علم الكرة آآ مطلق الكرة المتحركة متقيد بالحركة</w:t>
      </w:r>
    </w:p>
    <w:p>
      <w:r>
        <w:t>نعم</w:t>
      </w:r>
    </w:p>
    <w:p>
      <w:r>
        <w:t>وربما يدخله التقييد او يدخل التقييد تحت علم مباح لما يعمه موضوعا كالموسيقي</w:t>
      </w:r>
    </w:p>
    <w:p>
      <w:r>
        <w:t>نعم</w:t>
      </w:r>
    </w:p>
    <w:p>
      <w:r>
        <w:t>فانه تحت العدد دون الطبيعي فهو تحت العدد يعني الكم ثم الكم العددي ثم الموسيقي</w:t>
      </w:r>
    </w:p>
    <w:p>
      <w:r>
        <w:t>ويخالف الطبيعي يبين الطبيعي</w:t>
      </w:r>
    </w:p>
    <w:p>
      <w:r>
        <w:t>دون الطبيعي وذلك اذا كانت المسائل تبحث عن ذاتيات ما به يتقيد</w:t>
      </w:r>
    </w:p>
    <w:p>
      <w:r>
        <w:t>نعم</w:t>
      </w:r>
    </w:p>
    <w:p>
      <w:r>
        <w:t>اذا اخذت الذبذبات انت الذبذبات هي التي توصلنا الى الالغام ذبذبات فيزيائية الان تدرس في الفيزياء علم الضوء</w:t>
      </w:r>
    </w:p>
    <w:p>
      <w:r>
        <w:t>مع انها هي حيثية تقييدية ارضية لمن? حيثية لتقييدية وجودية للانغام</w:t>
      </w:r>
    </w:p>
    <w:p>
      <w:r>
        <w:t>وتداخل مع التباين سبحان الله</w:t>
      </w:r>
    </w:p>
    <w:p>
      <w:r>
        <w:t>نعم</w:t>
      </w:r>
    </w:p>
    <w:p>
      <w:r>
        <w:t>اقول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