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 اقول حديث العلامة الحلي العلوم العلوم هنا المقصود بها الحقول المعرفية علم الهندسة علم الفلك علم الطب علم الفلسفة وهكذا تتمايز وتتغاير بحسب تمايز موضوعاتها</w:t>
      </w:r>
    </w:p>
    <w:p>
      <w:r>
        <w:t>وبحسب تغايلها</w:t>
      </w:r>
    </w:p>
    <w:p>
      <w:r>
        <w:t>هذا هو الميلاد</w:t>
      </w:r>
    </w:p>
    <w:p>
      <w:r>
        <w:t>الملاك الذي يميز الحقول المعرفية</w:t>
      </w:r>
    </w:p>
    <w:p>
      <w:r>
        <w:t>هي الموضوعات</w:t>
      </w:r>
    </w:p>
    <w:p>
      <w:r>
        <w:t>وتشارك العلوم وتشارك العلوم العلوم</w:t>
      </w:r>
    </w:p>
    <w:p>
      <w:r>
        <w:t>وتشاركنا ليست اه ليس فعلا</w:t>
      </w:r>
    </w:p>
    <w:p>
      <w:r>
        <w:t>وتشارك العلوم وتداخل بحسب تشارك الموضوعات وتداخلها ايضا في تداخل قلت لكم انه كثير من العلوم تندرج تحت موضوع اعم وفي تداخل كالموسيقى اذا فسرنا الانغام بما بما هي ذبذبات طبيعية طبيعية</w:t>
      </w:r>
    </w:p>
    <w:p>
      <w:r>
        <w:t>اذا الذي يوصل النغمة الى اذنك هو هذه ذبذبة الفيزيائية</w:t>
      </w:r>
    </w:p>
    <w:p>
      <w:r>
        <w:t>مع نهي انغام</w:t>
      </w:r>
    </w:p>
    <w:p>
      <w:r>
        <w:t>لان هي بنسب خاصة اذا كانت بنسب خاصة تورث آآ الأنغام الأنغام علم الموسيقى</w:t>
      </w:r>
    </w:p>
    <w:p>
      <w:r>
        <w:t>وذبذبات علم الضوء</w:t>
      </w:r>
    </w:p>
    <w:p>
      <w:r>
        <w:t>في تداخل</w:t>
      </w:r>
    </w:p>
    <w:p>
      <w:r>
        <w:t>هذه معلومات لازالت عالقة في ذهني</w:t>
      </w:r>
    </w:p>
    <w:p>
      <w:r>
        <w:t>وانا ادرس في الحوزة العلمية</w:t>
      </w:r>
    </w:p>
    <w:p>
      <w:r>
        <w:t>اذا ثبت هذا فنقول الموضوعات اما ان يكون بينها عموم وخصوص</w:t>
      </w:r>
    </w:p>
    <w:p>
      <w:r>
        <w:t>عموم خصوص مطلق</w:t>
      </w:r>
    </w:p>
    <w:p>
      <w:r>
        <w:t>يعني بعض الموضوعات داخل تحت عنوان عام</w:t>
      </w:r>
    </w:p>
    <w:p>
      <w:r>
        <w:t>او لا يكون فان كان فاما على وجه التحقيق او لا يكون قسمة بين النفي والاثبات</w:t>
      </w:r>
    </w:p>
    <w:p>
      <w:r>
        <w:t>والذي يكون على وجه التحقيق هو الذي يكون العموم والخصوص بامر ذاتي</w:t>
      </w:r>
    </w:p>
    <w:p>
      <w:r>
        <w:t>بامر ذاتي يعني المندرج تحت المندرج له علاقة ذاتية بالفوقاني بالاعم</w:t>
      </w:r>
    </w:p>
    <w:p>
      <w:r>
        <w:t>يعني انت الموسيقى تندرج تحت اصل الرياضيات</w:t>
      </w:r>
    </w:p>
    <w:p>
      <w:r>
        <w:t>يعني الكم علم الالغام تحت الكم علم رياضي</w:t>
      </w:r>
    </w:p>
    <w:p>
      <w:r>
        <w:t>نعم هذا الكم علم الانغام هو هو نفس الكم</w:t>
      </w:r>
    </w:p>
    <w:p>
      <w:r>
        <w:t>مقيد وذاته الكم</w:t>
      </w:r>
    </w:p>
    <w:p>
      <w:r>
        <w:t>نعم</w:t>
      </w:r>
    </w:p>
    <w:p>
      <w:r>
        <w:t>بغير الذبذبات</w:t>
      </w:r>
    </w:p>
    <w:p>
      <w:r>
        <w:t>الذبذبات لا</w:t>
      </w:r>
    </w:p>
    <w:p>
      <w:r>
        <w:t>ذبذبات اه اه عبارة عن امتداد اه نعم</w:t>
      </w:r>
    </w:p>
    <w:p>
      <w:r>
        <w:t>فيزيائي</w:t>
      </w:r>
    </w:p>
    <w:p>
      <w:r>
        <w:t>يعني تنظر الى البعد الفيزيائي ليس الى البعد</w:t>
      </w:r>
    </w:p>
    <w:p>
      <w:r>
        <w:t>بان يكون العام جنسا للخاص</w:t>
      </w:r>
    </w:p>
    <w:p>
      <w:r>
        <w:t>الكم جزء للعدد</w:t>
      </w:r>
    </w:p>
    <w:p>
      <w:r>
        <w:t>جزء للامتداد جزء الانغام</w:t>
      </w:r>
    </w:p>
    <w:p>
      <w:r>
        <w:t>كالمقدار</w:t>
      </w:r>
    </w:p>
    <w:p>
      <w:r>
        <w:t>المفروض يقول الكم مطلقا</w:t>
      </w:r>
    </w:p>
    <w:p>
      <w:r>
        <w:t>الاعلى</w:t>
      </w:r>
    </w:p>
    <w:p>
      <w:r>
        <w:t>هنا اخذ الكم الكم المتصل</w:t>
      </w:r>
    </w:p>
    <w:p>
      <w:r>
        <w:t>كالمقدار الذي هو موضوع الهندسة والجسم التعليمي يعني الرياضي</w:t>
      </w:r>
    </w:p>
    <w:p>
      <w:r>
        <w:t>الذي هو موضوع المجسمات</w:t>
      </w:r>
    </w:p>
    <w:p>
      <w:r>
        <w:t>والعلم الذي هو موضوع اخص داخل تحت العلم الذي هو موضوع عام وجزء منه</w:t>
      </w:r>
    </w:p>
    <w:p>
      <w:r>
        <w:t>هنا الاندراج ذاتي</w:t>
      </w:r>
    </w:p>
    <w:p>
      <w:r>
        <w:t>لماذا? الى المجسمات هو هي هي الجسم التعليمي</w:t>
      </w:r>
    </w:p>
    <w:p>
      <w:r>
        <w:t>نعم</w:t>
      </w:r>
    </w:p>
    <w:p>
      <w:r>
        <w:t>والمقدار الذي هو موضوع الهندسة</w:t>
      </w:r>
    </w:p>
    <w:p>
      <w:r>
        <w:t>اذا اخذت انت اه اعم موضوع اخص من من هذا العام المقدار هو ذاتي ذاتي</w:t>
      </w:r>
    </w:p>
    <w:p>
      <w:r>
        <w:t>يعني نفس المقدار متحيذ بحيثية</w:t>
      </w:r>
    </w:p>
    <w:p>
      <w:r>
        <w:t>يعني لم تخرج عن الذات</w:t>
      </w:r>
    </w:p>
    <w:p>
      <w:r>
        <w:t>والذي ليس له على وجهة تحقيق هنا ما في ذاتي</w:t>
      </w:r>
    </w:p>
    <w:p>
      <w:r>
        <w:t>نعم لمناسبة فقط لمناسبة فقط</w:t>
      </w:r>
    </w:p>
    <w:p>
      <w:r>
        <w:t>هو الذي يكون العموم الخصوص بأمر عربي</w:t>
      </w:r>
    </w:p>
    <w:p>
      <w:r>
        <w:t>وينقسم الى ما يكون الموضوع فيه شيئا واحدا</w:t>
      </w:r>
    </w:p>
    <w:p>
      <w:r>
        <w:t>لكن وضع ذلك الشيف العام مطلقا وفي الخاص مقيدا بها حالة خاصة</w:t>
      </w:r>
    </w:p>
    <w:p>
      <w:r>
        <w:t>نعم</w:t>
      </w:r>
    </w:p>
    <w:p>
      <w:r>
        <w:t>نعم دائما العم مطلق والخاص مقيد</w:t>
      </w:r>
    </w:p>
    <w:p>
      <w:r>
        <w:t>هذه قاعدة</w:t>
      </w:r>
    </w:p>
    <w:p>
      <w:r>
        <w:t>كالكرة مطلقة ومقيدة بالحركة</w:t>
      </w:r>
    </w:p>
    <w:p>
      <w:r>
        <w:t>اللذين هما موظوعا علمهما والى ما يكون الموضوع فيهما شيئين</w:t>
      </w:r>
    </w:p>
    <w:p>
      <w:r>
        <w:t>ولكن موضوع العام عرض عام لموضوع الخاص</w:t>
      </w:r>
    </w:p>
    <w:p>
      <w:r>
        <w:t>يعني العلاقة اه اه عام وخاص كالوجود والمقدار</w:t>
      </w:r>
    </w:p>
    <w:p>
      <w:r>
        <w:t>الوجود موضوع الفلسفة طبعا الوجود هنا بالمعنى المهوي لان المقدار عرض كم عرض كم متصل عرض? اذا الموجودون بالمعنى المهوي يعني المه متحققة</w:t>
      </w:r>
    </w:p>
    <w:p>
      <w:r>
        <w:t>حتى لا اه تختلط عليك الامور</w:t>
      </w:r>
    </w:p>
    <w:p>
      <w:r>
        <w:t>لان المنطق ما هوي</w:t>
      </w:r>
    </w:p>
    <w:p>
      <w:r>
        <w:t>نعم</w:t>
      </w:r>
    </w:p>
    <w:p>
      <w:r>
        <w:t>كالوجود والمقدار</w:t>
      </w:r>
    </w:p>
    <w:p>
      <w:r>
        <w:t>اللذين احدهما موضوع العلم الالهي</w:t>
      </w:r>
    </w:p>
    <w:p>
      <w:r>
        <w:t>العلم الالهي يعني الانطلوج علم الهي انا نعرف علم الالهي انطولوجيا اساسه العقل ما ما عنده علاقة بالالهي</w:t>
      </w:r>
    </w:p>
    <w:p>
      <w:r>
        <w:t>نعم</w:t>
      </w:r>
    </w:p>
    <w:p>
      <w:r>
        <w:t>هيتكر ويسكن عليهم يقول انتم الفلسفة ما قبل عيدغر الفلسفة الدينية</w:t>
      </w:r>
    </w:p>
    <w:p>
      <w:r>
        <w:t>ما عندنا فلسفة خالصة</w:t>
      </w:r>
    </w:p>
    <w:p>
      <w:r>
        <w:t>لهذا السبب العلم الالهي</w:t>
      </w:r>
    </w:p>
    <w:p>
      <w:r>
        <w:t>مع انك انت اذا جيت الى الانطلوجيا ما عندها علاقة بالله</w:t>
      </w:r>
    </w:p>
    <w:p>
      <w:r>
        <w:t>حتى واجب الوجود يدرسونه بما هو تعين الوجود</w:t>
      </w:r>
    </w:p>
    <w:p>
      <w:r>
        <w:t>وجود مطلق</w:t>
      </w:r>
    </w:p>
    <w:p>
      <w:r>
        <w:t>ليس بالمعنى والديني</w:t>
      </w:r>
    </w:p>
    <w:p>
      <w:r>
        <w:t>والثاني موظوع الهندسة الوجود موضوع الانطلوجيا والمقدار موضوع الهندسة</w:t>
      </w:r>
    </w:p>
    <w:p>
      <w:r>
        <w:t>والعلم الخاص الذي يكون على هذين الوجهين يكون تحت العلم العام وليس جزءا من يعني العلاقة ليس ذاتية وانما علاقة عربية</w:t>
      </w:r>
    </w:p>
    <w:p>
      <w:r>
        <w:t>وقد يجتمع يجتمع الوجهان عن الذي بحسب التحقيق والذي بحسب اه والذي ليس بحسبه يعني بحس بحسب التحقيق يعني ذاتي الاندراج ذاتي وليس والذي ليس بحسب التحقيق يعني الاندراج العربي في واحد نعم فيكون الخاص بهما او ولا بان يطلق عليه انه موضوع تحت العام من الخاص باحد الوجهين</w:t>
      </w:r>
    </w:p>
    <w:p>
      <w:r>
        <w:t>وهذا مثل علم المناظر</w:t>
      </w:r>
    </w:p>
    <w:p>
      <w:r>
        <w:t>نعم الذي من مؤسسيه بن الهيثم</w:t>
      </w:r>
    </w:p>
    <w:p>
      <w:r>
        <w:t>الذي موضوع تحت موضوع علم الهندس بحسب التحقيق علم المناظر علم هندسة هنا اندماج علم المناظر يعني اسمه تحت علم الهندسة اندراج ذاتي</w:t>
      </w:r>
    </w:p>
    <w:p>
      <w:r>
        <w:t>لان هو تجلي من تجل الهندسة لان موضوع علم المناظر الخطوط المفروضة في سطح مخروط النور المتصل بالبصر</w:t>
      </w:r>
    </w:p>
    <w:p>
      <w:r>
        <w:t>هذا هو عامل المناظر</w:t>
      </w:r>
    </w:p>
    <w:p>
      <w:r>
        <w:t>يعني الاشعة والخطوط نوع من المقدار</w:t>
      </w:r>
    </w:p>
    <w:p>
      <w:r>
        <w:t>خطوط مقدار لان الخط امتداد</w:t>
      </w:r>
    </w:p>
    <w:p>
      <w:r>
        <w:t>ولا بحسب التحقيق</w:t>
      </w:r>
    </w:p>
    <w:p>
      <w:r>
        <w:t>يعني الاندراج العرضي باعتبار تقيد الخطوط بالنور المتصل بالبصر</w:t>
      </w:r>
    </w:p>
    <w:p>
      <w:r>
        <w:t>تقول لي شيخنا ما العلاقة بالا راح نقول لك انا مقولتان مختلفتان</w:t>
      </w:r>
    </w:p>
    <w:p>
      <w:r>
        <w:t>اذا اذا نظرت الى الى علم المناظر باعتبار الذبذبات ذبذبات اتصال ام لا? نعم تقول اتصال وصل الشعاع اليها</w:t>
      </w:r>
    </w:p>
    <w:p>
      <w:r>
        <w:t>يعني امتد هنا اه هندسة</w:t>
      </w:r>
    </w:p>
    <w:p>
      <w:r>
        <w:t>كونه نورا ما عنده علاقة بالهندسة</w:t>
      </w:r>
    </w:p>
    <w:p>
      <w:r>
        <w:t>لان ليس ليس بامتداد</w:t>
      </w:r>
    </w:p>
    <w:p>
      <w:r>
        <w:t>هنا يأتي الاندراج العرضي</w:t>
      </w:r>
    </w:p>
    <w:p>
      <w:r>
        <w:t>نعم</w:t>
      </w:r>
    </w:p>
    <w:p>
      <w:r>
        <w:t>ولا بحسب التحقيق باعتبار تقيد الخطوط بالنور المتصل بالبصر</w:t>
      </w:r>
    </w:p>
    <w:p>
      <w:r>
        <w:t>النور المتصل بالبصر يعني يصل الى البصر</w:t>
      </w:r>
    </w:p>
    <w:p>
      <w:r>
        <w:t>نعم وهذا الخاص يعني المناظر علم المناظر باعتبار ضوئية وليس باعتبار انفدالية</w:t>
      </w:r>
    </w:p>
    <w:p>
      <w:r>
        <w:t>تقيده بعرض خارج عن الماهية يعني الماهية الامتدادية فيكون داخلا تحت العام يعني تحت الهندسة دخولا عربيا وليس جزءا منه يعني هو ليس ذكيا</w:t>
      </w:r>
    </w:p>
    <w:p>
      <w:r>
        <w:t>نعم</w:t>
      </w:r>
    </w:p>
    <w:p>
      <w:r>
        <w:t>صحيح</w:t>
      </w:r>
    </w:p>
    <w:p>
      <w:r>
        <w:t>اذا علم المناظر مرة ندرسها كإيمتداد هندسة</w:t>
      </w:r>
    </w:p>
    <w:p>
      <w:r>
        <w:t>ندرسها كضوء</w:t>
      </w:r>
    </w:p>
    <w:p>
      <w:r>
        <w:t>هناك ليس بهندسة</w:t>
      </w:r>
    </w:p>
    <w:p>
      <w:r>
        <w:t>واما اذا لم يكن بين الموضوعات عموم وخصوص</w:t>
      </w:r>
    </w:p>
    <w:p>
      <w:r>
        <w:t>ما في اندراج</w:t>
      </w:r>
    </w:p>
    <w:p>
      <w:r>
        <w:t>لذا والعرض</w:t>
      </w:r>
    </w:p>
    <w:p>
      <w:r>
        <w:t>فاما ان يكون الموضوع شيئا واحدا ويختلف بحسب قيدين مختلفين</w:t>
      </w:r>
    </w:p>
    <w:p>
      <w:r>
        <w:t>اذا من جعل الموضوع الاول يختلف عن موضوع الثاني ليس في اصل الموضوع وانما في قيد</w:t>
      </w:r>
    </w:p>
    <w:p>
      <w:r>
        <w:t>نعم</w:t>
      </w:r>
    </w:p>
    <w:p>
      <w:r>
        <w:t>كاجرام العالم</w:t>
      </w:r>
    </w:p>
    <w:p>
      <w:r>
        <w:t>اجرام العالم يعني الكواكب الفوقانية</w:t>
      </w:r>
    </w:p>
    <w:p>
      <w:r>
        <w:t>فان هذه الاجران</w:t>
      </w:r>
    </w:p>
    <w:p>
      <w:r>
        <w:t>لان هذا يقولون في العناصر الارضية يقولون الانساب</w:t>
      </w:r>
    </w:p>
    <w:p>
      <w:r>
        <w:t>اما العناصر الفوقانية فالفلك لا يقولها الأجرام كأجرام العالم فإنها من حيث الشكل موضوع للهيئة لأن الهيئة علم رياضي هيئة يعني الفلك علم رياضي</w:t>
      </w:r>
    </w:p>
    <w:p>
      <w:r>
        <w:t>نعم</w:t>
      </w:r>
    </w:p>
    <w:p>
      <w:r>
        <w:t>مع ان الجرم واحد هي المادة الارظ</w:t>
      </w:r>
    </w:p>
    <w:p>
      <w:r>
        <w:t>ندرسها في الجيولوجيا</w:t>
      </w:r>
    </w:p>
    <w:p>
      <w:r>
        <w:t>نعم</w:t>
      </w:r>
    </w:p>
    <w:p>
      <w:r>
        <w:t>ومن حيث الطبيعة</w:t>
      </w:r>
    </w:p>
    <w:p>
      <w:r>
        <w:t>للسماء والعالم من الطبيعي</w:t>
      </w:r>
    </w:p>
    <w:p>
      <w:r>
        <w:t>اذا موظوع واحد وهي الاجر مرة ننظر اليها كطبيعة ننظر ننظر اليها كاشكال رياضية اشكال رياضية فلك والطبيعة وتعين الطبيعة والعلوم الطبيعية</w:t>
      </w:r>
    </w:p>
    <w:p>
      <w:r>
        <w:t>ولذلك قد يتحد بعض مسائلهما في الموضوع المحمول ويختلف بالبرهان</w:t>
      </w:r>
    </w:p>
    <w:p>
      <w:r>
        <w:t>نعم</w:t>
      </w:r>
    </w:p>
    <w:p>
      <w:r>
        <w:t>هذه يختلف اه فاعله البعض وعلى ذلك قد يتحد بعض ما اليهما في الموضوع محمول ويختلف هذا البعض بالبراهين كالقول بأن الأرض مستديرة وانها في المركز</w:t>
      </w:r>
    </w:p>
    <w:p>
      <w:r>
        <w:t>يعني إذا ركزت على الاستدارة وعلى المركزية انت في الفلك</w:t>
      </w:r>
    </w:p>
    <w:p>
      <w:r>
        <w:t>اما اذا ركزت على طبيعة القمر وطبيعة الشمس ودرست الطبيعة ذيك ووجدت ان الشمس غازات ما عندها علاقة بالفلك</w:t>
      </w:r>
    </w:p>
    <w:p>
      <w:r>
        <w:t>هذا بالعلوم الطبيعية</w:t>
      </w:r>
    </w:p>
    <w:p>
      <w:r>
        <w:t>او الجيولوجية اشبه ذلك</w:t>
      </w:r>
    </w:p>
    <w:p>
      <w:r>
        <w:t>واما الا يكون الموضوع شيئا واحدا</w:t>
      </w:r>
    </w:p>
    <w:p>
      <w:r>
        <w:t>تباين الموضوع</w:t>
      </w:r>
    </w:p>
    <w:p>
      <w:r>
        <w:t>حتى القيد لا</w:t>
      </w:r>
    </w:p>
    <w:p>
      <w:r>
        <w:t>بل يكون شيئين مختلفين</w:t>
      </w:r>
    </w:p>
    <w:p>
      <w:r>
        <w:t>فاما ان يكون بينهما تشارك في البعظ</w:t>
      </w:r>
    </w:p>
    <w:p>
      <w:r>
        <w:t>او لا يكون</w:t>
      </w:r>
    </w:p>
    <w:p>
      <w:r>
        <w:t>فان كان فان كان يعني تشارك في البار فهو مثل الطب والاخلاق</w:t>
      </w:r>
    </w:p>
    <w:p>
      <w:r>
        <w:t>نعم فان موضوعهما يشتركان في البحث عن القوى لكن عن جهة مختلفتين</w:t>
      </w:r>
    </w:p>
    <w:p>
      <w:r>
        <w:t>الاخلاق تدرس القوة الانسانية باعتبارها كتحرك اراديا واختيارين الى الكمالات الاخلاقية والطب من حيث الصحة والمرض</w:t>
      </w:r>
    </w:p>
    <w:p>
      <w:r>
        <w:t>اذا اشترك في الجسم الى ان الموضوع يختلف ذاك من الصحة والمرض وذاك منين? ذاك للملكات الاخلاقية</w:t>
      </w:r>
    </w:p>
    <w:p>
      <w:r>
        <w:t>فان موظوعهما يشتركان في البحث عن القوة الثانية</w:t>
      </w:r>
    </w:p>
    <w:p>
      <w:r>
        <w:t>لكن عن جهتين مختلفتين وذلك يقع لبعض مسائلهما اتحاد في الموضوع</w:t>
      </w:r>
    </w:p>
    <w:p>
      <w:r>
        <w:t>في الموضوع فقط</w:t>
      </w:r>
    </w:p>
    <w:p>
      <w:r>
        <w:t>يعني الملكات</w:t>
      </w:r>
    </w:p>
    <w:p>
      <w:r>
        <w:t>احد خبراء الطب ما الفرق بين الطب الحديث والطب السني? يقول الفارق الطب السني ملاكه المريض</w:t>
      </w:r>
    </w:p>
    <w:p>
      <w:r>
        <w:t>والطب الحديث ملاكه المرض</w:t>
      </w:r>
    </w:p>
    <w:p>
      <w:r>
        <w:t>فرق كبير</w:t>
      </w:r>
    </w:p>
    <w:p>
      <w:r>
        <w:t>وعرق كبير</w:t>
      </w:r>
    </w:p>
    <w:p>
      <w:r>
        <w:t>يعني ابن كطبيب سنتي تقليدي</w:t>
      </w:r>
    </w:p>
    <w:p>
      <w:r>
        <w:t>سنتي يعني تقليدي</w:t>
      </w:r>
    </w:p>
    <w:p>
      <w:r>
        <w:t>اخذناها من الفارسية من البلاء</w:t>
      </w:r>
    </w:p>
    <w:p>
      <w:r>
        <w:t>بلاء الاحتكاك</w:t>
      </w:r>
    </w:p>
    <w:p>
      <w:r>
        <w:t>لغتك تفسد</w:t>
      </w:r>
    </w:p>
    <w:p>
      <w:r>
        <w:t>نعم</w:t>
      </w:r>
    </w:p>
    <w:p>
      <w:r>
        <w:t>الطب التقليدي ابن سينا اذا عاين المريض لا يركز على المرض يركز على المريض</w:t>
      </w:r>
    </w:p>
    <w:p>
      <w:r>
        <w:t>المريض هو الملك ومحور التحقيقات</w:t>
      </w:r>
    </w:p>
    <w:p>
      <w:r>
        <w:t>ما هو الفحص? الطب الحديث لا</w:t>
      </w:r>
    </w:p>
    <w:p>
      <w:r>
        <w:t>يركز على المرض</w:t>
      </w:r>
    </w:p>
    <w:p>
      <w:r>
        <w:t>بعض الاطباء تجلس معه</w:t>
      </w:r>
    </w:p>
    <w:p>
      <w:r>
        <w:t>يقول بما تشعر اشعر بدوخة في مخي</w:t>
      </w:r>
    </w:p>
    <w:p>
      <w:r>
        <w:t>يعني اكتب الوصفة</w:t>
      </w:r>
    </w:p>
    <w:p>
      <w:r>
        <w:t>اما الطبيب الذي يعاين آآ يعاين المريض وليس المرض</w:t>
      </w:r>
    </w:p>
    <w:p>
      <w:r>
        <w:t>ممكن هذا المرض ليس عضويا</w:t>
      </w:r>
    </w:p>
    <w:p>
      <w:r>
        <w:t>يحتاج الى الدواء</w:t>
      </w:r>
    </w:p>
    <w:p>
      <w:r>
        <w:t>نعم</w:t>
      </w:r>
    </w:p>
    <w:p>
      <w:r>
        <w:t>يقول له نمت جيدا</w:t>
      </w:r>
    </w:p>
    <w:p>
      <w:r>
        <w:t>يقول لا</w:t>
      </w:r>
    </w:p>
    <w:p>
      <w:r>
        <w:t>نمت قليلا</w:t>
      </w:r>
    </w:p>
    <w:p>
      <w:r>
        <w:t>قل روح روح استراح</w:t>
      </w:r>
    </w:p>
    <w:p>
      <w:r>
        <w:t>ما يعطيه</w:t>
      </w:r>
    </w:p>
    <w:p>
      <w:r>
        <w:t>ما يعطيه</w:t>
      </w:r>
    </w:p>
    <w:p>
      <w:r>
        <w:t>هذه الوصفة</w:t>
      </w:r>
    </w:p>
    <w:p>
      <w:r>
        <w:t>او يعطيه عشبة</w:t>
      </w:r>
    </w:p>
    <w:p>
      <w:r>
        <w:t>العشبة اعصابه حتى يرتاح</w:t>
      </w:r>
    </w:p>
    <w:p>
      <w:r>
        <w:t>وينام قليلا</w:t>
      </w:r>
    </w:p>
    <w:p>
      <w:r>
        <w:t>فرق كبير فلسفة</w:t>
      </w:r>
    </w:p>
    <w:p>
      <w:r>
        <w:t>فلسفة</w:t>
      </w:r>
    </w:p>
    <w:p>
      <w:r>
        <w:t>نعم</w:t>
      </w:r>
    </w:p>
    <w:p>
      <w:r>
        <w:t>وانا هذا في تصوري راجع الى ابتلاء الفكر الغربي بالوضعانية</w:t>
      </w:r>
    </w:p>
    <w:p>
      <w:r>
        <w:t>لا يؤمن الا بالمحسوس</w:t>
      </w:r>
    </w:p>
    <w:p>
      <w:r>
        <w:t>وان لم يكن بينهما تشارك فاما ان يكون معا تحت ثالث يعني بينهم بينهما اختلاف ويندرجان تحت ثالث موضوع ثالث</w:t>
      </w:r>
    </w:p>
    <w:p>
      <w:r>
        <w:t>فيكون العلمان متساويان في الرتبة</w:t>
      </w:r>
    </w:p>
    <w:p>
      <w:r>
        <w:t>كالهندسة والحساب</w:t>
      </w:r>
    </w:p>
    <w:p>
      <w:r>
        <w:t>الهندسة تحت الرياضيات والحساب تحت الرياضيات</w:t>
      </w:r>
    </w:p>
    <w:p>
      <w:r>
        <w:t>فهنا تساوي في الرت مع التباين</w:t>
      </w:r>
    </w:p>
    <w:p>
      <w:r>
        <w:t>نعم</w:t>
      </w:r>
    </w:p>
    <w:p>
      <w:r>
        <w:t>الهندسة مقدار تحت مطلق الكم والحساب اه كمتصل وذاك كم منفصل? اعداد</w:t>
      </w:r>
    </w:p>
    <w:p>
      <w:r>
        <w:t>واما ان لا يكون كذلك يعني اختلاف في الرتبة</w:t>
      </w:r>
    </w:p>
    <w:p>
      <w:r>
        <w:t>فلا يخلو اما ان يوضع احدهما مقارن لاعراض ذاتية تختص بالاخر</w:t>
      </w:r>
    </w:p>
    <w:p>
      <w:r>
        <w:t>او لا يوضع</w:t>
      </w:r>
    </w:p>
    <w:p>
      <w:r>
        <w:t>فان وضع كان البحث العلم الباحث عنه من حيث يبحث عن تلك الاعراض موضوع تحت العلم الباحث عن الاخر</w:t>
      </w:r>
    </w:p>
    <w:p>
      <w:r>
        <w:t>نعم هذه اللغة البربرية لا تفهمها الا بالامثلة</w:t>
      </w:r>
    </w:p>
    <w:p>
      <w:r>
        <w:t>نعم وذلك كالموسيقي</w:t>
      </w:r>
    </w:p>
    <w:p>
      <w:r>
        <w:t>الموسيقي لا يدرس الذبذبات التي تصل الى الاذن</w:t>
      </w:r>
    </w:p>
    <w:p>
      <w:r>
        <w:t>يدرس تناسب الاصوات</w:t>
      </w:r>
    </w:p>
    <w:p>
      <w:r>
        <w:t>فما عنده علاقة بالذبذبات ذاك فيه الاوبتيك في علم المناظر</w:t>
      </w:r>
    </w:p>
    <w:p>
      <w:r>
        <w:t>الموسيقى علم علم الالغام طبعا</w:t>
      </w:r>
    </w:p>
    <w:p>
      <w:r>
        <w:t>ليس الموسيقى الذي نسمعها</w:t>
      </w:r>
    </w:p>
    <w:p>
      <w:r>
        <w:t>لا علم الانغام</w:t>
      </w:r>
    </w:p>
    <w:p>
      <w:r>
        <w:t>هذا علم ورياضي</w:t>
      </w:r>
    </w:p>
    <w:p>
      <w:r>
        <w:t>اه الفرابي كان عالما ب علم الالغام وعالما بالطلب</w:t>
      </w:r>
    </w:p>
    <w:p>
      <w:r>
        <w:t>يمارس الموسيقى العملية والحساب</w:t>
      </w:r>
    </w:p>
    <w:p>
      <w:r>
        <w:t>فان انظر دقق جيد فان موضوع الموسيقى هو النغم يعني علم الالغام من حيث يعرض له التأليف يعني نسب خاصة</w:t>
      </w:r>
    </w:p>
    <w:p>
      <w:r>
        <w:t>ولهذا انت تسمع صوتا يريحك</w:t>
      </w:r>
    </w:p>
    <w:p>
      <w:r>
        <w:t>لماذا? لان النسب هناك يعني يعرض له التأليف</w:t>
      </w:r>
    </w:p>
    <w:p>
      <w:r>
        <w:t>هناك التأليف اه وفق الواقع</w:t>
      </w:r>
    </w:p>
    <w:p>
      <w:r>
        <w:t>تأليف الواقعي</w:t>
      </w:r>
    </w:p>
    <w:p>
      <w:r>
        <w:t>مرة لا تتأذى لأن التأليف ليس وفقا للمعايير</w:t>
      </w:r>
    </w:p>
    <w:p>
      <w:r>
        <w:t>والبحث عن النغم المطلقة جزء من الطبيعي</w:t>
      </w:r>
    </w:p>
    <w:p>
      <w:r>
        <w:t>المطلقة لكنه يبحث في الموسيقي عنها من حيث يعرج لها النسب عددية مقتضية هذه النسب العددية</w:t>
      </w:r>
    </w:p>
    <w:p>
      <w:r>
        <w:t>هناك يدخل تحت الحساب</w:t>
      </w:r>
    </w:p>
    <w:p>
      <w:r>
        <w:t>اذا اعراض الذاتية للموسيقية اعراض العدد</w:t>
      </w:r>
    </w:p>
    <w:p>
      <w:r>
        <w:t>وبالتالي اعراض الكم? نعم</w:t>
      </w:r>
    </w:p>
    <w:p>
      <w:r>
        <w:t>وكم من حق الكاميرا وكان من حق تلك النمرة اذا تجردت على النسب العددية ان يبحثوا عنها في علم الطبيعي</w:t>
      </w:r>
    </w:p>
    <w:p>
      <w:r>
        <w:t>نعم</w:t>
      </w:r>
    </w:p>
    <w:p>
      <w:r>
        <w:t>علم الطبيعي</w:t>
      </w:r>
    </w:p>
    <w:p>
      <w:r>
        <w:t>يعني كذبذبات</w:t>
      </w:r>
    </w:p>
    <w:p>
      <w:r>
        <w:t>واذا نعم</w:t>
      </w:r>
    </w:p>
    <w:p>
      <w:r>
        <w:t>واذا لم تتجرد عن آآ عن النسب العادية العددية وان لم تتجرد عن النسب العددية ان يبحث عنها في علم الحساب</w:t>
      </w:r>
    </w:p>
    <w:p>
      <w:r>
        <w:t>يعني الموسيقى هي اعداد فلاجل ذلك صار هذا هذا البحث يعني علم الموسيقى تحت الحساب دون تحت الطبيعي</w:t>
      </w:r>
    </w:p>
    <w:p>
      <w:r>
        <w:t>باعتبار النسب والنسب عددية</w:t>
      </w:r>
    </w:p>
    <w:p>
      <w:r>
        <w:t>لان الموسيقى انما يبحث كعلم عن ذاتيات القيد المذكور القيد العددي</w:t>
      </w:r>
    </w:p>
    <w:p>
      <w:r>
        <w:t>فان تعطي الحساب وليس تحت الطبيعي</w:t>
      </w:r>
    </w:p>
    <w:p>
      <w:r>
        <w:t>والى هذا اشار المصنف رحمه الله بقوله ربما يدخله التقييد</w:t>
      </w:r>
    </w:p>
    <w:p>
      <w:r>
        <w:t>يعني ربما يدخل المطلق التقييد تحت علم مباح لما يعمه موضوعان</w:t>
      </w:r>
    </w:p>
    <w:p>
      <w:r>
        <w:t>فان التقييد ادخل النغم علم وبائن لما يعمه بحسب الموضوع</w:t>
      </w:r>
    </w:p>
    <w:p>
      <w:r>
        <w:t>حيث ادخله تحت الحساب دون الطابع</w:t>
      </w:r>
    </w:p>
    <w:p>
      <w:r>
        <w:t>مع ان الذبذبات مع ان ذبذبات ذبذبات طبيعية ام لا? طبعا علم المناظر</w:t>
      </w:r>
    </w:p>
    <w:p>
      <w:r>
        <w:t>نعم</w:t>
      </w:r>
    </w:p>
    <w:p>
      <w:r>
        <w:t>تحت علم مبين</w:t>
      </w:r>
    </w:p>
    <w:p>
      <w:r>
        <w:t>لما يعمه بحسب الموضوع حيث ادخل علم الموسيقى تحت الحساب دون الطبيعي</w:t>
      </w:r>
    </w:p>
    <w:p>
      <w:r>
        <w:t>من حيث ان المسائل تبحث عن ذاتيات ما به يتقيد المطلق</w:t>
      </w:r>
    </w:p>
    <w:p>
      <w:r>
        <w:t>يتقيد بماذا? بهذه النسب والتأليفات التي هي عددية</w:t>
      </w:r>
    </w:p>
    <w:p>
      <w:r>
        <w:t>تنتمي الى الحساب يعني الى الكم الم واما ان لم يكن احد الموضعين مقارنا لاعراض الاخر كان البحث عنهما علمان متباينا مطلقا كالحساب هو الطبيعي</w:t>
      </w:r>
    </w:p>
    <w:p>
      <w:r>
        <w:t>يعني من حساب علم عددي الكمي والطبيعي عنده علاقة بالجنس</w:t>
      </w:r>
    </w:p>
    <w:p>
      <w:r>
        <w:t>ذاك الجوه تباين مطلق</w:t>
      </w:r>
    </w:p>
    <w:p>
      <w:r>
        <w:t>تباين مطلق</w:t>
      </w:r>
    </w:p>
    <w:p>
      <w:r>
        <w:t>انا اسألكم سؤال الآن</w:t>
      </w:r>
    </w:p>
    <w:p>
      <w:r>
        <w:t>هل هذا البحث من بداية من بداية العنوان</w:t>
      </w:r>
    </w:p>
    <w:p>
      <w:r>
        <w:t>العنوان ما هو? احوال العلوم هذا منطق ام فلسفة المنطق? فلسفة المنطق</w:t>
      </w:r>
    </w:p>
    <w:p>
      <w:r>
        <w:t>امور خلفيات تشكل خلفيات للمسائل المنطقية</w:t>
      </w:r>
    </w:p>
    <w:p>
      <w:r>
        <w:t>هذا فلسفة المنطق ما عنده علاقة بالمنطق</w:t>
      </w:r>
    </w:p>
    <w:p>
      <w:r>
        <w:t>هل هذا العلم تداخل العلوم انفصال العلوم التداخل الجزئي التداخل آآ التداخل آآ الكلي التداخل الجزئي التباين الكلي</w:t>
      </w:r>
    </w:p>
    <w:p>
      <w:r>
        <w:t>هل هذا له علاقة بالاستدلال? لا</w:t>
      </w:r>
    </w:p>
    <w:p>
      <w:r>
        <w:t>هل له علاقة بالتصور? لا</w:t>
      </w:r>
    </w:p>
    <w:p>
      <w:r>
        <w:t>اذا يدخل في علم جديد هو فلسفة المنطق نعم</w:t>
      </w:r>
    </w:p>
    <w:p>
      <w:r>
        <w:t>نقل البرهان من علم الى اخر</w:t>
      </w:r>
    </w:p>
    <w:p>
      <w:r>
        <w:t>نعم</w:t>
      </w:r>
    </w:p>
    <w:p>
      <w:r>
        <w:t>ويعني انت الان في حقل الفيزياء تأتي ببرهان من الفلسفة</w:t>
      </w:r>
    </w:p>
    <w:p>
      <w:r>
        <w:t>احسن مصداق هو علم الكلام</w:t>
      </w:r>
    </w:p>
    <w:p>
      <w:r>
        <w:t>تأتي ببراهين</w:t>
      </w:r>
    </w:p>
    <w:p>
      <w:r>
        <w:t>فلسفية تدخلها في علم الكلام هذا نقل البرهان</w:t>
      </w:r>
    </w:p>
    <w:p>
      <w:r>
        <w:t>قال قال وقد ينقل البرهان من احد العلوم الى الاخر</w:t>
      </w:r>
    </w:p>
    <w:p>
      <w:r>
        <w:t>ومن الاعم الى الاخص</w:t>
      </w:r>
    </w:p>
    <w:p>
      <w:r>
        <w:t>نعم</w:t>
      </w:r>
    </w:p>
    <w:p>
      <w:r>
        <w:t>اقول نقل البرهان يقال على معنيين</w:t>
      </w:r>
    </w:p>
    <w:p>
      <w:r>
        <w:t>هذا في برهان الشفاء</w:t>
      </w:r>
    </w:p>
    <w:p>
      <w:r>
        <w:t>صفحة مية وتسعة تبعت مصر نعم احدهما ان يكون علم مبني على اصل موضوع يتبين في علم اخر</w:t>
      </w:r>
    </w:p>
    <w:p>
      <w:r>
        <w:t>يعني هذا اذا اخذت البرهان من علم الفلسفة ووظفته انت في الكلام هذا يسمى الاصل الموضوعي كما بيناه</w:t>
      </w:r>
    </w:p>
    <w:p>
      <w:r>
        <w:t>ووظفته انت في علم الكلام هذا هو نقل البرهان</w:t>
      </w:r>
    </w:p>
    <w:p>
      <w:r>
        <w:t>ان يكون علم مبني على اصل موضوع يتبين في علم اخر</w:t>
      </w:r>
    </w:p>
    <w:p>
      <w:r>
        <w:t>فيكون البرهان الذي يتبين به ذلك</w:t>
      </w:r>
    </w:p>
    <w:p>
      <w:r>
        <w:t>ذلك الاصل منقولا من علمه</w:t>
      </w:r>
    </w:p>
    <w:p>
      <w:r>
        <w:t>من علم ذلك البرهان الى العلم الاول المبني اي يحال عليه حتى يتم ذلك العلم به</w:t>
      </w:r>
    </w:p>
    <w:p>
      <w:r>
        <w:t>يعني اذا سألك شخص من اين لك هذا البرهان? ليس في علم الكلام تقول اخص الفلسفة</w:t>
      </w:r>
    </w:p>
    <w:p>
      <w:r>
        <w:t>راجع انت الفلسفة تجده هناك مبينا</w:t>
      </w:r>
    </w:p>
    <w:p>
      <w:r>
        <w:t>هذه هذا الاول</w:t>
      </w:r>
    </w:p>
    <w:p>
      <w:r>
        <w:t>الثاني ان تكون المسألة من علم ما</w:t>
      </w:r>
    </w:p>
    <w:p>
      <w:r>
        <w:t>والبرهان عليها انما يكون بشيء من حقه ان يكون في علم اخر وانما نقل من ذلك العلم الى هذا العلم لبيان تلك المسألة</w:t>
      </w:r>
    </w:p>
    <w:p>
      <w:r>
        <w:t>كمسائل المناظر والموسيقى? فان من حق براهينهما ان تكون من علمي الهندسة والحساب</w:t>
      </w:r>
    </w:p>
    <w:p>
      <w:r>
        <w:t>لان تلك المسائل لو جردت على نور البصر</w:t>
      </w:r>
    </w:p>
    <w:p>
      <w:r>
        <w:t>عن النغم لكانت بعينها مسائل العلمين المذكورين كثير من علم المناظر وعلم الموسيقى مأخوذة من الهندسة اه الحساب نعم استخدمت في علم الموسيقى من العلم بعلم الانغام هذا من باب البرهان</w:t>
      </w:r>
    </w:p>
    <w:p>
      <w:r>
        <w:t>نعم</w:t>
      </w:r>
    </w:p>
    <w:p>
      <w:r>
        <w:t>وبذلك الاقتراء وبذلك الاقتران يتغير احوالهما</w:t>
      </w:r>
    </w:p>
    <w:p>
      <w:r>
        <w:t>فلذلك نقلت البراهين من مواضعها اليهما</w:t>
      </w:r>
    </w:p>
    <w:p>
      <w:r>
        <w:t>نعم</w:t>
      </w:r>
    </w:p>
    <w:p>
      <w:r>
        <w:t>قد ينقل البرهان من العلم الاعلى الى الاخص</w:t>
      </w:r>
    </w:p>
    <w:p>
      <w:r>
        <w:t>اذا قلت آآ الفلسفة علم الوجود المطلق وعلم الكلام علم الوجود الخاص وهو الواجب تعالى هنا آآ عامها خاص</w:t>
      </w:r>
    </w:p>
    <w:p>
      <w:r>
        <w:t>كما ينقل البر الهندسي الى علم المجسمات</w:t>
      </w:r>
    </w:p>
    <w:p>
      <w:r>
        <w:t>نعم لان عام وخاص</w:t>
      </w:r>
    </w:p>
    <w:p>
      <w:r>
        <w:t>اعم العلوم</w:t>
      </w:r>
    </w:p>
    <w:p>
      <w:r>
        <w:t>نعم</w:t>
      </w:r>
    </w:p>
    <w:p>
      <w:r>
        <w:t>قال والعلم الباحث عن الموجود المطلق</w:t>
      </w:r>
    </w:p>
    <w:p>
      <w:r>
        <w:t>اكتب تحت الموجود المطلق</w:t>
      </w:r>
    </w:p>
    <w:p>
      <w:r>
        <w:t>آآ اعمل خط احمر الموجود المطلق في المشاء بمعنى في الاشراق بمعنى في الحكمة المتعالية بمعنى في العرفان بمعنى وانت تأتي الى الفلسفة لا يبين لك هذا الامر مطلق تبقى تعيش الابهام المعرفي الى تخرجك</w:t>
      </w:r>
    </w:p>
    <w:p>
      <w:r>
        <w:t>وتنقل هذه المعلومة خطأ الى طلابك</w:t>
      </w:r>
    </w:p>
    <w:p>
      <w:r>
        <w:t>انا امليها عليك لان الوقت انتهى نريد نكمل هذه اه الفقرة حتى ندخل في القول في خليني اطبق ثم اعود</w:t>
      </w:r>
    </w:p>
    <w:p>
      <w:r>
        <w:t>نعم يقول قال المحقق التونسي والعلم الباحث عن الوجود المطلق هو الذي يرتقي يرتقي العلوم اليه</w:t>
      </w:r>
    </w:p>
    <w:p>
      <w:r>
        <w:t>يعني هو الاعلى</w:t>
      </w:r>
    </w:p>
    <w:p>
      <w:r>
        <w:t>نعم</w:t>
      </w:r>
    </w:p>
    <w:p>
      <w:r>
        <w:t>ويبين مبادئها في ويبين هذا العلم مبادئ العلوم الدانية في في هذا العلم وهو علم الفلسفة</w:t>
      </w:r>
    </w:p>
    <w:p>
      <w:r>
        <w:t>نعم</w:t>
      </w:r>
    </w:p>
    <w:p>
      <w:r>
        <w:t>اقول قد بينا ان العلوم مترتبة في العموم والخصوص بحسب ترتبات ترتب ولما كان ترتب ترتب الموضوعات بحسب ترتب الموضوعات ولما كان ترتب ترتب الموضوعات واجب الانتهاء الى اعم لا اعم فوقه كانت العلوم كذلك تحتاج الى اعلى واعم الموضوعات هو الوجود اذ لا شيء اعم من الوجود</w:t>
      </w:r>
    </w:p>
    <w:p>
      <w:r>
        <w:t>وهذا بحث فلسفي بامتياز</w:t>
      </w:r>
    </w:p>
    <w:p>
      <w:r>
        <w:t>نعم</w:t>
      </w:r>
    </w:p>
    <w:p>
      <w:r>
        <w:t>فالعلم الباحث عنه هو اعمى العلوم ويرتقي العلوم وترتقي العلوم</w:t>
      </w:r>
    </w:p>
    <w:p>
      <w:r>
        <w:t>يرتقي ترتقي اللغة الفارسية ما عندهم انوث مذكر</w:t>
      </w:r>
    </w:p>
    <w:p>
      <w:r>
        <w:t>حتى لا يسيطر الذكر على الأنثى</w:t>
      </w:r>
    </w:p>
    <w:p>
      <w:r>
        <w:t>في ثقافتهم ثقافياتهم الفارسية</w:t>
      </w:r>
    </w:p>
    <w:p>
      <w:r>
        <w:t>بدار يعيش في هذا المناخ</w:t>
      </w:r>
    </w:p>
    <w:p>
      <w:r>
        <w:t>يأتي الى اللغة العربية لا يميز بين المذكر والمؤنث</w:t>
      </w:r>
    </w:p>
    <w:p>
      <w:r>
        <w:t>ويرتقي العلوم وترتقي العلوم عنده سواء</w:t>
      </w:r>
    </w:p>
    <w:p>
      <w:r>
        <w:t>نعم وترتقي العلوم كلها الى ايه? الى هذا العلم الاعلى الفلسفة</w:t>
      </w:r>
    </w:p>
    <w:p>
      <w:r>
        <w:t>ويتبين ويتبين وتتبين مبادئها مبادئ العلوم فيه</w:t>
      </w:r>
    </w:p>
    <w:p>
      <w:r>
        <w:t>وتت مبادئها في هذا العلم</w:t>
      </w:r>
    </w:p>
    <w:p>
      <w:r>
        <w:t>انت هنا ما تنساه جدا</w:t>
      </w:r>
    </w:p>
    <w:p>
      <w:r>
        <w:t>اكتب الآن فائدة ابين لك الوجود المطلق كيف يتلون بالوان متعددة فتترشح</w:t>
      </w:r>
    </w:p>
    <w:p>
      <w:r>
        <w:t>المدارس الفلسفية</w:t>
      </w:r>
    </w:p>
    <w:p>
      <w:r>
        <w:t>كتبها فائدة اذا دخلت الى الفلسفة عندك هذه الخلفية</w:t>
      </w:r>
    </w:p>
    <w:p>
      <w:r>
        <w:t>ولهذا قلت لك هذا فلسفة في المنطق ما عنده علاقة آآ علم المنطق الذي يدرس اليات التعريف قواعد التعريف وقواعد الاستدلال</w:t>
      </w:r>
    </w:p>
    <w:p>
      <w:r>
        <w:t>الموجود المطلق</w:t>
      </w:r>
    </w:p>
    <w:p>
      <w:r>
        <w:t>اذا كان هذا الموجود المطلق حقيقة تنتمي الى النظم المنطقي وتسري كحيثية في المصاديق موضوع المشاء</w:t>
      </w:r>
    </w:p>
    <w:p>
      <w:r>
        <w:t>يعني هو مفهوم عام يسري في المصادق في حيث فقط وليس في المتن</w:t>
      </w:r>
    </w:p>
    <w:p>
      <w:r>
        <w:t>حيث هي معنية طاردية العدم</w:t>
      </w:r>
    </w:p>
    <w:p>
      <w:r>
        <w:t>هذا الوجود العام يعني الوجود المقيد بقيد العموم</w:t>
      </w:r>
    </w:p>
    <w:p>
      <w:r>
        <w:t>يعني سعي قيد سعي الصدقي</w:t>
      </w:r>
    </w:p>
    <w:p>
      <w:r>
        <w:t>في حيثية وليس في المتن</w:t>
      </w:r>
    </w:p>
    <w:p>
      <w:r>
        <w:t>هذا هو موضوع المشي اذا موظوع المشة عموم ينتمي الى النظم المنطقي يعني عموم ذهني ليس له متن ابدا وانما هو التعين لمتن تعين لمتون متباينة</w:t>
      </w:r>
    </w:p>
    <w:p>
      <w:r>
        <w:t>ما هي هذه الحيثيات? فقط</w:t>
      </w:r>
    </w:p>
    <w:p>
      <w:r>
        <w:t>يبحث هذه الواقعيات من هذه الزاوية</w:t>
      </w:r>
    </w:p>
    <w:p>
      <w:r>
        <w:t>طرية العادة فارغة</w:t>
      </w:r>
    </w:p>
    <w:p>
      <w:r>
        <w:t>يجب ان تملأ بكيانات وهذه الكيانات مهوية يكون النسق المشائي مهويا بامتياز</w:t>
      </w:r>
    </w:p>
    <w:p>
      <w:r>
        <w:t>هذا عند المشائي</w:t>
      </w:r>
    </w:p>
    <w:p>
      <w:r>
        <w:t>الموجود المطلق في الحكمة الاشراقية</w:t>
      </w:r>
    </w:p>
    <w:p>
      <w:r>
        <w:t>الموجود امره اعتباري انتزاعي</w:t>
      </w:r>
    </w:p>
    <w:p>
      <w:r>
        <w:t>من الاصيل هو النور</w:t>
      </w:r>
    </w:p>
    <w:p>
      <w:r>
        <w:t>النور حقيقة متنية سارية</w:t>
      </w:r>
    </w:p>
    <w:p>
      <w:r>
        <w:t>يعني هذا الوجود المطلق الذي هو نور سريان خارجي</w:t>
      </w:r>
    </w:p>
    <w:p>
      <w:r>
        <w:t>مثل صدر مرتاح الليل</w:t>
      </w:r>
    </w:p>
    <w:p>
      <w:r>
        <w:t>سريان خارجي تشكيكي</w:t>
      </w:r>
    </w:p>
    <w:p>
      <w:r>
        <w:t>حقيقة واحدة متصلة مثنية متصلة تسري</w:t>
      </w:r>
    </w:p>
    <w:p>
      <w:r>
        <w:t>هذا الذي يفهم من مباني شيخ الاشراق</w:t>
      </w:r>
    </w:p>
    <w:p>
      <w:r>
        <w:t>هل هو جميع لوازم هذا المبنى هذه مسألة اخرى</w:t>
      </w:r>
    </w:p>
    <w:p>
      <w:r>
        <w:t>سطر المتالي هنا الوجود المطلق انزع النور اشراقي</w:t>
      </w:r>
    </w:p>
    <w:p>
      <w:r>
        <w:t>ضع الوجود الصدرائي</w:t>
      </w:r>
    </w:p>
    <w:p>
      <w:r>
        <w:t>وجود متني ليس حيثية لا ينتمي الى النظم المنطقي</w:t>
      </w:r>
    </w:p>
    <w:p>
      <w:r>
        <w:t>وجود حقيقة واحدة سارية بالسريان السعي وليس بالسريان الصدقي</w:t>
      </w:r>
    </w:p>
    <w:p>
      <w:r>
        <w:t>وجود العموم عموم السعي</w:t>
      </w:r>
    </w:p>
    <w:p>
      <w:r>
        <w:t>العموم عموم صدقي</w:t>
      </w:r>
    </w:p>
    <w:p>
      <w:r>
        <w:t>يعني عموم ديني صدر عموم السعي صفة خارجية صفة خارجية اذا الموضوع خارجي لا ينتمي الى النظم المنطقي</w:t>
      </w:r>
    </w:p>
    <w:p>
      <w:r>
        <w:t>العرفان هذا السي انزحوا وجود مطلق خارجي تجلي من تجلياته</w:t>
      </w:r>
    </w:p>
    <w:p>
      <w:r>
        <w:t>ليس هو موضوع علم المنطق هذا تجلي من تجليات الوجود المطلق وهو كذلك خارجي</w:t>
      </w:r>
    </w:p>
    <w:p>
      <w:r>
        <w:t>لا بشرط مقسمي</w:t>
      </w:r>
    </w:p>
    <w:p>
      <w:r>
        <w:t>لا بشرط مقصمي</w:t>
      </w:r>
    </w:p>
    <w:p>
      <w:r>
        <w:t>في لا بشرط مقسم ذهني</w:t>
      </w:r>
    </w:p>
    <w:p>
      <w:r>
        <w:t>في الحكمة المتعالية لا بشرط السعي لا بشرط ليس مقصمين لا بشرط قسم السعي</w:t>
      </w:r>
    </w:p>
    <w:p>
      <w:r>
        <w:t>النور لا بشرط قسم سعي</w:t>
      </w:r>
    </w:p>
    <w:p>
      <w:r>
        <w:t>نعم هذه فقط معلومة اه بنحو الفتوى</w:t>
      </w:r>
    </w:p>
    <w:p>
      <w:r>
        <w:t>القول في الحد يأتي ان شاء الله</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