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w:t>
      </w:r>
    </w:p>
    <w:p>
      <w:r>
        <w:t>الله يا الله سبحان الله يا الله والحمد لله</w:t>
      </w:r>
    </w:p>
    <w:p>
      <w:r>
        <w:t>والله اكبر</w:t>
      </w:r>
    </w:p>
    <w:p>
      <w:r>
        <w:t>اعوذ بالله من الشيطان الرجيم</w:t>
      </w:r>
    </w:p>
    <w:p>
      <w:r>
        <w:t>بسم الله الرحمن الرحيم وبه تعالى نستعين</w:t>
      </w:r>
    </w:p>
    <w:p>
      <w:r>
        <w:t>والصلاة والسلام على محمد واله الطيبين الطاهرين</w:t>
      </w:r>
    </w:p>
    <w:p>
      <w:r>
        <w:t>اللهم صلي على محمد وال محمد</w:t>
      </w:r>
    </w:p>
    <w:p>
      <w:r>
        <w:t>اللهم ارزقنا التوفيق والاخلاص</w:t>
      </w:r>
    </w:p>
    <w:p>
      <w:r>
        <w:t>وصلنا معكم الى بحث جديد وهو القول في الحج بعدما تحدثنا بالتفصيل عن البرهان نأتي الى قواعد التعريف</w:t>
      </w:r>
    </w:p>
    <w:p>
      <w:r>
        <w:t>قواعد التعريف في المنطق</w:t>
      </w:r>
    </w:p>
    <w:p>
      <w:r>
        <w:t>ما عنده علاقة بالمادة التعريف</w:t>
      </w:r>
    </w:p>
    <w:p>
      <w:r>
        <w:t>مادة التعريف اين تجدها? في علم الهندسة في علم الطب في علم الاصول في علم الفلسفة علم العقائد علم الفلك علم علم النفس وهذه الامور</w:t>
      </w:r>
    </w:p>
    <w:p>
      <w:r>
        <w:t>يعني انا عندي مخزون معرفي في مقابل آآ مفر تصورية مجهولة استخرجوا هذه المفردات</w:t>
      </w:r>
    </w:p>
    <w:p>
      <w:r>
        <w:t>يعني المعلومات عندي انا ثم اذا اردت ان اجلي هذا المجهول التصوري المنطق وليس علم المنطق</w:t>
      </w:r>
    </w:p>
    <w:p>
      <w:r>
        <w:t>المنطق يلزمني</w:t>
      </w:r>
    </w:p>
    <w:p>
      <w:r>
        <w:t>يلزمني ان تخضع لمعاييري</w:t>
      </w:r>
    </w:p>
    <w:p>
      <w:r>
        <w:t>ما الزمني منطق</w:t>
      </w:r>
    </w:p>
    <w:p>
      <w:r>
        <w:t>دراسة هذه الالتزامات هي علم المنطق</w:t>
      </w:r>
    </w:p>
    <w:p>
      <w:r>
        <w:t>الان وصلنا الى دراسة الحد</w:t>
      </w:r>
    </w:p>
    <w:p>
      <w:r>
        <w:t>دراسة تحليلية وتركيب الحد منطق</w:t>
      </w:r>
    </w:p>
    <w:p>
      <w:r>
        <w:t>دراسة الحد علم المنطق</w:t>
      </w:r>
    </w:p>
    <w:p>
      <w:r>
        <w:t>القول في الحد الحد قول يدل على ماهية الشيء بالذات</w:t>
      </w:r>
    </w:p>
    <w:p>
      <w:r>
        <w:t>وليس بالعرب</w:t>
      </w:r>
    </w:p>
    <w:p>
      <w:r>
        <w:t>الحد يعني انت في دائرة مبدأ الهوية الحقيقي</w:t>
      </w:r>
    </w:p>
    <w:p>
      <w:r>
        <w:t>يعني الجنس والفص</w:t>
      </w:r>
    </w:p>
    <w:p>
      <w:r>
        <w:t>ثم نأتي الى عمليا</w:t>
      </w:r>
    </w:p>
    <w:p>
      <w:r>
        <w:t>هذا يمكن قل لا</w:t>
      </w:r>
    </w:p>
    <w:p>
      <w:r>
        <w:t>التعريفات كلها باللوازم وليس بالمكونات الداخلية</w:t>
      </w:r>
    </w:p>
    <w:p>
      <w:r>
        <w:t>لاننا لا نصل الى كونه الوجود</w:t>
      </w:r>
    </w:p>
    <w:p>
      <w:r>
        <w:t>كونه الوجود</w:t>
      </w:r>
    </w:p>
    <w:p>
      <w:r>
        <w:t>اذا قاولنا الحد معناها الحد المنطقي</w:t>
      </w:r>
    </w:p>
    <w:p>
      <w:r>
        <w:t>وليس الحد الحقيقي حد معرفي وليس الحد الحقيقي</w:t>
      </w:r>
    </w:p>
    <w:p>
      <w:r>
        <w:t>المهم هنا يعرف الحد</w:t>
      </w:r>
    </w:p>
    <w:p>
      <w:r>
        <w:t>الحد المفروض يقول الحد ام مفهوم الحد? من الدقيق؟ يعرف الذي يعرف هو المفهوم</w:t>
      </w:r>
    </w:p>
    <w:p>
      <w:r>
        <w:t>ليس الحد الحد قاعدة سرمدية قاعدة منطقية سرمدية</w:t>
      </w:r>
    </w:p>
    <w:p>
      <w:r>
        <w:t>مفهوم يعني مدلول هذه القاعدة</w:t>
      </w:r>
    </w:p>
    <w:p>
      <w:r>
        <w:t>مدلول هذه القاعدة هو القاعدة ام فهم القاعدة تقول فهمك للقاعدة اذا مفهوم الحد</w:t>
      </w:r>
    </w:p>
    <w:p>
      <w:r>
        <w:t>قول يدل على ماهية الشيء بالذات</w:t>
      </w:r>
    </w:p>
    <w:p>
      <w:r>
        <w:t>اذا اذا جئت بمعطيات علمية واخضعت هذه المعطيات العلمية لتجرية المجهول التصوري</w:t>
      </w:r>
    </w:p>
    <w:p>
      <w:r>
        <w:t>اخضع معيار الحد</w:t>
      </w:r>
    </w:p>
    <w:p>
      <w:r>
        <w:t>فهذا المجهول التصوري عرفته انت الماهية</w:t>
      </w:r>
    </w:p>
    <w:p>
      <w:r>
        <w:t>نعم</w:t>
      </w:r>
    </w:p>
    <w:p>
      <w:r>
        <w:t>بالمهية لا يمكن باللوازم وهذا يكفي</w:t>
      </w:r>
    </w:p>
    <w:p>
      <w:r>
        <w:t>اذا حج معرفي ام حد حقيقي? تقول لا شيخنا حد معرف</w:t>
      </w:r>
    </w:p>
    <w:p>
      <w:r>
        <w:t>اقول هذا حد الحد لا</w:t>
      </w:r>
    </w:p>
    <w:p>
      <w:r>
        <w:t>لا يا شيخنا العزيز</w:t>
      </w:r>
    </w:p>
    <w:p>
      <w:r>
        <w:t>ليس حد الحد</w:t>
      </w:r>
    </w:p>
    <w:p>
      <w:r>
        <w:t>تقول لي ماذا شيخنا? عنيف مع اه المشايخ وهم عباقرة</w:t>
      </w:r>
    </w:p>
    <w:p>
      <w:r>
        <w:t>هم العبقرية تعلمناها منهم</w:t>
      </w:r>
    </w:p>
    <w:p>
      <w:r>
        <w:t>نعم وهم اشكلوا على اساتذة من العلامة الحين لاشكال على المحقق التونسي</w:t>
      </w:r>
    </w:p>
    <w:p>
      <w:r>
        <w:t>الحد مفهوم ثاني فلسفي</w:t>
      </w:r>
    </w:p>
    <w:p>
      <w:r>
        <w:t>آآ مفهوم ثاني منطقي</w:t>
      </w:r>
    </w:p>
    <w:p>
      <w:r>
        <w:t>يعني حيثية</w:t>
      </w:r>
    </w:p>
    <w:p>
      <w:r>
        <w:t>والحيثيات ذوات حتى تعرف بالحد ام باللوازم? يعني بالرسم</w:t>
      </w:r>
    </w:p>
    <w:p>
      <w:r>
        <w:t>اذا الصحيح قل هذا رسم الحد</w:t>
      </w:r>
    </w:p>
    <w:p>
      <w:r>
        <w:t>لان الحيثيات لا تعرف بالحدود تعرف بالرسوم باللوازم</w:t>
      </w:r>
    </w:p>
    <w:p>
      <w:r>
        <w:t>انما مفهوم ثاني منطقي</w:t>
      </w:r>
    </w:p>
    <w:p>
      <w:r>
        <w:t>مفهوم الحد مفهوم ثاني منطقي</w:t>
      </w:r>
    </w:p>
    <w:p>
      <w:r>
        <w:t>اذا كنت فداءت المفاهيم الثانية فلسفية هندسية فلكية طبية اخلاقية منطقية</w:t>
      </w:r>
    </w:p>
    <w:p>
      <w:r>
        <w:t>دائما في دائرة الحيثيات التي لا هوية لها</w:t>
      </w:r>
    </w:p>
    <w:p>
      <w:r>
        <w:t>ما عندها هوية هي</w:t>
      </w:r>
    </w:p>
    <w:p>
      <w:r>
        <w:t>لا تعرفها بماذا? بجيرانها</w:t>
      </w:r>
    </w:p>
    <w:p>
      <w:r>
        <w:t>ما معنى الجيران? يعني اللوازم التي تكون معها لا تنفاد</w:t>
      </w:r>
    </w:p>
    <w:p>
      <w:r>
        <w:t>نعم</w:t>
      </w:r>
    </w:p>
    <w:p>
      <w:r>
        <w:t>تقول القمر نور</w:t>
      </w:r>
    </w:p>
    <w:p>
      <w:r>
        <w:t>قمر نور القمر كوكب</w:t>
      </w:r>
    </w:p>
    <w:p>
      <w:r>
        <w:t>نور انه ليلازمه</w:t>
      </w:r>
    </w:p>
    <w:p>
      <w:r>
        <w:t>ولهذا العرب يقولون نير</w:t>
      </w:r>
    </w:p>
    <w:p>
      <w:r>
        <w:t>عرفوه باللازم النير</w:t>
      </w:r>
    </w:p>
    <w:p>
      <w:r>
        <w:t>النيران يعني الشمس والقمر</w:t>
      </w:r>
    </w:p>
    <w:p>
      <w:r>
        <w:t>عرفوهم بحيثيات الإشعاع</w:t>
      </w:r>
    </w:p>
    <w:p>
      <w:r>
        <w:t>مع انهم يا كواكب</w:t>
      </w:r>
    </w:p>
    <w:p>
      <w:r>
        <w:t>نعم اذا الصحيح هذا رسم الحد</w:t>
      </w:r>
    </w:p>
    <w:p>
      <w:r>
        <w:t>لان الحد مفهوم ثاني منطقي</w:t>
      </w:r>
    </w:p>
    <w:p>
      <w:r>
        <w:t>حيثية لا هوية لها لا تعرف بالجنس والفصل</w:t>
      </w:r>
    </w:p>
    <w:p>
      <w:r>
        <w:t>والحد الجنس هو فاصل</w:t>
      </w:r>
    </w:p>
    <w:p>
      <w:r>
        <w:t>اذا الصحيح هو هذا رسم الحج وانما قيد بالذات ليخرج عنه الرسم</w:t>
      </w:r>
    </w:p>
    <w:p>
      <w:r>
        <w:t>واصلا رسم</w:t>
      </w:r>
    </w:p>
    <w:p>
      <w:r>
        <w:t>اذا هذا بالذات كله قيد لغوي قيد لا معنى له</w:t>
      </w:r>
    </w:p>
    <w:p>
      <w:r>
        <w:t>الذي يدل على الهمة هي بالالتزام لا بالذات</w:t>
      </w:r>
    </w:p>
    <w:p>
      <w:r>
        <w:t>المهم</w:t>
      </w:r>
    </w:p>
    <w:p>
      <w:r>
        <w:t>حتى تفهم هذه العبارة من العلامة الحلي تحتاج الى ان تفكك بين بين المحدود والحد</w:t>
      </w:r>
    </w:p>
    <w:p>
      <w:r>
        <w:t>الحد دائما يعرف باللوازم المحدود هو الانسان</w:t>
      </w:r>
    </w:p>
    <w:p>
      <w:r>
        <w:t>هو الماء هو الذهب هو الله</w:t>
      </w:r>
    </w:p>
    <w:p>
      <w:r>
        <w:t>هو الحمار وهكذا هذا المحدود</w:t>
      </w:r>
    </w:p>
    <w:p>
      <w:r>
        <w:t>اذا عرفت هذه الواقعيات بتعريف حدي فانت في دائرة الجنس والفصل</w:t>
      </w:r>
    </w:p>
    <w:p>
      <w:r>
        <w:t>في دائرة الماهية</w:t>
      </w:r>
    </w:p>
    <w:p>
      <w:r>
        <w:t>وليس في دائرة اللوازم</w:t>
      </w:r>
    </w:p>
    <w:p>
      <w:r>
        <w:t>ثم ياتي السؤال عمليا يمكن لا كل التعريفات باللوازم</w:t>
      </w:r>
    </w:p>
    <w:p>
      <w:r>
        <w:t>هذا حد الحد لا رسم الحد</w:t>
      </w:r>
    </w:p>
    <w:p>
      <w:r>
        <w:t>اكتب السر لان مفهوم الحد مفهوم منطقي حيثية</w:t>
      </w:r>
    </w:p>
    <w:p>
      <w:r>
        <w:t>والحيثية لا هوية لها</w:t>
      </w:r>
    </w:p>
    <w:p>
      <w:r>
        <w:t>وانما الماتن بالذات يعني قيد الحد بالذات يخرج اذا جعلنا الفاعل هو الماتن او ليخرج عنه الرسم الذي يدل على المهي بالالتزام لا بالذات</w:t>
      </w:r>
    </w:p>
    <w:p>
      <w:r>
        <w:t>لأن الحد يعرف بالجنس هو الفصل بالذاتيات وهو اصح من قول بعض القدماء انه قول وجيز دال على ماهية الشيء هذا تعرف قدماء بما يسمى الان تداولية يعني عرفوه بالفعل القولي فعل الكلام تداولية تدرس تجليات اللسانية كافعال كلامية</w:t>
      </w:r>
    </w:p>
    <w:p>
      <w:r>
        <w:t>ترشح الجملة تقول الله عالم بالعلم المطلق مجرد انك انت تتلفظ بهذه الكلام مارست فعلا هذا الفعل ثم في ضمن هذا الفعل فيه معنى ثم هذا الفعل يحركك انت بعد ما بعد الفعل الكلامي</w:t>
      </w:r>
    </w:p>
    <w:p>
      <w:r>
        <w:t>درسوا هذه الامور تأسس ما يسمى علم التداولية</w:t>
      </w:r>
    </w:p>
    <w:p>
      <w:r>
        <w:t>هذا التعريف انه قول وجيز دال على ماهية الشيء عرفه تداوليا</w:t>
      </w:r>
    </w:p>
    <w:p>
      <w:r>
        <w:t>عرفه تداوليا</w:t>
      </w:r>
    </w:p>
    <w:p>
      <w:r>
        <w:t>تعريف صحيح</w:t>
      </w:r>
    </w:p>
    <w:p>
      <w:r>
        <w:t>باعتبار تداولية صحية</w:t>
      </w:r>
    </w:p>
    <w:p>
      <w:r>
        <w:t>نعم</w:t>
      </w:r>
    </w:p>
    <w:p>
      <w:r>
        <w:t>ليس الامر ليس الامر بين الصحة والخطأ</w:t>
      </w:r>
    </w:p>
    <w:p>
      <w:r>
        <w:t>بين الاعتبارات</w:t>
      </w:r>
    </w:p>
    <w:p>
      <w:r>
        <w:t>وهو اصح من قول بعض القدماء انه قول وجيز دل على هادشي</w:t>
      </w:r>
    </w:p>
    <w:p>
      <w:r>
        <w:t>لا ما عندنا هنا صحة وخطأ</w:t>
      </w:r>
    </w:p>
    <w:p>
      <w:r>
        <w:t>عندنا لحظات</w:t>
      </w:r>
    </w:p>
    <w:p>
      <w:r>
        <w:t>مرة</w:t>
      </w:r>
    </w:p>
    <w:p>
      <w:r>
        <w:t>انت تركز هوية هوية الفعل الكلامي</w:t>
      </w:r>
    </w:p>
    <w:p>
      <w:r>
        <w:t>ماذا تقول? تقول آآ قول يدل على ماهيته بالذات</w:t>
      </w:r>
    </w:p>
    <w:p>
      <w:r>
        <w:t>مرة تركز على القائل اعتبارات حتى المحقق التونسي قال قول يعني الحيثيات التداولية موجودة</w:t>
      </w:r>
    </w:p>
    <w:p>
      <w:r>
        <w:t>لان تعريف غير الاضافي بالاضافي خطأ</w:t>
      </w:r>
    </w:p>
    <w:p>
      <w:r>
        <w:t>نعم</w:t>
      </w:r>
    </w:p>
    <w:p>
      <w:r>
        <w:t>قول مجز</w:t>
      </w:r>
    </w:p>
    <w:p>
      <w:r>
        <w:t>دال على ماهية الشيء</w:t>
      </w:r>
    </w:p>
    <w:p>
      <w:r>
        <w:t>نعم</w:t>
      </w:r>
    </w:p>
    <w:p>
      <w:r>
        <w:t>وايضا ربما رب وجيز باعتبار طويل باعتبار هذا اشكال لغوي فقط ما عندو قيمة علمية كبيرة نعم جيد اذا هنا في المنطق في المنطق ادخلنا اليات المنطق</w:t>
      </w:r>
    </w:p>
    <w:p>
      <w:r>
        <w:t>عجيب! يعني المنطق تعرفوه بقواعده</w:t>
      </w:r>
    </w:p>
    <w:p>
      <w:r>
        <w:t>هنا يجب ان نفكك بين المنطق وعلم المنطق</w:t>
      </w:r>
    </w:p>
    <w:p>
      <w:r>
        <w:t>هذا هو الذي جعلنا نميز بناء المنطق وعلم المنطق</w:t>
      </w:r>
    </w:p>
    <w:p>
      <w:r>
        <w:t>اذا اذا قلنا الحد قول يدل على ماهيته بالذات اين? في الحقل المنطقي</w:t>
      </w:r>
    </w:p>
    <w:p>
      <w:r>
        <w:t>تجلي المعرفية بالتحليل والتركيب لتلك القواعد السرمدية</w:t>
      </w:r>
    </w:p>
    <w:p>
      <w:r>
        <w:t>نعم اذا ما فككنا هذا التفكيك نقع في الدور او المنطق الذي هو قواعد التعريف تعرفوه انتم? يعني استخدمتوا المنطق لتعريف المنطق</w:t>
      </w:r>
    </w:p>
    <w:p>
      <w:r>
        <w:t>اليس كذلك? اليس هذا هو دور كارثة? نعم يجب ان نفكك</w:t>
      </w:r>
    </w:p>
    <w:p>
      <w:r>
        <w:t>اذا اذا عرفنا الحد اين في الحاقل المنطقي وليس في المنطق في المنطق دور سارخون</w:t>
      </w:r>
    </w:p>
    <w:p>
      <w:r>
        <w:t>المهم الحد قول يدل على ماهية الشيء بالذات</w:t>
      </w:r>
    </w:p>
    <w:p>
      <w:r>
        <w:t>يعني انت في دائرة وليس في دائرة اللوازم</w:t>
      </w:r>
    </w:p>
    <w:p>
      <w:r>
        <w:t>هذه الصناعة نأتي الان الى الحمل الشائع يعني الممارسة هل نصل الى حدود الاشياء? لا ابدا</w:t>
      </w:r>
    </w:p>
    <w:p>
      <w:r>
        <w:t>كل شيء يعرف باللوازم</w:t>
      </w:r>
    </w:p>
    <w:p>
      <w:r>
        <w:t>قال وللحدود ايضا مبادئ جلية التصور وللحدود ايضا مبادئ مبادئ مبتدأ متأخر</w:t>
      </w:r>
    </w:p>
    <w:p>
      <w:r>
        <w:t>جلية صفة مبادئ جلية التصور عقلا كالوجود</w:t>
      </w:r>
    </w:p>
    <w:p>
      <w:r>
        <w:t>او وحسن كالسود</w:t>
      </w:r>
    </w:p>
    <w:p>
      <w:r>
        <w:t>ما شاء الله</w:t>
      </w:r>
    </w:p>
    <w:p>
      <w:r>
        <w:t>كلام فاخر من المحقق الطوسي</w:t>
      </w:r>
    </w:p>
    <w:p>
      <w:r>
        <w:t>انصاف هذا الرجل اه انا معجب به كثيرا</w:t>
      </w:r>
    </w:p>
    <w:p>
      <w:r>
        <w:t>نعم</w:t>
      </w:r>
    </w:p>
    <w:p>
      <w:r>
        <w:t>ومدفون عند الكاظم عليه السلام مكتوب على قبره في ذلك الزمان</w:t>
      </w:r>
    </w:p>
    <w:p>
      <w:r>
        <w:t>الان الكاظم عليه السلام الظريح فصلوا رجال عن النساء</w:t>
      </w:r>
    </w:p>
    <w:p>
      <w:r>
        <w:t>في حظر نساء الشيخ المفيد</w:t>
      </w:r>
    </w:p>
    <w:p>
      <w:r>
        <w:t>وهو شخصية عظيمة جدا</w:t>
      </w:r>
    </w:p>
    <w:p>
      <w:r>
        <w:t>لقول شيخ الشيخ جودي شيخ المتكلمين في القسم النسوي الجناح النسوي</w:t>
      </w:r>
    </w:p>
    <w:p>
      <w:r>
        <w:t>حتى ما يصير اختلاط في الزيارة</w:t>
      </w:r>
    </w:p>
    <w:p>
      <w:r>
        <w:t>هناك المحقق الطوسي</w:t>
      </w:r>
    </w:p>
    <w:p>
      <w:r>
        <w:t>نعم</w:t>
      </w:r>
    </w:p>
    <w:p>
      <w:r>
        <w:t>واوصى ان يكتب على قبره امام ضريح لموسى الكاظم وكلبهم باسط ذراعيه بالوسيط</w:t>
      </w:r>
    </w:p>
    <w:p>
      <w:r>
        <w:t>انظر هذه عبارة قد تكون قبيحة في اللفظ الى انها تنطوي على معنى جميل</w:t>
      </w:r>
    </w:p>
    <w:p>
      <w:r>
        <w:t>فنحن لا شيء امام الائمة عليهم السلام يعني حتى المحقق التونسي لا شيء امام الامام سلام الله عليه</w:t>
      </w:r>
    </w:p>
    <w:p>
      <w:r>
        <w:t>نعم</w:t>
      </w:r>
    </w:p>
    <w:p>
      <w:r>
        <w:t>عبارة جدا ثقيلة وجميلة وللحدود جر ومجرور</w:t>
      </w:r>
    </w:p>
    <w:p>
      <w:r>
        <w:t>نعم</w:t>
      </w:r>
    </w:p>
    <w:p>
      <w:r>
        <w:t>ايضا مبادئ الحدود جر مجرور متعلق محذوف كائن مبادئ خبر آآ مبتدأ متأخر</w:t>
      </w:r>
    </w:p>
    <w:p>
      <w:r>
        <w:t>نعم تقول هكذا مبادئ جلية التصور نعم كائنة لل اللغة العربية تعرف العربية جدا جميلة</w:t>
      </w:r>
    </w:p>
    <w:p>
      <w:r>
        <w:t>نعم</w:t>
      </w:r>
    </w:p>
    <w:p>
      <w:r>
        <w:t>وللحدود ايضا مبادئ جلية التصور عقلا كالوجود</w:t>
      </w:r>
    </w:p>
    <w:p>
      <w:r>
        <w:t>او حس كالسود</w:t>
      </w:r>
    </w:p>
    <w:p>
      <w:r>
        <w:t>يشير الى الشهودين</w:t>
      </w:r>
    </w:p>
    <w:p>
      <w:r>
        <w:t>شهود العقل الحسي يعني البديهيات التصورية</w:t>
      </w:r>
    </w:p>
    <w:p>
      <w:r>
        <w:t>فبعض التعريفات بديهية</w:t>
      </w:r>
    </w:p>
    <w:p>
      <w:r>
        <w:t>مرة تكون بديهية</w:t>
      </w:r>
    </w:p>
    <w:p>
      <w:r>
        <w:t>بالشهود العقلي</w:t>
      </w:r>
    </w:p>
    <w:p>
      <w:r>
        <w:t>مرة تكون بالشهود الحسي</w:t>
      </w:r>
    </w:p>
    <w:p>
      <w:r>
        <w:t>انت تبصر السواد بحسك</w:t>
      </w:r>
    </w:p>
    <w:p>
      <w:r>
        <w:t>شخص يقول هذا اللون ليس باسود</w:t>
      </w:r>
    </w:p>
    <w:p>
      <w:r>
        <w:t>بل هو ابيض</w:t>
      </w:r>
    </w:p>
    <w:p>
      <w:r>
        <w:t>وانت تشاهد السواد وقواك الادراكية السليمة</w:t>
      </w:r>
    </w:p>
    <w:p>
      <w:r>
        <w:t>لست مريضا بالحمى</w:t>
      </w:r>
    </w:p>
    <w:p>
      <w:r>
        <w:t>ممكن تتوهم</w:t>
      </w:r>
    </w:p>
    <w:p>
      <w:r>
        <w:t>لا</w:t>
      </w:r>
    </w:p>
    <w:p>
      <w:r>
        <w:t>قواك سليمة</w:t>
      </w:r>
    </w:p>
    <w:p>
      <w:r>
        <w:t>لا لا يمكن ان يعترك الشك في ذلك</w:t>
      </w:r>
    </w:p>
    <w:p>
      <w:r>
        <w:t>لماذا? لان الشهود وليس علما حصوليا</w:t>
      </w:r>
    </w:p>
    <w:p>
      <w:r>
        <w:t>هذا الشهود الحسي اما فهم الوجود الوجود ليس حيثية حسية</w:t>
      </w:r>
    </w:p>
    <w:p>
      <w:r>
        <w:t>حيثية ميتافيزيقية</w:t>
      </w:r>
    </w:p>
    <w:p>
      <w:r>
        <w:t>ندركه بالشه العقلي بالشهود العقلي انظر هذه العبارة وللحدود ايضا مبادئ جلية التصور عقلا كالوجود جلي يعني بديهية التصور عقلا كالوجود اذا مفهوم الوجود يدرك بالشهود العقلي</w:t>
      </w:r>
    </w:p>
    <w:p>
      <w:r>
        <w:t>ثم تأتي الفلسفة تتفنن في الاخطاء تتفنن في الاخطاء</w:t>
      </w:r>
    </w:p>
    <w:p>
      <w:r>
        <w:t>نعم</w:t>
      </w:r>
    </w:p>
    <w:p>
      <w:r>
        <w:t>المطهرة رحمة الله عليه في شرح المنظومة يقول ميلاك بداهة الوجود</w:t>
      </w:r>
    </w:p>
    <w:p>
      <w:r>
        <w:t>هل هو البساطة او غير البساطة? ثم يدخل في اه هذا المجال</w:t>
      </w:r>
    </w:p>
    <w:p>
      <w:r>
        <w:t>وخطأ مئة في البيئة</w:t>
      </w:r>
    </w:p>
    <w:p>
      <w:r>
        <w:t>خلط بين المعاينة والاعتبار</w:t>
      </w:r>
    </w:p>
    <w:p>
      <w:r>
        <w:t>اكتب هذه النقاط مهمة جدا</w:t>
      </w:r>
    </w:p>
    <w:p>
      <w:r>
        <w:t>نعم قد تقول في ذهنك هذا الطالب الصغير يعترض على على المضطهر لماذا المضطهر اعترض على السيد العلامة? العلوم هكذا</w:t>
      </w:r>
    </w:p>
    <w:p>
      <w:r>
        <w:t>اذا عندنا مقام الشهود انت تشاهد الجوع الان في باطنك</w:t>
      </w:r>
    </w:p>
    <w:p>
      <w:r>
        <w:t>جائع الان هذا علم شهود مشاهدة لا يمكن ان تشك في هذا العلم لانك في متن الوجود</w:t>
      </w:r>
    </w:p>
    <w:p>
      <w:r>
        <w:t>هذا هو الشهود</w:t>
      </w:r>
    </w:p>
    <w:p>
      <w:r>
        <w:t>هذا شهود حسي</w:t>
      </w:r>
    </w:p>
    <w:p>
      <w:r>
        <w:t>حسي باطني</w:t>
      </w:r>
    </w:p>
    <w:p>
      <w:r>
        <w:t>شهود باطني</w:t>
      </w:r>
    </w:p>
    <w:p>
      <w:r>
        <w:t>حس باطني</w:t>
      </w:r>
    </w:p>
    <w:p>
      <w:r>
        <w:t>ثم تصنع له مفهوما مفهوم الجوع</w:t>
      </w:r>
    </w:p>
    <w:p>
      <w:r>
        <w:t>ثم تنسى هذه الشهود انه مفهوم شهودي</w:t>
      </w:r>
    </w:p>
    <w:p>
      <w:r>
        <w:t>وتروح تحلل ذلك الاعتبار</w:t>
      </w:r>
    </w:p>
    <w:p>
      <w:r>
        <w:t>هم هكذا</w:t>
      </w:r>
    </w:p>
    <w:p>
      <w:r>
        <w:t>هم يشاهدون الوجود</w:t>
      </w:r>
    </w:p>
    <w:p>
      <w:r>
        <w:t>ويعني البداءة حاضرة عندهم</w:t>
      </w:r>
    </w:p>
    <w:p>
      <w:r>
        <w:t>يروحون الى الاعتبار</w:t>
      </w:r>
    </w:p>
    <w:p>
      <w:r>
        <w:t>مفهوم وجود الاعتبار في علم يروحون يسألون هل مفهوم الوجود البادية ام لو ليس ببادئ ويبدأوا يتفننون? خطأ انت الان تشاهده انت في متنه المحقق التونسي من كبار الفلاسفة يفتي فتوى قطعية ان مفهوم الوجود ها على مستوى الشهود معنى انظر وللحدود ايضا مبادئ جلية</w:t>
      </w:r>
    </w:p>
    <w:p>
      <w:r>
        <w:t>يعني عندنا مبادئ في التعريفات هنا المبادئ بالمعنى المخزون المعرفي ها</w:t>
      </w:r>
    </w:p>
    <w:p>
      <w:r>
        <w:t>نعم</w:t>
      </w:r>
    </w:p>
    <w:p>
      <w:r>
        <w:t>الحدود قواعد سرمدية منطقية</w:t>
      </w:r>
    </w:p>
    <w:p>
      <w:r>
        <w:t>اذا قال الحدود يعني توظيف المعرفة لتجليد معرفة مجهولة</w:t>
      </w:r>
    </w:p>
    <w:p>
      <w:r>
        <w:t>والمنطق القاعدة صورية</w:t>
      </w:r>
    </w:p>
    <w:p>
      <w:r>
        <w:t>اذا وللحدود هنا يقصد القاعدة المنطقية ام المعرفة</w:t>
      </w:r>
    </w:p>
    <w:p>
      <w:r>
        <w:t>المعرفة الخاضعة القاعدة المنطقية</w:t>
      </w:r>
    </w:p>
    <w:p>
      <w:r>
        <w:t>هذه الدقة الى انت استوعبت جيدا صير استاذ متمكنا في الحقل المنطقي</w:t>
      </w:r>
    </w:p>
    <w:p>
      <w:r>
        <w:t>نعم</w:t>
      </w:r>
    </w:p>
    <w:p>
      <w:r>
        <w:t>وللحدود هنا الحدود اكتب بقول المدرسي يعني الحوزة بالحمل الشائع</w:t>
      </w:r>
    </w:p>
    <w:p>
      <w:r>
        <w:t>نعم</w:t>
      </w:r>
    </w:p>
    <w:p>
      <w:r>
        <w:t>يعني تلك المفردات التصورية في المخزون المعرفي من اين جئت بها مسألة اخرى</w:t>
      </w:r>
    </w:p>
    <w:p>
      <w:r>
        <w:t>نعرف بها المجهول التصوري</w:t>
      </w:r>
    </w:p>
    <w:p>
      <w:r>
        <w:t>وهذه الحدود لانها خضعت للقواعد المعيارية</w:t>
      </w:r>
    </w:p>
    <w:p>
      <w:r>
        <w:t>اما القواعد المعرفية المنطقية لا تعرف</w:t>
      </w:r>
    </w:p>
    <w:p>
      <w:r>
        <w:t>لا تعرف وليست وظيفتها</w:t>
      </w:r>
    </w:p>
    <w:p>
      <w:r>
        <w:t>ليست وظيفتها التعريف</w:t>
      </w:r>
    </w:p>
    <w:p>
      <w:r>
        <w:t>معايير الزامية</w:t>
      </w:r>
    </w:p>
    <w:p>
      <w:r>
        <w:t>نعم</w:t>
      </w:r>
    </w:p>
    <w:p>
      <w:r>
        <w:t>الصدق حسن</w:t>
      </w:r>
    </w:p>
    <w:p>
      <w:r>
        <w:t>لا يجعلك صادقا</w:t>
      </w:r>
    </w:p>
    <w:p>
      <w:r>
        <w:t>الصدق حسب او الصدق واجب لا يجعلك صادقا</w:t>
      </w:r>
    </w:p>
    <w:p>
      <w:r>
        <w:t>الذي يجعلك صادقا وعيك بهذا الالزام وتفعيل الارادة</w:t>
      </w:r>
    </w:p>
    <w:p>
      <w:r>
        <w:t>المختارة والذي يجعلك صادقا</w:t>
      </w:r>
    </w:p>
    <w:p>
      <w:r>
        <w:t>القواعد المنطقية لا تجعلك مفكرا قويا</w:t>
      </w:r>
    </w:p>
    <w:p>
      <w:r>
        <w:t>وانما ارادتك ودقتك العلمية و مراعاة تلك القواعد الالزامية المنطقية</w:t>
      </w:r>
    </w:p>
    <w:p>
      <w:r>
        <w:t>حينها تكون قويا في الفكر</w:t>
      </w:r>
    </w:p>
    <w:p>
      <w:r>
        <w:t>ولل كتبه لنا</w:t>
      </w:r>
    </w:p>
    <w:p>
      <w:r>
        <w:t>تلك المفردات المعرفية التي نخضعها لالزام الحدود حتى نجلي من المجهولات التصورية</w:t>
      </w:r>
    </w:p>
    <w:p>
      <w:r>
        <w:t>يقول عندنا بعض المفردات نوظفها في التعريف وفق للمعيار معيار الحدود</w:t>
      </w:r>
    </w:p>
    <w:p>
      <w:r>
        <w:t>نوظفها للتعريف هي تكون تكون شهودية يعني لا تحتاج الى من يجليها</w:t>
      </w:r>
    </w:p>
    <w:p>
      <w:r>
        <w:t>يجلي بذاتها يعطي هنا مصداقين</w:t>
      </w:r>
    </w:p>
    <w:p>
      <w:r>
        <w:t>الوجود نعم</w:t>
      </w:r>
    </w:p>
    <w:p>
      <w:r>
        <w:t>ما قال مفهوم الوجود</w:t>
      </w:r>
    </w:p>
    <w:p>
      <w:r>
        <w:t>الوجود</w:t>
      </w:r>
    </w:p>
    <w:p>
      <w:r>
        <w:t>عقلا هذا الشهود العقلي</w:t>
      </w:r>
    </w:p>
    <w:p>
      <w:r>
        <w:t>او حسا هذا هو الشهود الحسي كالسواد</w:t>
      </w:r>
    </w:p>
    <w:p>
      <w:r>
        <w:t>ثم ما هي الطريقة التعليمية التي تبين لنا ان الوجود آآ شهودي</w:t>
      </w:r>
    </w:p>
    <w:p>
      <w:r>
        <w:t>هذه مسألة مسألة علم في الفصول الناصيرية وانا درست هذا الكتاب موجود على موقع المؤسسة امام حسين موجود</w:t>
      </w:r>
    </w:p>
    <w:p>
      <w:r>
        <w:t>في بداية فصول الناصيرية يبدأ بهذا</w:t>
      </w:r>
    </w:p>
    <w:p>
      <w:r>
        <w:t>من ادرك شيئا لابد ان يدرك وجوده</w:t>
      </w:r>
    </w:p>
    <w:p>
      <w:r>
        <w:t>نعم</w:t>
      </w:r>
    </w:p>
    <w:p>
      <w:r>
        <w:t>يعني الوجود هناك مسابق ادراك اه الاشياء الخارجية</w:t>
      </w:r>
    </w:p>
    <w:p>
      <w:r>
        <w:t>ثم يدرك في متنها الوجود العام</w:t>
      </w:r>
    </w:p>
    <w:p>
      <w:r>
        <w:t>حينها يأتي الاعتبار ما هو الاعتبار المفاهيمي? العلم الحصولي مفهوم الوجود</w:t>
      </w:r>
    </w:p>
    <w:p>
      <w:r>
        <w:t>هذا قائم على العلم الشهودي</w:t>
      </w:r>
    </w:p>
    <w:p>
      <w:r>
        <w:t>اقول كل مكتسب مكتسب</w:t>
      </w:r>
    </w:p>
    <w:p>
      <w:r>
        <w:t>في البعد التصوري او البعد التصديقي</w:t>
      </w:r>
    </w:p>
    <w:p>
      <w:r>
        <w:t>كاسبة اسم فاعل كاسبة لابد له من مبادئ كاسبة له</w:t>
      </w:r>
    </w:p>
    <w:p>
      <w:r>
        <w:t>نعم</w:t>
      </w:r>
    </w:p>
    <w:p>
      <w:r>
        <w:t>اما في التصديقات فكمقدمات لان القياسات تصديقات قياسات وقياسات تحتاج الى مقدمات</w:t>
      </w:r>
    </w:p>
    <w:p>
      <w:r>
        <w:t>واما في التصورات فكالحدود اكتب هنا الحدود بالحمل الشائع</w:t>
      </w:r>
    </w:p>
    <w:p>
      <w:r>
        <w:t>ليس الحدود الثورنة وانما الحمل يعني مفردات تصورية في المخزون المعرفي قد تكون نظرية قد تكون بديهية</w:t>
      </w:r>
    </w:p>
    <w:p>
      <w:r>
        <w:t>نوظفها لتجلية المجهول التصوري تحت معيار الحد المنطقي</w:t>
      </w:r>
    </w:p>
    <w:p>
      <w:r>
        <w:t>اذن كالحدود هنا بالحمل الشعب</w:t>
      </w:r>
    </w:p>
    <w:p>
      <w:r>
        <w:t>يعني كالتصورات التي هي بديهية او مبينة</w:t>
      </w:r>
    </w:p>
    <w:p>
      <w:r>
        <w:t>نظرية</w:t>
      </w:r>
    </w:p>
    <w:p>
      <w:r>
        <w:t>ولابد ان ينتهي القسمان يعني المقدمات التصديقية والتصورات الى مبادئ جلية</w:t>
      </w:r>
    </w:p>
    <w:p>
      <w:r>
        <w:t>مفردة تصورية جلية في ذاتها او مقدمات جلية في الذاتية يعني الشهود</w:t>
      </w:r>
    </w:p>
    <w:p>
      <w:r>
        <w:t>اذا اكتب هذه القاعدة الذهبية</w:t>
      </w:r>
    </w:p>
    <w:p>
      <w:r>
        <w:t>ملاك اليقين في العلم الحصولي هو الشهود</w:t>
      </w:r>
    </w:p>
    <w:p>
      <w:r>
        <w:t>ما يسمى في المدرسة العلم الحضور</w:t>
      </w:r>
    </w:p>
    <w:p>
      <w:r>
        <w:t>ولابد ينتهي القسمان يعني المفردة التصورية المقدمة التصديقية الى مبادئ جلية</w:t>
      </w:r>
    </w:p>
    <w:p>
      <w:r>
        <w:t>يعني الى اصول جلية</w:t>
      </w:r>
    </w:p>
    <w:p>
      <w:r>
        <w:t>اما مفردات تصورية شهودية واما مقدمات تصديقية شهودية</w:t>
      </w:r>
    </w:p>
    <w:p>
      <w:r>
        <w:t>فكما انتهت مباد التصديقات الى الانواع الستة التي مرت علينا</w:t>
      </w:r>
    </w:p>
    <w:p>
      <w:r>
        <w:t>وانا في تصوري حتى هذه الستة اساسها والشهود</w:t>
      </w:r>
    </w:p>
    <w:p>
      <w:r>
        <w:t>كذلك مبادئ التصور تنتهي الى تصور جلي</w:t>
      </w:r>
    </w:p>
    <w:p>
      <w:r>
        <w:t>لا يحتاج الى كسبهم</w:t>
      </w:r>
    </w:p>
    <w:p>
      <w:r>
        <w:t>لا يحتاج الى مفردة اما عقلي شهود عقلي كتصور الوجود او كشهود حسي كتصور السواد</w:t>
      </w:r>
    </w:p>
    <w:p>
      <w:r>
        <w:t>مطلب من ذهب</w:t>
      </w:r>
    </w:p>
    <w:p>
      <w:r>
        <w:t>يشير الى قواعد معرفية وقواعد منطقية</w:t>
      </w:r>
    </w:p>
    <w:p>
      <w:r>
        <w:t>نعم او قواعد في نظرية اليقين</w:t>
      </w:r>
    </w:p>
    <w:p>
      <w:r>
        <w:t>نعم</w:t>
      </w:r>
    </w:p>
    <w:p>
      <w:r>
        <w:t>مع الاسف نظرية اليقين آآ ليست مدروسة بنحو الاستقلال</w:t>
      </w:r>
    </w:p>
    <w:p>
      <w:r>
        <w:t>في الحوزة ولا حتى في الجامعة</w:t>
      </w:r>
    </w:p>
    <w:p>
      <w:r>
        <w:t>ان شاء الله اذا وفقنا الله تعالى اه نعمل دروسا على اليوتيوب</w:t>
      </w:r>
    </w:p>
    <w:p>
      <w:r>
        <w:t>هذه الامور كلها نبينها وتبقى في اليوتيوب يستفيد منها الاهلية للاستفادة</w:t>
      </w:r>
    </w:p>
    <w:p>
      <w:r>
        <w:t>انها مهمة جدا</w:t>
      </w:r>
    </w:p>
    <w:p>
      <w:r>
        <w:t>نظرية اليقين</w:t>
      </w:r>
    </w:p>
    <w:p>
      <w:r>
        <w:t>نظرية المعرفة</w:t>
      </w:r>
    </w:p>
    <w:p>
      <w:r>
        <w:t>وهذه الامور الاساسية</w:t>
      </w:r>
    </w:p>
    <w:p>
      <w:r>
        <w:t>فلسفة المنطق</w:t>
      </w:r>
    </w:p>
    <w:p>
      <w:r>
        <w:t>نعم هذه امور جميلة جدا</w:t>
      </w:r>
    </w:p>
    <w:p>
      <w:r>
        <w:t>اذا افهم جيدا هذه المسألة</w:t>
      </w:r>
    </w:p>
    <w:p>
      <w:r>
        <w:t>جزاك الله خير</w:t>
      </w:r>
    </w:p>
    <w:p>
      <w:r>
        <w:t>لانها هي اساس آآ المنطق واساس العلوم</w:t>
      </w:r>
    </w:p>
    <w:p>
      <w:r>
        <w:t>انت الان في حراك معرفي</w:t>
      </w:r>
    </w:p>
    <w:p>
      <w:r>
        <w:t>حراك معرفي</w:t>
      </w:r>
    </w:p>
    <w:p>
      <w:r>
        <w:t>يعني نشاط معرفي</w:t>
      </w:r>
    </w:p>
    <w:p>
      <w:r>
        <w:t>امامك مجهولات تصورية</w:t>
      </w:r>
    </w:p>
    <w:p>
      <w:r>
        <w:t>ومجهولات تصديقية</w:t>
      </w:r>
    </w:p>
    <w:p>
      <w:r>
        <w:t>يعني عندك مفردات لا تعرفها</w:t>
      </w:r>
    </w:p>
    <w:p>
      <w:r>
        <w:t>وعندك قضايا لا تعرفها</w:t>
      </w:r>
    </w:p>
    <w:p>
      <w:r>
        <w:t>تعرفها بماذا تأتي بالقواعد المنطقية تجليها</w:t>
      </w:r>
    </w:p>
    <w:p>
      <w:r>
        <w:t>مستحيل</w:t>
      </w:r>
    </w:p>
    <w:p>
      <w:r>
        <w:t>لأن القواعد المنطقية صورية</w:t>
      </w:r>
    </w:p>
    <w:p>
      <w:r>
        <w:t>معايير</w:t>
      </w:r>
    </w:p>
    <w:p>
      <w:r>
        <w:t>ما عندها علاقة بالمعرفة</w:t>
      </w:r>
    </w:p>
    <w:p>
      <w:r>
        <w:t>تقول لي شيخنا اذا ماذا افعل? ترجع الى مخزونك المعرفي</w:t>
      </w:r>
    </w:p>
    <w:p>
      <w:r>
        <w:t>تقولي وهذا المخزون معليش من اين جاء جاء من معاينة الخارج</w:t>
      </w:r>
    </w:p>
    <w:p>
      <w:r>
        <w:t>الخارج النفساني الخارج الحسي الخارج الميتافيزيقي</w:t>
      </w:r>
    </w:p>
    <w:p>
      <w:r>
        <w:t>لا يهمني انا</w:t>
      </w:r>
    </w:p>
    <w:p>
      <w:r>
        <w:t>نعم</w:t>
      </w:r>
    </w:p>
    <w:p>
      <w:r>
        <w:t>الخارج الذي وصل الينا من خلال الوحي</w:t>
      </w:r>
    </w:p>
    <w:p>
      <w:r>
        <w:t>الوحي كذلك يحكي واقعيات خارجية</w:t>
      </w:r>
    </w:p>
    <w:p>
      <w:r>
        <w:t>بلسان وحياني</w:t>
      </w:r>
    </w:p>
    <w:p>
      <w:r>
        <w:t>المهم حصلت عندنا ضعف معارف</w:t>
      </w:r>
    </w:p>
    <w:p>
      <w:r>
        <w:t>مخزون المعرفي عندنا</w:t>
      </w:r>
    </w:p>
    <w:p>
      <w:r>
        <w:t>الان في دائرة التجليات التصورية</w:t>
      </w:r>
    </w:p>
    <w:p>
      <w:r>
        <w:t>اريد جلي التصور</w:t>
      </w:r>
    </w:p>
    <w:p>
      <w:r>
        <w:t>ما هي الالية عندي هذا المعلوم التصوري</w:t>
      </w:r>
    </w:p>
    <w:p>
      <w:r>
        <w:t>هذا المعلوم تصوري لا يخلو من امري</w:t>
      </w:r>
    </w:p>
    <w:p>
      <w:r>
        <w:t>اما هو كذلك كان مجهولا وبينه او هو لا شهودي بلي</w:t>
      </w:r>
    </w:p>
    <w:p>
      <w:r>
        <w:t>لاحظت? اتي واجلي المجهول تصوري في حقل معرفي ما في مقالة في محاضرة في سجل معرفي في قناة فضائية لا يهم الفضاء</w:t>
      </w:r>
    </w:p>
    <w:p>
      <w:r>
        <w:t>ما هو العمل? اركز على هذا المخ المعرفي البين بذاته شهودي واما بينت عن ابي مفردة صورية اخرى</w:t>
      </w:r>
    </w:p>
    <w:p>
      <w:r>
        <w:t>الان عندي واضح اريد انتقل الى هذا المجهول تصوري واجليه اوضحه</w:t>
      </w:r>
    </w:p>
    <w:p>
      <w:r>
        <w:t>هنا المعيار المنطقي يفرض نفسه عليها</w:t>
      </w:r>
    </w:p>
    <w:p>
      <w:r>
        <w:t>نعم</w:t>
      </w:r>
    </w:p>
    <w:p>
      <w:r>
        <w:t>يعطيني علما? لا ابدا</w:t>
      </w:r>
    </w:p>
    <w:p>
      <w:r>
        <w:t>يعطيني القاعدة</w:t>
      </w:r>
    </w:p>
    <w:p>
      <w:r>
        <w:t>اذ اخضعت لها هذه المعرفة التي عندي توصلني حقيقة الى تجلية المجنون التصوري</w:t>
      </w:r>
    </w:p>
    <w:p>
      <w:r>
        <w:t>هذا في التصورات</w:t>
      </w:r>
    </w:p>
    <w:p>
      <w:r>
        <w:t>الان في القضية</w:t>
      </w:r>
    </w:p>
    <w:p>
      <w:r>
        <w:t>عندي قضية مجهولة عندي</w:t>
      </w:r>
    </w:p>
    <w:p>
      <w:r>
        <w:t>ارجع الى القضايا التي عندي</w:t>
      </w:r>
    </w:p>
    <w:p>
      <w:r>
        <w:t>على قسمين</w:t>
      </w:r>
    </w:p>
    <w:p>
      <w:r>
        <w:t>قضايا الشهودية</w:t>
      </w:r>
    </w:p>
    <w:p>
      <w:r>
        <w:t>ناتجة من العلم الحضوري</w:t>
      </w:r>
    </w:p>
    <w:p>
      <w:r>
        <w:t>قضايا لا</w:t>
      </w:r>
    </w:p>
    <w:p>
      <w:r>
        <w:t>مستدل مخزون معرفي</w:t>
      </w:r>
    </w:p>
    <w:p>
      <w:r>
        <w:t>استخدم الذي يناسب هذا المجهول التصديقي</w:t>
      </w:r>
    </w:p>
    <w:p>
      <w:r>
        <w:t>يعني اتحرك فكريا</w:t>
      </w:r>
    </w:p>
    <w:p>
      <w:r>
        <w:t>حين التحرك الفكري لاضاءة هذا المجهول التصديقي حتى يصير ضوءا مكشوفا علما كاشفا اخظح لي اليات المنطق</w:t>
      </w:r>
    </w:p>
    <w:p>
      <w:r>
        <w:t>اول اخضاع هو الحكم الية الحكم حتى انتج القضية ثم العقيسة</w:t>
      </w:r>
    </w:p>
    <w:p>
      <w:r>
        <w:t>اقيس ليست علما معايير حاكمة على فكر التصديق</w:t>
      </w:r>
    </w:p>
    <w:p>
      <w:r>
        <w:t>اذا العلم المنتج تصوري او التصديقي</w:t>
      </w:r>
    </w:p>
    <w:p>
      <w:r>
        <w:t>العلم الذي تجلى من من الابهام من التصوري والجانب التصديقي الى العلم صار علما</w:t>
      </w:r>
    </w:p>
    <w:p>
      <w:r>
        <w:t>كيف وصلنا اليه? انظر وصلنا اليه بالمعطيات العلمية كمخزون معرفي</w:t>
      </w:r>
    </w:p>
    <w:p>
      <w:r>
        <w:t>واخضاع هذه المعطيات للقواعد المنطقية التي هي صورية محضة</w:t>
      </w:r>
    </w:p>
    <w:p>
      <w:r>
        <w:t>هل تجعلني انا مفكرا كبيرا لله</w:t>
      </w:r>
    </w:p>
    <w:p>
      <w:r>
        <w:t>بالمراعاة</w:t>
      </w:r>
    </w:p>
    <w:p>
      <w:r>
        <w:t>اذا اخضعت فكري لها</w:t>
      </w:r>
    </w:p>
    <w:p>
      <w:r>
        <w:t>حينها يأتي المنتوج المعرفي</w:t>
      </w:r>
    </w:p>
    <w:p>
      <w:r>
        <w:t>متى يكون كاملا? ومتى يكون ناقصا? يكون كاملا اذا راعينا المعطيات العلمية يعني اخذناها من الواقع كما هي</w:t>
      </w:r>
    </w:p>
    <w:p>
      <w:r>
        <w:t>هذا اول واخضعناه حقيقة للمعايير المنطقية كما تقتضي تلك المعايير كما هي تقتضي مراعاة تامة</w:t>
      </w:r>
    </w:p>
    <w:p>
      <w:r>
        <w:t>تأتي المعرفة التامة</w:t>
      </w:r>
    </w:p>
    <w:p>
      <w:r>
        <w:t>اما اذا كانت المعطيات ناقصة والمعايير اخضعنا الفكر لها بتمامها</w:t>
      </w:r>
    </w:p>
    <w:p>
      <w:r>
        <w:t>كذلك النتيجة تكون ناقصة</w:t>
      </w:r>
    </w:p>
    <w:p>
      <w:r>
        <w:t>كانت المعطيات كاملة ولم نراعي القواعد المنطقية</w:t>
      </w:r>
    </w:p>
    <w:p>
      <w:r>
        <w:t>يعني لم نخضع فكرنا لتمام القواعد المنطقية المنتوج المعرفي يكون ناقصا</w:t>
      </w:r>
    </w:p>
    <w:p>
      <w:r>
        <w:t>يكون ناقصا</w:t>
      </w:r>
    </w:p>
    <w:p>
      <w:r>
        <w:t>نعم</w:t>
      </w:r>
    </w:p>
    <w:p>
      <w:r>
        <w:t>زيد عاملا اخر</w:t>
      </w:r>
    </w:p>
    <w:p>
      <w:r>
        <w:t>ما هو النفسانيات? انا احب ان يكون هذا المد المجهول التصديقي على هوايا</w:t>
      </w:r>
    </w:p>
    <w:p>
      <w:r>
        <w:t>فالنفسانية توظف المعطيات التي تليق تنسدم مع هذه النفسانيات</w:t>
      </w:r>
    </w:p>
    <w:p>
      <w:r>
        <w:t>هنا ما فيه الحياد المعرفي</w:t>
      </w:r>
    </w:p>
    <w:p>
      <w:r>
        <w:t>لماذا علوم التجريبية الآن تفتخر على جميع العلوم? الميتافيزيقا حتى على الدين</w:t>
      </w:r>
    </w:p>
    <w:p>
      <w:r>
        <w:t>لانها تقول انا ما عندي تحيز</w:t>
      </w:r>
    </w:p>
    <w:p>
      <w:r>
        <w:t>انا عندي قواعد علمية</w:t>
      </w:r>
    </w:p>
    <w:p>
      <w:r>
        <w:t>واصل اليها</w:t>
      </w:r>
    </w:p>
    <w:p>
      <w:r>
        <w:t>ما عندي علاقة باحد</w:t>
      </w:r>
    </w:p>
    <w:p>
      <w:r>
        <w:t>طبعا الان تأسس علم جديد هو فلسفة العلم</w:t>
      </w:r>
    </w:p>
    <w:p>
      <w:r>
        <w:t>هذه هذا يقول خرافة</w:t>
      </w:r>
    </w:p>
    <w:p>
      <w:r>
        <w:t>افصنع اسطورة</w:t>
      </w:r>
    </w:p>
    <w:p>
      <w:r>
        <w:t>ليش? يقول هذا العالم وهو يتعاطى مع الواقع الخارجي التجريبي</w:t>
      </w:r>
    </w:p>
    <w:p>
      <w:r>
        <w:t>خلفيات من ورائه</w:t>
      </w:r>
    </w:p>
    <w:p>
      <w:r>
        <w:t>تتحكم في المنتوج المعرفي</w:t>
      </w:r>
    </w:p>
    <w:p>
      <w:r>
        <w:t>ذلك الخلص والصفا حتى في العلوم التجريبية لا تدعيها</w:t>
      </w:r>
    </w:p>
    <w:p>
      <w:r>
        <w:t>سجال معرفي خطير جدا</w:t>
      </w:r>
    </w:p>
    <w:p>
      <w:r>
        <w:t>الآن بين العلماء في فلسفة العلم</w:t>
      </w:r>
    </w:p>
    <w:p>
      <w:r>
        <w:t>ان شاء الله في الحصة الآتية نكمل البحث</w:t>
      </w:r>
    </w:p>
    <w:p>
      <w:r>
        <w:t>واللهم صل على محمد وال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