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الحد والناقص قال في المتن الحد الذي بحسب الاسم هو الذي يفسره والذي بحسب ما هي والذي يشتمل على جميع مقوماته من جنسه القريب فصوله فإن لم يشتمل فهو ناقص يعني حد ناقص</w:t>
      </w:r>
    </w:p>
    <w:p>
      <w:r>
        <w:t>طبعا هنا ارجاع الضمائر يجب ان تلتفت اليه</w:t>
      </w:r>
    </w:p>
    <w:p>
      <w:r>
        <w:t>والحد الذي هو بحسب هذا التعريف القاموسي لا يسمى حدا في الحقيقة</w:t>
      </w:r>
    </w:p>
    <w:p>
      <w:r>
        <w:t>تعريف لفظي تاريخ تعريف قاموسي</w:t>
      </w:r>
    </w:p>
    <w:p>
      <w:r>
        <w:t>الا اذا قلت الحد اللغوي يعني يحدد الاشياء</w:t>
      </w:r>
    </w:p>
    <w:p>
      <w:r>
        <w:t>والحد الذي هو بحسب الاسم يعني اللفظ القاموسي هو الذي يفسره فقط يعطيك يعني فرائا لغويا فقط</w:t>
      </w:r>
    </w:p>
    <w:p>
      <w:r>
        <w:t>لا يعطيك هوية الشيء المعرف</w:t>
      </w:r>
    </w:p>
    <w:p>
      <w:r>
        <w:t>والذي بحسب ما يعني والحد الذي بحسب ما هي</w:t>
      </w:r>
    </w:p>
    <w:p>
      <w:r>
        <w:t>ما هي المتشكلة من الجنس والفصل? اذا كنت في البسائط كالجنس وكالفصل</w:t>
      </w:r>
    </w:p>
    <w:p>
      <w:r>
        <w:t>هو الذي يعني الحد هو الذي يشتمل على جميع مقوماته</w:t>
      </w:r>
    </w:p>
    <w:p>
      <w:r>
        <w:t>مقوماته الجنس والفصل من بيانية من جنسه القريب ليس الجنس البعيد</w:t>
      </w:r>
    </w:p>
    <w:p>
      <w:r>
        <w:t>اذا قلت ما هو الانسان وقلت جسم ناطق</w:t>
      </w:r>
    </w:p>
    <w:p>
      <w:r>
        <w:t>هذا رسم</w:t>
      </w:r>
    </w:p>
    <w:p>
      <w:r>
        <w:t>هذا رسم اه يقولون رسم اه اه جسم ناطق لا</w:t>
      </w:r>
    </w:p>
    <w:p>
      <w:r>
        <w:t>بدون نقص</w:t>
      </w:r>
    </w:p>
    <w:p>
      <w:r>
        <w:t>لماذا? لان بعض المكونات غابت جسم نامي حساس متحرك بالارادة</w:t>
      </w:r>
    </w:p>
    <w:p>
      <w:r>
        <w:t>كل هذه المكونات اختفت فالحد تام ام ناقص ناقص? حد ناقص</w:t>
      </w:r>
    </w:p>
    <w:p>
      <w:r>
        <w:t>الذي يشتمل على جميع مقوماته من جنسه القريب وفصوله</w:t>
      </w:r>
    </w:p>
    <w:p>
      <w:r>
        <w:t>هذا هو الحد التام</w:t>
      </w:r>
    </w:p>
    <w:p>
      <w:r>
        <w:t>فان لم يشتمل على المكونات بتمامها فهو حد ناقص</w:t>
      </w:r>
    </w:p>
    <w:p>
      <w:r>
        <w:t>اذا بدأ في تق الحد الحد اما تام واما ناقص كما ان الرسم اما تام او ناقص</w:t>
      </w:r>
    </w:p>
    <w:p>
      <w:r>
        <w:t>اقول الحد على قسمين كل قسمة تحتاج الى ملاك هنا الملاك والتمامية وعدم التمامية في المكونات</w:t>
      </w:r>
    </w:p>
    <w:p>
      <w:r>
        <w:t>منه ما هو بحسب الايس وخلينا هذا ليس بحد</w:t>
      </w:r>
    </w:p>
    <w:p>
      <w:r>
        <w:t>هذا ثراء لغوي</w:t>
      </w:r>
    </w:p>
    <w:p>
      <w:r>
        <w:t>ومنه ما هو بحسب هنا يأتي الحد</w:t>
      </w:r>
    </w:p>
    <w:p>
      <w:r>
        <w:t>فالاول هو الذي يفسر الاسم ويشرحه ويندرج فيه الموجود والمعدوم</w:t>
      </w:r>
    </w:p>
    <w:p>
      <w:r>
        <w:t>يعني يفسر الموجودات والمعدومات تفسير قاموسي تفسير لغوي فرع لغوي اكثر من هذا ما فيه</w:t>
      </w:r>
    </w:p>
    <w:p>
      <w:r>
        <w:t>يعطيك اضاءة لغوية عن المعنى</w:t>
      </w:r>
    </w:p>
    <w:p>
      <w:r>
        <w:t>الثاني لا الثاني صناعة نعم</w:t>
      </w:r>
    </w:p>
    <w:p>
      <w:r>
        <w:t>والثاني هو القول المفيد</w:t>
      </w:r>
    </w:p>
    <w:p>
      <w:r>
        <w:t>لتصور الحقيقة في نفسها في ذاتها</w:t>
      </w:r>
    </w:p>
    <w:p>
      <w:r>
        <w:t>خارج للذات مما نحتاج نحتاج فقط الى مقومات</w:t>
      </w:r>
    </w:p>
    <w:p>
      <w:r>
        <w:t>الذات من جنس وفاصل</w:t>
      </w:r>
    </w:p>
    <w:p>
      <w:r>
        <w:t>وانما يكون بعد الوجود</w:t>
      </w:r>
    </w:p>
    <w:p>
      <w:r>
        <w:t>بعد الوجود هنا بالمعنى الوجود المهوي الصادف المهيل</w:t>
      </w:r>
    </w:p>
    <w:p>
      <w:r>
        <w:t>يعني عندك الطبيعة المائية</w:t>
      </w:r>
    </w:p>
    <w:p>
      <w:r>
        <w:t>ان وجدت بحيثياتها الهلية المركبة</w:t>
      </w:r>
    </w:p>
    <w:p>
      <w:r>
        <w:t>نحن دائما نتعامل مع الهدية المركبة</w:t>
      </w:r>
    </w:p>
    <w:p>
      <w:r>
        <w:t>لوجود الماء يعني الماء المتحيص بطارية العدم</w:t>
      </w:r>
    </w:p>
    <w:p>
      <w:r>
        <w:t>بسيلان بالشفافية</w:t>
      </w:r>
    </w:p>
    <w:p>
      <w:r>
        <w:t>ما عندك الماء كهوية لوحدها ابدا</w:t>
      </w:r>
    </w:p>
    <w:p>
      <w:r>
        <w:t>وهي ما هي المتحققة يعني المتحيزة بالوجود</w:t>
      </w:r>
    </w:p>
    <w:p>
      <w:r>
        <w:t>والحيثيات الاخرى تأتي التي تأتي بعد الوجوب</w:t>
      </w:r>
    </w:p>
    <w:p>
      <w:r>
        <w:t>ولهذا يقول آآ يقول في الشرح وانما يكون الحد الذي يورث تصور الماهية</w:t>
      </w:r>
    </w:p>
    <w:p>
      <w:r>
        <w:t>بعد الوجود تكتب هنا بعد التحقق</w:t>
      </w:r>
    </w:p>
    <w:p>
      <w:r>
        <w:t>لانك انت تعاين الواقعيات ثم تبدأ بالهوية في مقام التحليل في النظم المنطقي</w:t>
      </w:r>
    </w:p>
    <w:p>
      <w:r>
        <w:t>تبدأ بمبدأ الهوية</w:t>
      </w:r>
    </w:p>
    <w:p>
      <w:r>
        <w:t>ما هو الماء? ثم تنتقل الى مبدأ الجوهرية يعني القضايا مواصفات الماء</w:t>
      </w:r>
    </w:p>
    <w:p>
      <w:r>
        <w:t>ثم تريد ان تدلل على هذه المواصفات في حقل علمي خاص هذا شأنك</w:t>
      </w:r>
    </w:p>
    <w:p>
      <w:r>
        <w:t>هذه بيناها ولا نكررها</w:t>
      </w:r>
    </w:p>
    <w:p>
      <w:r>
        <w:t>وانما يكون بعد الوجود</w:t>
      </w:r>
    </w:p>
    <w:p>
      <w:r>
        <w:t>نعم بعد الوجود اين في النظم التحققي</w:t>
      </w:r>
    </w:p>
    <w:p>
      <w:r>
        <w:t>اما في النظم المنطقي لا</w:t>
      </w:r>
    </w:p>
    <w:p>
      <w:r>
        <w:t>ما هي سابقة? وان اشتمل على جميع المقومات</w:t>
      </w:r>
    </w:p>
    <w:p>
      <w:r>
        <w:t>هنا التقسيم الى حد تام الى حد النقص</w:t>
      </w:r>
    </w:p>
    <w:p>
      <w:r>
        <w:t>وان اشتمل على جميع المقومات المقومات يعني المقومات الداخلية</w:t>
      </w:r>
    </w:p>
    <w:p>
      <w:r>
        <w:t>يعني الجنس والفصل</w:t>
      </w:r>
    </w:p>
    <w:p>
      <w:r>
        <w:t>من اجناسها وفصولها من بيانها</w:t>
      </w:r>
    </w:p>
    <w:p>
      <w:r>
        <w:t>كان حدا تاما كما تقول الانسان حيوان ناطق</w:t>
      </w:r>
    </w:p>
    <w:p>
      <w:r>
        <w:t>مكونات حاضرة</w:t>
      </w:r>
    </w:p>
    <w:p>
      <w:r>
        <w:t>ماهية ذات ممتدة نامية حساسة متحرك بالارض تدرك الكليات ناطقه</w:t>
      </w:r>
    </w:p>
    <w:p>
      <w:r>
        <w:t>وان اخل الحد ببعض المقومات اخل الحد هنا يجب ان نوضحها جيدا</w:t>
      </w:r>
    </w:p>
    <w:p>
      <w:r>
        <w:t>اخل الحد ليس الحد هو الذي يوخل</w:t>
      </w:r>
    </w:p>
    <w:p>
      <w:r>
        <w:t>وانما الفاعل المعرفي</w:t>
      </w:r>
    </w:p>
    <w:p>
      <w:r>
        <w:t>الفاعل المعرفي وهو يعرف ان ما هي ترك مكون داخلية من المكونات فنقع في الحد الناقص</w:t>
      </w:r>
    </w:p>
    <w:p>
      <w:r>
        <w:t>كان حد الناقصا</w:t>
      </w:r>
    </w:p>
    <w:p>
      <w:r>
        <w:t>وان اخل اذا قلت الحد نسبة مجازية</w:t>
      </w:r>
    </w:p>
    <w:p>
      <w:r>
        <w:t>النسبة الحقيقية لفعل المعرفة</w:t>
      </w:r>
    </w:p>
    <w:p>
      <w:r>
        <w:t>يعني الانسان في نشاطه المعرفي</w:t>
      </w:r>
    </w:p>
    <w:p>
      <w:r>
        <w:t>وان اخل الانسان ببعض المقومات لم يأت بها في عملية التعريف</w:t>
      </w:r>
    </w:p>
    <w:p>
      <w:r>
        <w:t>كان حدا ناقصا</w:t>
      </w:r>
    </w:p>
    <w:p>
      <w:r>
        <w:t>كان حدا ناقصا كان حدا ناقصا ليس في بعده المنطقي وانما في بعده المعرفي</w:t>
      </w:r>
    </w:p>
    <w:p>
      <w:r>
        <w:t>يعني تقول الانسان جسم ناطق محد هذا هو الحد بالحمل الشائع</w:t>
      </w:r>
    </w:p>
    <w:p>
      <w:r>
        <w:t>ليس المعيار المنطقي المنطقي ما عنده علاقة بهذه المكونات</w:t>
      </w:r>
    </w:p>
    <w:p>
      <w:r>
        <w:t>المعيار المنطقي يقول الحد التام بجميع مكوناته الذاتية</w:t>
      </w:r>
    </w:p>
    <w:p>
      <w:r>
        <w:t>الحد الناقص بعض المكونات الداخلية</w:t>
      </w:r>
    </w:p>
    <w:p>
      <w:r>
        <w:t>هذا هو هي الزامات يعني الفاعل المعرفي في حراكه المعرفي في نشاطه المعرفي قال الانسان في هويته جسم ناطق لم يراعي المعيار آآ في التعريف الحدي التام</w:t>
      </w:r>
    </w:p>
    <w:p>
      <w:r>
        <w:t>فخضع لي حد الناقص</w:t>
      </w:r>
    </w:p>
    <w:p>
      <w:r>
        <w:t>كما نقول الانسان جسم ناطق</w:t>
      </w:r>
    </w:p>
    <w:p>
      <w:r>
        <w:t>النموين الحساسية الحركة بالارادة اي</w:t>
      </w:r>
    </w:p>
    <w:p>
      <w:r>
        <w:t>نعم</w:t>
      </w:r>
    </w:p>
    <w:p>
      <w:r>
        <w:t>وكذا لو ذكر فعل جميع اجزاء الماهية</w:t>
      </w:r>
    </w:p>
    <w:p>
      <w:r>
        <w:t>واخل بالجزء السوري</w:t>
      </w:r>
    </w:p>
    <w:p>
      <w:r>
        <w:t>الجزء السوري يعني الفصل</w:t>
      </w:r>
    </w:p>
    <w:p>
      <w:r>
        <w:t>كما تقول الانسان ناطق الحيوان</w:t>
      </w:r>
    </w:p>
    <w:p>
      <w:r>
        <w:t>اذا الجزء السوري هنا لا تفسروا بالناطقية لانها جاء في المثال بالناطقية</w:t>
      </w:r>
    </w:p>
    <w:p>
      <w:r>
        <w:t>اخل بالجزء السوري فورماليزم</w:t>
      </w:r>
    </w:p>
    <w:p>
      <w:r>
        <w:t>اكتب تحتها الترتيب المنطقي</w:t>
      </w:r>
    </w:p>
    <w:p>
      <w:r>
        <w:t>الجزء السوري لاحظت المصطلحات هذه الاشتراكات اللفظية</w:t>
      </w:r>
    </w:p>
    <w:p>
      <w:r>
        <w:t>هنا تنطبق على الناطق لان صورة نوعية</w:t>
      </w:r>
    </w:p>
    <w:p>
      <w:r>
        <w:t>السوري هنا لا يقصد به معنى الترتيب المنطقي</w:t>
      </w:r>
    </w:p>
    <w:p>
      <w:r>
        <w:t>الترتيب المنطقي حيوان مبهم تحصله بالناطق</w:t>
      </w:r>
    </w:p>
    <w:p>
      <w:r>
        <w:t>اذا حيوان سابق والناطق هو الكمال النهائي</w:t>
      </w:r>
    </w:p>
    <w:p>
      <w:r>
        <w:t>يأتي بعد</w:t>
      </w:r>
    </w:p>
    <w:p>
      <w:r>
        <w:t>اذا قلت الانسان ناطق حيوان هنا جاء الخلل في الصورة وليس في المادة</w:t>
      </w:r>
    </w:p>
    <w:p>
      <w:r>
        <w:t>المادة هي هي حيوان ناطق هي هي</w:t>
      </w:r>
    </w:p>
    <w:p>
      <w:r>
        <w:t>في الصورة يعني في الترتيب المنطقي</w:t>
      </w:r>
    </w:p>
    <w:p>
      <w:r>
        <w:t>كما تقول انسان ناطق حيوان فانه ايضا الى الحدود الناقصة</w:t>
      </w:r>
    </w:p>
    <w:p>
      <w:r>
        <w:t>نعم</w:t>
      </w:r>
    </w:p>
    <w:p>
      <w:r>
        <w:t>الناقصة اين? من حيث الترتيب</w:t>
      </w:r>
    </w:p>
    <w:p>
      <w:r>
        <w:t>من حيث الفكر</w:t>
      </w:r>
    </w:p>
    <w:p>
      <w:r>
        <w:t>واضح جدا</w:t>
      </w:r>
    </w:p>
    <w:p>
      <w:r>
        <w:t>المسألة سهلة</w:t>
      </w:r>
    </w:p>
    <w:p>
      <w:r>
        <w:t>قال وربما صار الشرح الاسم بعينه بعد الاثبات حدا حقيقيا</w:t>
      </w:r>
    </w:p>
    <w:p>
      <w:r>
        <w:t>نعم</w:t>
      </w:r>
    </w:p>
    <w:p>
      <w:r>
        <w:t>الان انا في التجلية القاموسية</w:t>
      </w:r>
    </w:p>
    <w:p>
      <w:r>
        <w:t>وعرفوا الانسان قل حيوان ناطق</w:t>
      </w:r>
    </w:p>
    <w:p>
      <w:r>
        <w:t>ثم بعد المعاينة الخارجية والتركيز والتحليل</w:t>
      </w:r>
    </w:p>
    <w:p>
      <w:r>
        <w:t>اصل الى نفس انسان حيوان ناطق صار اثارة الاضاءة القاموسية هي الاضاءة الحقيقية</w:t>
      </w:r>
    </w:p>
    <w:p>
      <w:r>
        <w:t>سهلة جدا</w:t>
      </w:r>
    </w:p>
    <w:p>
      <w:r>
        <w:t>نعم</w:t>
      </w:r>
    </w:p>
    <w:p>
      <w:r>
        <w:t>وربما صار شرح الاسم يعني هذه التجلية القاموسية بعينه بعد الاثبات يعني بعد في الوجود بالتحليل والتركيب صار ماذا? حدا حقيقيا</w:t>
      </w:r>
    </w:p>
    <w:p>
      <w:r>
        <w:t>تقول لي ما الانسان? اقول لك قاموسي هو حيوان ناطق</w:t>
      </w:r>
    </w:p>
    <w:p>
      <w:r>
        <w:t>ثم انت تذهب الى المعاينة</w:t>
      </w:r>
    </w:p>
    <w:p>
      <w:r>
        <w:t>تجد هذا الانسان آآ ذات تفصله عن عن العرض تجده كل الاجسام كالحجر ممتد تعطيه الإمتداد ذات ممتدة</w:t>
      </w:r>
    </w:p>
    <w:p>
      <w:r>
        <w:t>نعم ذات قائمة بنفسها تخرج يعني جوهر ممتد تجده ينمو طفل صغير ينمو ما شاء الله</w:t>
      </w:r>
    </w:p>
    <w:p>
      <w:r>
        <w:t>يشارك النبات في هذه الخاصية</w:t>
      </w:r>
    </w:p>
    <w:p>
      <w:r>
        <w:t>ثم يتحرك بالارادة يمينا شمالا</w:t>
      </w:r>
    </w:p>
    <w:p>
      <w:r>
        <w:t>حساس عنده ادراكا الحسي مثل الحيوان</w:t>
      </w:r>
    </w:p>
    <w:p>
      <w:r>
        <w:t>الى هنا تم البعد الحيواني</w:t>
      </w:r>
    </w:p>
    <w:p>
      <w:r>
        <w:t>ثم تجد يتمتع بخاصية ترقى على الحيوانات وهي ادراك الكليات وصنع الحضارات</w:t>
      </w:r>
    </w:p>
    <w:p>
      <w:r>
        <w:t>اساس هذا هو النفس الناطقة</w:t>
      </w:r>
    </w:p>
    <w:p>
      <w:r>
        <w:t>فتقول ناطقون</w:t>
      </w:r>
    </w:p>
    <w:p>
      <w:r>
        <w:t>تقول انسان ذات قائم بنفسه يعني جوهر ممتد حساس متحرك بالإنارة ناطقه</w:t>
      </w:r>
    </w:p>
    <w:p>
      <w:r>
        <w:t>هو هو آآ الإسم القاموسي</w:t>
      </w:r>
    </w:p>
    <w:p>
      <w:r>
        <w:t>اقول الحد بحسب الإسم قلت لكم بحد الإسم بحسب الإسم هو تعريف وليس بحد</w:t>
      </w:r>
    </w:p>
    <w:p>
      <w:r>
        <w:t>الحد يعني هنا التعريف مطلقا</w:t>
      </w:r>
    </w:p>
    <w:p>
      <w:r>
        <w:t>بحسب الإسم قد حدا بحسب ما هي بعينه</w:t>
      </w:r>
    </w:p>
    <w:p>
      <w:r>
        <w:t>اذا بين آآ بين ثبوت المحدود وتحققه في الخارج</w:t>
      </w:r>
    </w:p>
    <w:p>
      <w:r>
        <w:t>او بين</w:t>
      </w:r>
    </w:p>
    <w:p>
      <w:r>
        <w:t>اذا بين ثبوت المحدود</w:t>
      </w:r>
    </w:p>
    <w:p>
      <w:r>
        <w:t>واتى حق في الخارج</w:t>
      </w:r>
    </w:p>
    <w:p>
      <w:r>
        <w:t>او تقول مبني للفعل</w:t>
      </w:r>
    </w:p>
    <w:p>
      <w:r>
        <w:t>او بينة</w:t>
      </w:r>
    </w:p>
    <w:p>
      <w:r>
        <w:t>الفاعل المعرفي ثبوت محدود وتحققه في الخارج</w:t>
      </w:r>
    </w:p>
    <w:p>
      <w:r>
        <w:t>لك ذلك</w:t>
      </w:r>
    </w:p>
    <w:p>
      <w:r>
        <w:t>كمن يقول ما المثلث المتساوي الاضلاع? الاضلاع الثلاثة كلها متساوية</w:t>
      </w:r>
    </w:p>
    <w:p>
      <w:r>
        <w:t>فاذا قيل له انه شكل شكل كالجنس</w:t>
      </w:r>
    </w:p>
    <w:p>
      <w:r>
        <w:t>لماذا كالجنس? لان هذه اعراض</w:t>
      </w:r>
    </w:p>
    <w:p>
      <w:r>
        <w:t>المثلث عرظ كم متصل هندسة اعراض ام لا? واعراض بسيطة</w:t>
      </w:r>
    </w:p>
    <w:p>
      <w:r>
        <w:t>ولهذا نقول كالجنس</w:t>
      </w:r>
    </w:p>
    <w:p>
      <w:r>
        <w:t>ليست اه ذات ما عندك مثلث ذات</w:t>
      </w:r>
    </w:p>
    <w:p>
      <w:r>
        <w:t>مثلث خشبي</w:t>
      </w:r>
    </w:p>
    <w:p>
      <w:r>
        <w:t>مثلث نحاسي</w:t>
      </w:r>
    </w:p>
    <w:p>
      <w:r>
        <w:t>مثلث زجاجي نعم عرض يحتاج الى مادة يتكئ عليه</w:t>
      </w:r>
    </w:p>
    <w:p>
      <w:r>
        <w:t>انه شكل هذا كالجنس احاط به ثلاثة خطوط متساوية هذا كالفاص</w:t>
      </w:r>
    </w:p>
    <w:p>
      <w:r>
        <w:t>كان حدا بحسب الايس اضاءة قاموسية فاذا برهن على وجوده او برهن الفاعل المعرفي على وجوده في الشكل الاول من كتاب اقريت في الهندسة كان المذكور اولا حدا بحسب الحقيقة</w:t>
      </w:r>
    </w:p>
    <w:p>
      <w:r>
        <w:t>كان المذكور اولا تحت اول اكتب</w:t>
      </w:r>
    </w:p>
    <w:p>
      <w:r>
        <w:t>الحد الإسمي</w:t>
      </w:r>
    </w:p>
    <w:p>
      <w:r>
        <w:t>حدا بحسب الحق</w:t>
      </w:r>
    </w:p>
    <w:p>
      <w:r>
        <w:t>ينقلب حدا مهويا</w:t>
      </w:r>
    </w:p>
    <w:p>
      <w:r>
        <w:t>امور سهلة لا نقف عليها كثير</w:t>
      </w:r>
    </w:p>
    <w:p>
      <w:r>
        <w:t>كيفية اكتساب الحد</w:t>
      </w:r>
    </w:p>
    <w:p>
      <w:r>
        <w:t>قال يكتسب الحد بالبرهان</w:t>
      </w:r>
    </w:p>
    <w:p>
      <w:r>
        <w:t>واضحة جدا على ضوء المعايير العقلية</w:t>
      </w:r>
    </w:p>
    <w:p>
      <w:r>
        <w:t>الحد اين في مبدأ الهوية والبرهان اين? في مبدأ الجوهرية</w:t>
      </w:r>
    </w:p>
    <w:p>
      <w:r>
        <w:t>الحد يولد لك المبدأ الهوائي يولد التصورات</w:t>
      </w:r>
    </w:p>
    <w:p>
      <w:r>
        <w:t>مبدأ الجوهرية يولد القضايا</w:t>
      </w:r>
    </w:p>
    <w:p>
      <w:r>
        <w:t>حتى هناك استدلال ما فيه</w:t>
      </w:r>
    </w:p>
    <w:p>
      <w:r>
        <w:t>الاستدلال بعد انضمام قضية الى قضية يأتي مبدأ السبب الكافي يبين ملاك الانضمام</w:t>
      </w:r>
    </w:p>
    <w:p>
      <w:r>
        <w:t>وما يترتب على هذا الانضمام ما النتيجة</w:t>
      </w:r>
    </w:p>
    <w:p>
      <w:r>
        <w:t>اذا على مستوى مبدأ الهوية لا معنى للبرهان</w:t>
      </w:r>
    </w:p>
    <w:p>
      <w:r>
        <w:t>خروج تخصصي</w:t>
      </w:r>
    </w:p>
    <w:p>
      <w:r>
        <w:t>نعم</w:t>
      </w:r>
    </w:p>
    <w:p>
      <w:r>
        <w:t>يعني ليس مجال البرهان</w:t>
      </w:r>
    </w:p>
    <w:p>
      <w:r>
        <w:t>ولهذا يقول ولا يكتسب الحد بالبرهان</w:t>
      </w:r>
    </w:p>
    <w:p>
      <w:r>
        <w:t>يعني نحن في مقام الوحيدية</w:t>
      </w:r>
    </w:p>
    <w:p>
      <w:r>
        <w:t>لم يتعين الا بذاته</w:t>
      </w:r>
    </w:p>
    <w:p>
      <w:r>
        <w:t>حتى بذاته مسامحة استعارة فقط</w:t>
      </w:r>
    </w:p>
    <w:p>
      <w:r>
        <w:t>لان المقومات يعني في مقام مبدأ الهوية عندك فقط المقومات الذاتية يعني لا يلحق بعلل غير هناك يعني مبدأ السبب الكافي لا يجري</w:t>
      </w:r>
    </w:p>
    <w:p>
      <w:r>
        <w:t>لا يلحق بعلل غير انفسها اكتب</w:t>
      </w:r>
    </w:p>
    <w:p>
      <w:r>
        <w:t>هناك مبنى السبب الكافي لا يجري</w:t>
      </w:r>
    </w:p>
    <w:p>
      <w:r>
        <w:t>انا درست الفلسفة والعقائد</w:t>
      </w:r>
    </w:p>
    <w:p>
      <w:r>
        <w:t>بهذا اللسان بهذه الكيفية انطلاقا من معايير العقلية وتطبيق المنطقي واضح جدا</w:t>
      </w:r>
    </w:p>
    <w:p>
      <w:r>
        <w:t>فالطالب كل الامور واضحة عنده</w:t>
      </w:r>
    </w:p>
    <w:p>
      <w:r>
        <w:t>لا يبقى في دينه ابهام لا يلحق بعلل غير انفسها</w:t>
      </w:r>
    </w:p>
    <w:p>
      <w:r>
        <w:t>الذاتي لا يعلل</w:t>
      </w:r>
    </w:p>
    <w:p>
      <w:r>
        <w:t>هناك انت في الذات كيف تعلل? الانسان انسان تسأل لما هو انسان خرافة</w:t>
      </w:r>
    </w:p>
    <w:p>
      <w:r>
        <w:t>اذا فيما قام المقاومات الذاتية يعني مبدأ الهوية هناك لا معنى حركة مبدأ السبيل الكافي</w:t>
      </w:r>
    </w:p>
    <w:p>
      <w:r>
        <w:t>لا يلح عليك مبدأ السبب الكافي آآ بكشف علة الانسان ماذا هو انسان? انسان هو انسان</w:t>
      </w:r>
    </w:p>
    <w:p>
      <w:r>
        <w:t>لذلك تكون واضحة بذواتها</w:t>
      </w:r>
    </w:p>
    <w:p>
      <w:r>
        <w:t>اه اذا اكتشفت الجنس والفصل يأتيك الوضوح ما تحتاج الى علة خارجية</w:t>
      </w:r>
    </w:p>
    <w:p>
      <w:r>
        <w:t>فلا وسط اوضح منها وهذا ما معنى الذاتي لا يعلل</w:t>
      </w:r>
    </w:p>
    <w:p>
      <w:r>
        <w:t>الذاتي لا يعلل مبدأ السبب الكافي كمعيار سرمدي اذا وصل الى الذات لا يلح يلح على الفاعل المعرفي آآ ويدفعه نحو كشف العلة ابدا نحن في متن العلة</w:t>
      </w:r>
    </w:p>
    <w:p>
      <w:r>
        <w:t>الذاتي لا يعلل</w:t>
      </w:r>
    </w:p>
    <w:p>
      <w:r>
        <w:t>اقول اعلم ان الحد لا يكتسب بالبرهان لوجهين</w:t>
      </w:r>
    </w:p>
    <w:p>
      <w:r>
        <w:t>برهان يعني بالدليل</w:t>
      </w:r>
    </w:p>
    <w:p>
      <w:r>
        <w:t>دليل يقيني</w:t>
      </w:r>
    </w:p>
    <w:p>
      <w:r>
        <w:t>هنا العلم الحلي يأتي بي وجهين</w:t>
      </w:r>
    </w:p>
    <w:p>
      <w:r>
        <w:t>ان الحد مركب من المقاومة مقاومة اين? في مبدأ الهوية</w:t>
      </w:r>
    </w:p>
    <w:p>
      <w:r>
        <w:t>لان الجنس والفصل في المهية</w:t>
      </w:r>
    </w:p>
    <w:p>
      <w:r>
        <w:t>يعني في حكومة مبدأ الهوية</w:t>
      </w:r>
    </w:p>
    <w:p>
      <w:r>
        <w:t>للشيء المحدود للشيء المحدود يعني ما انسان ذهب</w:t>
      </w:r>
    </w:p>
    <w:p>
      <w:r>
        <w:t>ومقومات الشيء ان تلحق لذاته</w:t>
      </w:r>
    </w:p>
    <w:p>
      <w:r>
        <w:t>لا لعلل مغايرة لذاته</w:t>
      </w:r>
    </w:p>
    <w:p>
      <w:r>
        <w:t>يعني يريد يتكلم بلسان المعايير العقلية</w:t>
      </w:r>
    </w:p>
    <w:p>
      <w:r>
        <w:t>ان هذا المورد لا يجري فيه مبدأ السبب الكافي</w:t>
      </w:r>
    </w:p>
    <w:p>
      <w:r>
        <w:t>لاننا في الذاتي والذاتي لا يعلم</w:t>
      </w:r>
    </w:p>
    <w:p>
      <w:r>
        <w:t>لان تصوره تصور المحدود</w:t>
      </w:r>
    </w:p>
    <w:p>
      <w:r>
        <w:t>الماء الانسان ذهب</w:t>
      </w:r>
    </w:p>
    <w:p>
      <w:r>
        <w:t>متظمن لتصور المقومات</w:t>
      </w:r>
    </w:p>
    <w:p>
      <w:r>
        <w:t>جنس والفاس</w:t>
      </w:r>
    </w:p>
    <w:p>
      <w:r>
        <w:t>و اه تصور المقومات فقط المقومات لا مقومات بشرط شيء</w:t>
      </w:r>
    </w:p>
    <w:p>
      <w:r>
        <w:t>بشرط اي شيء ما هو? انه مقوما للماء</w:t>
      </w:r>
    </w:p>
    <w:p>
      <w:r>
        <w:t>مقوما للانسان يعني مقومة للمحدود</w:t>
      </w:r>
    </w:p>
    <w:p>
      <w:r>
        <w:t>وتصور ثبوتها للمحدود</w:t>
      </w:r>
    </w:p>
    <w:p>
      <w:r>
        <w:t>انت لا يكفي ان تتصور البدن والنفس الناطقة</w:t>
      </w:r>
    </w:p>
    <w:p>
      <w:r>
        <w:t>لا</w:t>
      </w:r>
    </w:p>
    <w:p>
      <w:r>
        <w:t>هنا لسنا في دائرة التقويم</w:t>
      </w:r>
    </w:p>
    <w:p>
      <w:r>
        <w:t>اذا قلنا المادة للانسان النفس الناطقة للانسان</w:t>
      </w:r>
    </w:p>
    <w:p>
      <w:r>
        <w:t>يعني البدن بوصفه مقوما للحقيقة الانسانية</w:t>
      </w:r>
    </w:p>
    <w:p>
      <w:r>
        <w:t>والنفس الناطقة بوصفها محققة للحقيقة الانسانية</w:t>
      </w:r>
    </w:p>
    <w:p>
      <w:r>
        <w:t>هذه بوصفها يعني حيثية العلية</w:t>
      </w:r>
    </w:p>
    <w:p>
      <w:r>
        <w:t>الداخلية</w:t>
      </w:r>
    </w:p>
    <w:p>
      <w:r>
        <w:t>نعم ولهذا يقول لان تصور المحدود الانساني ماء الذهب الجن الملكي الحمار</w:t>
      </w:r>
    </w:p>
    <w:p>
      <w:r>
        <w:t>نعم</w:t>
      </w:r>
    </w:p>
    <w:p>
      <w:r>
        <w:t>لان تصوره متضمن لتصور المقومات</w:t>
      </w:r>
    </w:p>
    <w:p>
      <w:r>
        <w:t>وتصورها كذلك بشرط شيء</w:t>
      </w:r>
    </w:p>
    <w:p>
      <w:r>
        <w:t>يعني بشرط التقويم</w:t>
      </w:r>
    </w:p>
    <w:p>
      <w:r>
        <w:t>وتصور ثبوتها له</w:t>
      </w:r>
    </w:p>
    <w:p>
      <w:r>
        <w:t>يعني داخل فيها</w:t>
      </w:r>
    </w:p>
    <w:p>
      <w:r>
        <w:t>ولاجل ان المقومات تلحق ما هي مقومة له يعني داخلة في المحدود والماء والذهب والعمار لذاته ليس لعلة خارجية لا لعلل متوسطة تتوسط بين الذات والمقومات كانت واضحة الثبوت له</w:t>
      </w:r>
    </w:p>
    <w:p>
      <w:r>
        <w:t>نعم</w:t>
      </w:r>
    </w:p>
    <w:p>
      <w:r>
        <w:t>واضحة الثبوت</w:t>
      </w:r>
    </w:p>
    <w:p>
      <w:r>
        <w:t>محور ابستيمي</w:t>
      </w:r>
    </w:p>
    <w:p>
      <w:r>
        <w:t>واضحة</w:t>
      </w:r>
    </w:p>
    <w:p>
      <w:r>
        <w:t>الوضوح ابستيمي</w:t>
      </w:r>
    </w:p>
    <w:p>
      <w:r>
        <w:t>نعم</w:t>
      </w:r>
    </w:p>
    <w:p>
      <w:r>
        <w:t>واضحة التحقق للماء</w:t>
      </w:r>
    </w:p>
    <w:p>
      <w:r>
        <w:t>اذ لا علة لها</w:t>
      </w:r>
    </w:p>
    <w:p>
      <w:r>
        <w:t>اشارة الى عدم سريان مادة السبب الكافي هناك منافذ ذاتي</w:t>
      </w:r>
    </w:p>
    <w:p>
      <w:r>
        <w:t>فلا وسط اوضح منها</w:t>
      </w:r>
    </w:p>
    <w:p>
      <w:r>
        <w:t>اذا توضيح الواضح تحصيل للحصر</w:t>
      </w:r>
    </w:p>
    <w:p>
      <w:r>
        <w:t>هذا الوجه الاول</w:t>
      </w:r>
    </w:p>
    <w:p>
      <w:r>
        <w:t>الوجه الثاني ان للحد الاوسط في البرهان</w:t>
      </w:r>
    </w:p>
    <w:p>
      <w:r>
        <w:t>يربط بين الاسر هادي وظيفتو ثم يختفي في النتيجة</w:t>
      </w:r>
    </w:p>
    <w:p>
      <w:r>
        <w:t>نعم فهو علة للنتيجة</w:t>
      </w:r>
    </w:p>
    <w:p>
      <w:r>
        <w:t>ان الحد الاوسط يجب ان يكون مساويا للطرفين مساويا ليس بالضرورة في المعنى</w:t>
      </w:r>
    </w:p>
    <w:p>
      <w:r>
        <w:t>مساويا في الصدق</w:t>
      </w:r>
    </w:p>
    <w:p>
      <w:r>
        <w:t>في الصدق</w:t>
      </w:r>
    </w:p>
    <w:p>
      <w:r>
        <w:t>نعم تقول انسان حيوان وكل حيوان حساس الانسان حساس</w:t>
      </w:r>
    </w:p>
    <w:p>
      <w:r>
        <w:t>حيوان علة حساسية الانسان</w:t>
      </w:r>
    </w:p>
    <w:p>
      <w:r>
        <w:t>الانسان حيوان تساوي في المعنى لا انسان حيوان ناطق</w:t>
      </w:r>
    </w:p>
    <w:p>
      <w:r>
        <w:t>والحيوان جسم لم احساس متحرك بالارادة ما عنده الناطقية</w:t>
      </w:r>
    </w:p>
    <w:p>
      <w:r>
        <w:t>اذا ما في تساوي في المعنى</w:t>
      </w:r>
    </w:p>
    <w:p>
      <w:r>
        <w:t>التساوي في الصدق</w:t>
      </w:r>
    </w:p>
    <w:p>
      <w:r>
        <w:t>نعم</w:t>
      </w:r>
    </w:p>
    <w:p>
      <w:r>
        <w:t>التساوي في الصدق يعني حيثما كان الانسان يكون معه الحيوان</w:t>
      </w:r>
    </w:p>
    <w:p>
      <w:r>
        <w:t>عنوان الحيوان العام ها? ليس صديق الحيوان</w:t>
      </w:r>
    </w:p>
    <w:p>
      <w:r>
        <w:t>نعم</w:t>
      </w:r>
    </w:p>
    <w:p>
      <w:r>
        <w:t>يعني في طه مثلا انسان موجود حيوان موجود</w:t>
      </w:r>
    </w:p>
    <w:p>
      <w:r>
        <w:t>في ليلة</w:t>
      </w:r>
    </w:p>
    <w:p>
      <w:r>
        <w:t>انسان موجود والحيوان موجود</w:t>
      </w:r>
    </w:p>
    <w:p>
      <w:r>
        <w:t>ثم تقول وكل حيوان حساس يعني في كل مورد تحقق يتحقق الحساس</w:t>
      </w:r>
    </w:p>
    <w:p>
      <w:r>
        <w:t>هذا معناه التساوي</w:t>
      </w:r>
    </w:p>
    <w:p>
      <w:r>
        <w:t>ان الحد الأوسط الذي يربط بين الأصغر والأكبر ويولد النتيجة</w:t>
      </w:r>
    </w:p>
    <w:p>
      <w:r>
        <w:t>يجب ان يكون مساوي للطرفين</w:t>
      </w:r>
    </w:p>
    <w:p>
      <w:r>
        <w:t>على الوجوب بمعنى الإ الزام ليس الوجوب بالمعنى آآ العلمي والمعنوي الإلزام يعني معيار يعني معايير الأمور خارج المعايير خطأ معايير الأمور يجب ان يتساوى في صدق آآ الحد الاوسط والحد الاصغر والحد الاوسط والحد الاكبر</w:t>
      </w:r>
    </w:p>
    <w:p>
      <w:r>
        <w:t>فان حمل على المحدود حمل الحدية حمل الحدية يعني فداعية مبدأ الهوية</w:t>
      </w:r>
    </w:p>
    <w:p>
      <w:r>
        <w:t>كان للشيء حدا</w:t>
      </w:r>
    </w:p>
    <w:p>
      <w:r>
        <w:t>وكان الشيء وسطا لنفسه</w:t>
      </w:r>
    </w:p>
    <w:p>
      <w:r>
        <w:t>نعم</w:t>
      </w:r>
    </w:p>
    <w:p>
      <w:r>
        <w:t>لاحظت يعني انت اذا كنت في الهوية ما هي الف وتأتي بالحد الأوسط الذي يساوي الف</w:t>
      </w:r>
    </w:p>
    <w:p>
      <w:r>
        <w:t>باء يساوي الف ثم تأتي من خلال باب تأتي بشيء جديد</w:t>
      </w:r>
    </w:p>
    <w:p>
      <w:r>
        <w:t>يعني انت الف ياء الهوية</w:t>
      </w:r>
    </w:p>
    <w:p>
      <w:r>
        <w:t>ما يساوي الهوية</w:t>
      </w:r>
    </w:p>
    <w:p>
      <w:r>
        <w:t>بجر لك تجيب يعني الف هو جر رجيم</w:t>
      </w:r>
    </w:p>
    <w:p>
      <w:r>
        <w:t>يعني الف الاصلي</w:t>
      </w:r>
    </w:p>
    <w:p>
      <w:r>
        <w:t>ولهذا يقول واه للشيء حدا هو الف وباء وكان الشيء وسطا لنفسي</w:t>
      </w:r>
    </w:p>
    <w:p>
      <w:r>
        <w:t>وان حمل عليه على انه ثابت له ثابت له يعني كمقومات داخلية</w:t>
      </w:r>
    </w:p>
    <w:p>
      <w:r>
        <w:t>الحد ان حمل عليه على المحدود على انه حد له اتحد الاوسط والاصغر</w:t>
      </w:r>
    </w:p>
    <w:p>
      <w:r>
        <w:t>نعم</w:t>
      </w:r>
    </w:p>
    <w:p>
      <w:r>
        <w:t>هذا هو يريد يفلسف عدم جريان</w:t>
      </w:r>
    </w:p>
    <w:p>
      <w:r>
        <w:t>مبدأ السبب الكافي</w:t>
      </w:r>
    </w:p>
    <w:p>
      <w:r>
        <w:t>في مبدأ الهوية</w:t>
      </w:r>
    </w:p>
    <w:p>
      <w:r>
        <w:t>معناه اذا انت ارد ان تستدل على الهوية انسان انسان تبقى تدور كما يدور الحمار حول الراحة</w:t>
      </w:r>
    </w:p>
    <w:p>
      <w:r>
        <w:t>هم</w:t>
      </w:r>
    </w:p>
    <w:p>
      <w:r>
        <w:t>ما يخرج من مبدأ الهوية ابدا</w:t>
      </w:r>
    </w:p>
    <w:p>
      <w:r>
        <w:t>نعم</w:t>
      </w:r>
    </w:p>
    <w:p>
      <w:r>
        <w:t>فالحد ان حمل عليه على انه حد له الاتحاد الاوسط والاصغر</w:t>
      </w:r>
    </w:p>
    <w:p>
      <w:r>
        <w:t>وان حمل عليه انه حد لما صدق عليه من حيث المصداق لزم كونه لزم كون الحد حدا لامور متغايرة</w:t>
      </w:r>
    </w:p>
    <w:p>
      <w:r>
        <w:t>نعم</w:t>
      </w:r>
    </w:p>
    <w:p>
      <w:r>
        <w:t>لان المصادق متعددة وان حم عليه مطلقا لم يلتزم التحديد</w:t>
      </w:r>
    </w:p>
    <w:p>
      <w:r>
        <w:t>وعليه مطلقا لم يلزم التحديد مطلقا</w:t>
      </w:r>
    </w:p>
    <w:p>
      <w:r>
        <w:t>يعني عام مبهم يجب ان يخصص</w:t>
      </w:r>
    </w:p>
    <w:p>
      <w:r>
        <w:t>لا يلزم التحديد</w:t>
      </w:r>
    </w:p>
    <w:p>
      <w:r>
        <w:t>اه هذا هذه البرها والحد ما بيناه</w:t>
      </w:r>
    </w:p>
    <w:p>
      <w:r>
        <w:t>صدقوني تنتمي تقريبا تسعين بالمئة الى فلسفة المنطق</w:t>
      </w:r>
    </w:p>
    <w:p>
      <w:r>
        <w:t>ولا تنتمي الى علم المنطق</w:t>
      </w:r>
    </w:p>
    <w:p>
      <w:r>
        <w:t>نعم</w:t>
      </w:r>
    </w:p>
    <w:p>
      <w:r>
        <w:t>بدار هنا في الحاشية شرح المطلب بالتفصيل باللغة الفارسية</w:t>
      </w:r>
    </w:p>
    <w:p>
      <w:r>
        <w:t>اعيد التطبيق لانه آآ مبهم نوعا ما</w:t>
      </w:r>
    </w:p>
    <w:p>
      <w:r>
        <w:t>ثاني ان الحد الاوسط وظيفته الجمع بين الاصغر والاكبر ويختفي في النتيجة</w:t>
      </w:r>
    </w:p>
    <w:p>
      <w:r>
        <w:t>يعني هو ملاك الاستدلال</w:t>
      </w:r>
    </w:p>
    <w:p>
      <w:r>
        <w:t>يجب ان يكون مساويا للطرفين</w:t>
      </w:r>
    </w:p>
    <w:p>
      <w:r>
        <w:t>واضحة وجدا واضحة جدا والا لا معنى ان يتوسط ما معنى ان يتوسط? فان حمل على المحدود حمل الحدية</w:t>
      </w:r>
    </w:p>
    <w:p>
      <w:r>
        <w:t>معنى ما معنى حمل الحدية? يعني المحدود بال شيء واحد هذا هو الحد تقول انسان حيوان ناطق شيء واحد كان للشيء حدا نعم الحد في ذاته والحد بالاوسط</w:t>
      </w:r>
    </w:p>
    <w:p>
      <w:r>
        <w:t>وكان الشيء وسط لنفسه</w:t>
      </w:r>
    </w:p>
    <w:p>
      <w:r>
        <w:t>لان الحد هو المحدود</w:t>
      </w:r>
    </w:p>
    <w:p>
      <w:r>
        <w:t>وان حمل على انه ثابت له يعني حمل الحد الاوسط على انه ثابت له</w:t>
      </w:r>
    </w:p>
    <w:p>
      <w:r>
        <w:t>يعني احد مقوماته</w:t>
      </w:r>
    </w:p>
    <w:p>
      <w:r>
        <w:t>فالحد انما حمل عليه على انه حد له اتحد الاسط والاصغار</w:t>
      </w:r>
    </w:p>
    <w:p>
      <w:r>
        <w:t>لانها ثابت له يعني مقومة له</w:t>
      </w:r>
    </w:p>
    <w:p>
      <w:r>
        <w:t>مقوم له</w:t>
      </w:r>
    </w:p>
    <w:p>
      <w:r>
        <w:t>حمل اولي</w:t>
      </w:r>
    </w:p>
    <w:p>
      <w:r>
        <w:t>لاحظت الحمل الاولي? يعني الاستدلال على مستوى الذات لا تخرج من الذات تبقى تدور</w:t>
      </w:r>
    </w:p>
    <w:p>
      <w:r>
        <w:t>الدوران على مستوى مبنى الهوية يسمى تحصيل حاصل</w:t>
      </w:r>
    </w:p>
    <w:p>
      <w:r>
        <w:t>وان حمل عليه على انه حد لما صدق عليه يعني هذا الاوسط يحمل على الحد حد لما صادق عليه يعني على مصديقه السريان الصدقي يعني على طه على ليلى على زينب على علي على بلال لما صادق عليه لازم كون الحد حدا لامور متغيرة</w:t>
      </w:r>
    </w:p>
    <w:p>
      <w:r>
        <w:t>تقول شيخنا ليش متغايرة? متحدة في الانسان</w:t>
      </w:r>
    </w:p>
    <w:p>
      <w:r>
        <w:t>لا الانسان طبيعة كلية</w:t>
      </w:r>
    </w:p>
    <w:p>
      <w:r>
        <w:t>لا كفؤ الهوية</w:t>
      </w:r>
    </w:p>
    <w:p>
      <w:r>
        <w:t>لا انا اراعي الكثرة هنا</w:t>
      </w:r>
    </w:p>
    <w:p>
      <w:r>
        <w:t>ويصدق عليها بالتساوي</w:t>
      </w:r>
    </w:p>
    <w:p>
      <w:r>
        <w:t>يعني زيد يس ليلة ليلة تساوي زيت</w:t>
      </w:r>
    </w:p>
    <w:p>
      <w:r>
        <w:t>نعم</w:t>
      </w:r>
    </w:p>
    <w:p>
      <w:r>
        <w:t>لكون الحد حدا لأمور متغيرة</w:t>
      </w:r>
    </w:p>
    <w:p>
      <w:r>
        <w:t>كيف يكون حدا لأمور متغايرة? الحد هو هي الجامعة</w:t>
      </w:r>
    </w:p>
    <w:p>
      <w:r>
        <w:t>لأمور متغيرة يعني ما في حيثية اشتراك</w:t>
      </w:r>
    </w:p>
    <w:p>
      <w:r>
        <w:t>وان حمل عليه حمل الأوسط على المحدود مطلقا يعني غير متعين لم يلزم التحديد يعني ما فيه عملية للتحديد</w:t>
      </w:r>
    </w:p>
    <w:p>
      <w:r>
        <w:t>هذا هو معناه لا يمكن جريان مبدأ السبب الكافي في الحد نبقى ندور ونتحرك في تحصيل الحاصل تبيين الشيء بنفسه</w:t>
      </w:r>
    </w:p>
    <w:p>
      <w:r>
        <w:t>نعم</w:t>
      </w:r>
    </w:p>
    <w:p>
      <w:r>
        <w:t>تركيب الحد من الذاتيات المقاومة للشهية ان شاء الله</w:t>
      </w:r>
    </w:p>
    <w:p>
      <w:r>
        <w:t>بيان واللهم صل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