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بسم الله الرحمن الرحيم</w:t>
      </w:r>
    </w:p>
    <w:p>
      <w:r>
        <w:t>الله يا الله</w:t>
      </w:r>
    </w:p>
    <w:p>
      <w:r>
        <w:t>والحمد لله</w:t>
      </w:r>
    </w:p>
    <w:p>
      <w:r>
        <w:t>والله اكبر</w:t>
      </w:r>
    </w:p>
    <w:p>
      <w:r>
        <w:t>اعوذ بالله من الشيطان الرجيم</w:t>
      </w:r>
    </w:p>
    <w:p>
      <w:r>
        <w:t>بسم الله الرحمن الرحيم وبه تعالى نستعين</w:t>
      </w:r>
    </w:p>
    <w:p>
      <w:r>
        <w:t>والصلاة والسلام على محمد واله الطيبين الطاهرين</w:t>
      </w:r>
    </w:p>
    <w:p>
      <w:r>
        <w:t>اللهم صل على محمد وال محمد</w:t>
      </w:r>
    </w:p>
    <w:p>
      <w:r>
        <w:t>اللهم ارزقنا التوفيق والاخلاص</w:t>
      </w:r>
    </w:p>
    <w:p>
      <w:r>
        <w:t>وصلنا معكم الى هذا العنوان تركيب الحد من الذاتيات المقاومة للشيء قال بل يتركب آآ الذاتيات المقومة</w:t>
      </w:r>
    </w:p>
    <w:p>
      <w:r>
        <w:t>بل تتركب او بل تتركب الذاتيات اه هذه الخلفيات هو يكتب بالخلفيات وليس في ما هو في المخطوطة</w:t>
      </w:r>
    </w:p>
    <w:p>
      <w:r>
        <w:t>نعم</w:t>
      </w:r>
    </w:p>
    <w:p>
      <w:r>
        <w:t>بل يتركبوا او تتركب الذاتيات المقاومة يعني الجنس والفصل على ترتيبها الطبيعي هذا هو الذي سماه الصوري في ترتيب صوري</w:t>
      </w:r>
    </w:p>
    <w:p>
      <w:r>
        <w:t>على ترتيب الطبيعي وايراد الفصول المحصلة لوجود اجناسها اجمع</w:t>
      </w:r>
    </w:p>
    <w:p>
      <w:r>
        <w:t>الاجناس مهما امتدت تبقى فضفاضة</w:t>
      </w:r>
    </w:p>
    <w:p>
      <w:r>
        <w:t>من يخرجها من الفضفضة الى التحصن</w:t>
      </w:r>
    </w:p>
    <w:p>
      <w:r>
        <w:t>ويتعين المعنى هي الفصول</w:t>
      </w:r>
    </w:p>
    <w:p>
      <w:r>
        <w:t>نعم هي الفصول</w:t>
      </w:r>
    </w:p>
    <w:p>
      <w:r>
        <w:t>وهذا الحديث من محقق الطوسي نظم منطقي بامتياز</w:t>
      </w:r>
    </w:p>
    <w:p>
      <w:r>
        <w:t>نعم</w:t>
      </w:r>
    </w:p>
    <w:p>
      <w:r>
        <w:t>نظم منطقي بامتياز</w:t>
      </w:r>
    </w:p>
    <w:p>
      <w:r>
        <w:t>ما عنده علاقة بالنظمة</w:t>
      </w:r>
    </w:p>
    <w:p>
      <w:r>
        <w:t>التحقق</w:t>
      </w:r>
    </w:p>
    <w:p>
      <w:r>
        <w:t>في النظم التحققي عندنا حقيقة واحدة</w:t>
      </w:r>
    </w:p>
    <w:p>
      <w:r>
        <w:t>ما عندنا حقيقة</w:t>
      </w:r>
    </w:p>
    <w:p>
      <w:r>
        <w:t>يعني ما عندنا بدل الانسان بقي مبهما ثم التصق به الفصل يعني النفس الناطقة</w:t>
      </w:r>
    </w:p>
    <w:p>
      <w:r>
        <w:t>لا لما خلق الله تعالى دفعة واحدة خلق الانسان بهذه الكيفية</w:t>
      </w:r>
    </w:p>
    <w:p>
      <w:r>
        <w:t>روح في بدن</w:t>
      </w:r>
    </w:p>
    <w:p>
      <w:r>
        <w:t>حتى المحقق صدر متعالين يقول هو مادة تطور نفسا</w:t>
      </w:r>
    </w:p>
    <w:p>
      <w:r>
        <w:t>الحركة الجوهرية</w:t>
      </w:r>
    </w:p>
    <w:p>
      <w:r>
        <w:t>لمن درس هذه الامور في الحكمة المتعالية</w:t>
      </w:r>
    </w:p>
    <w:p>
      <w:r>
        <w:t>نعم</w:t>
      </w:r>
    </w:p>
    <w:p>
      <w:r>
        <w:t>اذا هنا المحقق الطوسي اشار الى امرين الامر الاول الذاتيات مقومة للطبيعة</w:t>
      </w:r>
    </w:p>
    <w:p>
      <w:r>
        <w:t>ومقاومة على ترتيب خاص</w:t>
      </w:r>
    </w:p>
    <w:p>
      <w:r>
        <w:t>هذا المطلب الثاني المطلب الثالث نحو الترتيب الخاص</w:t>
      </w:r>
    </w:p>
    <w:p>
      <w:r>
        <w:t>حقيقة مبهمة ثم حقيقة محصلة</w:t>
      </w:r>
    </w:p>
    <w:p>
      <w:r>
        <w:t>المبهمة هي الاجناس</w:t>
      </w:r>
    </w:p>
    <w:p>
      <w:r>
        <w:t>المحصل هي الفصول</w:t>
      </w:r>
    </w:p>
    <w:p>
      <w:r>
        <w:t>كم مطلب? نعم ثلاث مطالب او ثلاثة مطالب</w:t>
      </w:r>
    </w:p>
    <w:p>
      <w:r>
        <w:t>الذاتيات مقاومة بترتيب صوري خاص ثم نحو هذا الترتيب كيف? يعني كيفية هذا الترتيب</w:t>
      </w:r>
    </w:p>
    <w:p>
      <w:r>
        <w:t>اجناس مبهمة تاتي الفصول</w:t>
      </w:r>
    </w:p>
    <w:p>
      <w:r>
        <w:t>ارتبها هذا بذلك الترتيب الذي يفيد الحد</w:t>
      </w:r>
    </w:p>
    <w:p>
      <w:r>
        <w:t>يفيد التصور</w:t>
      </w:r>
    </w:p>
    <w:p>
      <w:r>
        <w:t>اذا هذا الحديث كله في النظم المنطقي</w:t>
      </w:r>
    </w:p>
    <w:p>
      <w:r>
        <w:t>اقول لما منع من اكتساب الحد بالبرهان ذكر الكاسب له وهو</w:t>
      </w:r>
    </w:p>
    <w:p>
      <w:r>
        <w:t>نعم تركيب الذتيات بترتيب ما وهو تركيب الذاتيات المقاومة على ترتيبها الطبيعي</w:t>
      </w:r>
    </w:p>
    <w:p>
      <w:r>
        <w:t>سوري هذا الترتيب السوري هذا هو البعد المنطقي</w:t>
      </w:r>
    </w:p>
    <w:p>
      <w:r>
        <w:t>انسان ناطق حيوان جسم هذه مادة معرفية</w:t>
      </w:r>
    </w:p>
    <w:p>
      <w:r>
        <w:t>تأتي من المخزون المعرفي</w:t>
      </w:r>
    </w:p>
    <w:p>
      <w:r>
        <w:t>تخضع لذلك الترت السوري الذي هو قاعدة منطقية يأتي الترتيب نسقيا جميلا حيوان ناطق ليس ناطق حيوان</w:t>
      </w:r>
    </w:p>
    <w:p>
      <w:r>
        <w:t>نعم</w:t>
      </w:r>
    </w:p>
    <w:p>
      <w:r>
        <w:t>نعتق حيوان مفارقة</w:t>
      </w:r>
    </w:p>
    <w:p>
      <w:r>
        <w:t>ناطق محصل حيوان</w:t>
      </w:r>
    </w:p>
    <w:p>
      <w:r>
        <w:t>اه فضفاض محصل وليس بمحصل فضفض وليس بفضفاض</w:t>
      </w:r>
    </w:p>
    <w:p>
      <w:r>
        <w:t>اجتماع الناقضين</w:t>
      </w:r>
    </w:p>
    <w:p>
      <w:r>
        <w:t>لاحظت? يعني انت بمجرد ان تظاد المعايير المنطقية? يعني انت في في حرب مع مبدأ التناقض</w:t>
      </w:r>
    </w:p>
    <w:p>
      <w:r>
        <w:t>وهو تركيب الذاتيات يعني الجنس والفاصل والاجناس قد تكون متعددة</w:t>
      </w:r>
    </w:p>
    <w:p>
      <w:r>
        <w:t>على ترتيبها الطبيعي</w:t>
      </w:r>
    </w:p>
    <w:p>
      <w:r>
        <w:t>بان شرح لذلك الترتيب الطبيعي</w:t>
      </w:r>
    </w:p>
    <w:p>
      <w:r>
        <w:t>بان يقدم الاعم الاعم لانه فضفاض عام فضفاض على الاخص لان الاخص ليس فضفاضا بالعكس يخرج الفضفاض الى التحصن كما هو كما هو متقدم عليه في الطباع طب يعني في الواقع النفس علة للبدن فتكون متقدمة بالطبع على البدن</w:t>
      </w:r>
    </w:p>
    <w:p>
      <w:r>
        <w:t>كما تقول انسان حيوان ناطق</w:t>
      </w:r>
    </w:p>
    <w:p>
      <w:r>
        <w:t>حيوان فظفاظ عام</w:t>
      </w:r>
    </w:p>
    <w:p>
      <w:r>
        <w:t>تقول الانسان وما هو حيوان لا ندري حيوان ما هو حمار اسد زرافة نمر ضبع ما نعرف</w:t>
      </w:r>
    </w:p>
    <w:p>
      <w:r>
        <w:t>بواب</w:t>
      </w:r>
    </w:p>
    <w:p>
      <w:r>
        <w:t>ابهام تصوري</w:t>
      </w:r>
    </w:p>
    <w:p>
      <w:r>
        <w:t>ثم يأتي الناطق</w:t>
      </w:r>
    </w:p>
    <w:p>
      <w:r>
        <w:t>يخرجه من هذا الابهام الى جهة ما</w:t>
      </w:r>
    </w:p>
    <w:p>
      <w:r>
        <w:t>الانسانية</w:t>
      </w:r>
    </w:p>
    <w:p>
      <w:r>
        <w:t>فالانسان ما هو حيوان ناطق</w:t>
      </w:r>
    </w:p>
    <w:p>
      <w:r>
        <w:t>وان يكتسب الحد ايضا بايراد الفصول المحصلة لوجود الاجناس هذا هو نحو الترتيب</w:t>
      </w:r>
    </w:p>
    <w:p>
      <w:r>
        <w:t>اجمع الاجناس اجمع</w:t>
      </w:r>
    </w:p>
    <w:p>
      <w:r>
        <w:t>القريب من اولى والبعيد القريب منه والبعيد هذه اوصاف للاجناس</w:t>
      </w:r>
    </w:p>
    <w:p>
      <w:r>
        <w:t>والمتوسط</w:t>
      </w:r>
    </w:p>
    <w:p>
      <w:r>
        <w:t>مثلا في الانسان حيوان ناطق ما معناه</w:t>
      </w:r>
    </w:p>
    <w:p>
      <w:r>
        <w:t>جوهر ممتد</w:t>
      </w:r>
    </w:p>
    <w:p>
      <w:r>
        <w:t>يعني الجسم النامي يعني نبات حساس متحرك يعني حيوان ناطق كل الاجناس هنا متوفرة القريب من اول بعيد والمتوسط القريب اا حساس متحرك بالارادة المتوسط مثلا هو آآ الإمتداد للجنس البعيد هو آآ الجوهر</w:t>
      </w:r>
    </w:p>
    <w:p>
      <w:r>
        <w:t>اذا هنا اشارة الى ان المقومات هي التي تحدد المعنى وعلى ترتيب بالماء ونحو الترتيب الاعم بعد الاخص</w:t>
      </w:r>
    </w:p>
    <w:p>
      <w:r>
        <w:t>واضحة المسألة</w:t>
      </w:r>
    </w:p>
    <w:p>
      <w:r>
        <w:t>الترتيب المنطقي في ذهني</w:t>
      </w:r>
    </w:p>
    <w:p>
      <w:r>
        <w:t>الانسان شيء جميل</w:t>
      </w:r>
    </w:p>
    <w:p>
      <w:r>
        <w:t>عندي صديق متمكن في المعقول معروف</w:t>
      </w:r>
    </w:p>
    <w:p>
      <w:r>
        <w:t>الدكتور آآ آآ ابو حسين المصري الايمن المصري</w:t>
      </w:r>
    </w:p>
    <w:p>
      <w:r>
        <w:t>كان في سوريا من زمان ممكن اكثر من خمسة وعشرين سنة</w:t>
      </w:r>
    </w:p>
    <w:p>
      <w:r>
        <w:t>فالتقى الشيوعي هناك فاراد هذا الشيوعي ان اسجله في المعرفة</w:t>
      </w:r>
    </w:p>
    <w:p>
      <w:r>
        <w:t>فالدكتور قال له لا اعرف الشيوعية انت بين ثم ندخل في النقاش</w:t>
      </w:r>
    </w:p>
    <w:p>
      <w:r>
        <w:t>فبدأ هذا الشيوعي يقول عندنا الوجود والع وواجب الوجود</w:t>
      </w:r>
    </w:p>
    <w:p>
      <w:r>
        <w:t>الود يبطل واجب الوجود لانه لا يؤمن بالله</w:t>
      </w:r>
    </w:p>
    <w:p>
      <w:r>
        <w:t>الوجود والعدم والوجوب</w:t>
      </w:r>
    </w:p>
    <w:p>
      <w:r>
        <w:t>في سجال المعرفي الذكي يقول هذه اقسام</w:t>
      </w:r>
    </w:p>
    <w:p>
      <w:r>
        <w:t>اقسام لانك انت جعلتها في عرضها البعض</w:t>
      </w:r>
    </w:p>
    <w:p>
      <w:r>
        <w:t>في عرض بعضها البعض</w:t>
      </w:r>
    </w:p>
    <w:p>
      <w:r>
        <w:t>المقسم ما هو? المقسم على الذي على اساسه افرزت الوجود والعدم واجب الوجود</w:t>
      </w:r>
    </w:p>
    <w:p>
      <w:r>
        <w:t>فهذا الشيوعي قاله ما هو المقصد? دكتور قال لهم ما هو المقصد ومهلاك القسمة التي افرزت هذه الاقسام? قالوا ما هو المقصد وما هي ملاك القسمة? اذا هذا يريد ان يبطل وجود الله تعالى وباء ابجديات المنطق ما يعرفها</w:t>
      </w:r>
    </w:p>
    <w:p>
      <w:r>
        <w:t>ما يستعان به في تحصيل الحدود</w:t>
      </w:r>
    </w:p>
    <w:p>
      <w:r>
        <w:t>هنا المادة المادة التي نوظفها في تحصيل التصورات</w:t>
      </w:r>
    </w:p>
    <w:p>
      <w:r>
        <w:t>قال وينتفع في ذلك الفاعل المعرف نعم او ينتفع بالمجهول كلاهما صحيح بتحليل الشيء الى ذاتيته اوقف معي وقفة الان جزاك الله خير المحقق الطوسي راجعت الى انا نعم اذا يبدأ من المبدأ وانت قلت فيما سبق يبدأ بالهلية البسيطة ونحن قلنا حتى هناك يبدأ بالهدية المركبة لاحظت اذا في ذهنه الشريف يفكك بين النظم المنطقي النظم التحققي</w:t>
      </w:r>
    </w:p>
    <w:p>
      <w:r>
        <w:t>هناك كان يتحدث عن نظم التحقق</w:t>
      </w:r>
    </w:p>
    <w:p>
      <w:r>
        <w:t>الان لا دخل في النظم منطقي بقرينة مهمة جدا ما هي? التحليل</w:t>
      </w:r>
    </w:p>
    <w:p>
      <w:r>
        <w:t>لان النظم المنطقي تحليل ولا تركيب</w:t>
      </w:r>
    </w:p>
    <w:p>
      <w:r>
        <w:t>النظم التحققي تركيب فقط ما في تحليل</w:t>
      </w:r>
    </w:p>
    <w:p>
      <w:r>
        <w:t>انت الان تعاين الشجرة مثمرة</w:t>
      </w:r>
    </w:p>
    <w:p>
      <w:r>
        <w:t>لا تعاين الشجرة لوحدها الاثمار لوحده</w:t>
      </w:r>
    </w:p>
    <w:p>
      <w:r>
        <w:t>ثم تربط بينها لا حقيقة آآ حقيقة حتى تراها بسيطة</w:t>
      </w:r>
    </w:p>
    <w:p>
      <w:r>
        <w:t>كلمة آآ التراكب بعد عملية التحليل</w:t>
      </w:r>
    </w:p>
    <w:p>
      <w:r>
        <w:t>واحدة بسيطة بسيطة يعني بالجملة انظر حتى تفهم ان العبقري يفهم هذه الأمور</w:t>
      </w:r>
    </w:p>
    <w:p>
      <w:r>
        <w:t>ممكن لا يفرزها بالتحليل لا يفصلها بالتحليل نعم</w:t>
      </w:r>
    </w:p>
    <w:p>
      <w:r>
        <w:t>لا يهتم بها يغفل الا انها واعية في واعي بها يعيها جيدا انظر قال وينتفع الفاعل المعرفي او ينتفع في ذلك في تحصيل الحدود بتحليل الشيء الشيء ما هو? هوية اذا يبدأ بمبدأ الهوية في النظمة المنطقي</w:t>
      </w:r>
    </w:p>
    <w:p>
      <w:r>
        <w:t>الهلية البسيطة ولا الهلية المركبة</w:t>
      </w:r>
    </w:p>
    <w:p>
      <w:r>
        <w:t>الى ذاتياتها الى جنسها وفصلها</w:t>
      </w:r>
    </w:p>
    <w:p>
      <w:r>
        <w:t>لاحظت? حتى ينتهي الى اعلى الاجناس</w:t>
      </w:r>
    </w:p>
    <w:p>
      <w:r>
        <w:t>الانسان مثلا نعم</w:t>
      </w:r>
    </w:p>
    <w:p>
      <w:r>
        <w:t>يراه حقيقة تدرك يضع لها عنوان والناطق</w:t>
      </w:r>
    </w:p>
    <w:p>
      <w:r>
        <w:t>يرى حقيقة حس يفعلها يضع لها عنوان حساس</w:t>
      </w:r>
    </w:p>
    <w:p>
      <w:r>
        <w:t>التحرك ليست جميلة يمينا وشمالا</w:t>
      </w:r>
    </w:p>
    <w:p>
      <w:r>
        <w:t>متحركة وبالارادة وليس بالقهر</w:t>
      </w:r>
    </w:p>
    <w:p>
      <w:r>
        <w:t>ثم ينمو ثم ممتد في الفضاء</w:t>
      </w:r>
    </w:p>
    <w:p>
      <w:r>
        <w:t>ثم ذاتهم</w:t>
      </w:r>
    </w:p>
    <w:p>
      <w:r>
        <w:t>قائمة بنفسها</w:t>
      </w:r>
    </w:p>
    <w:p>
      <w:r>
        <w:t>يعني جسم حساس متحرك بالارادة هذي كلها بالتحليل ثم ركب مرة ثانية حصل على الماية المركبة</w:t>
      </w:r>
    </w:p>
    <w:p>
      <w:r>
        <w:t>لاحظت? اذا هذا في النظر المنطقي</w:t>
      </w:r>
    </w:p>
    <w:p>
      <w:r>
        <w:t>ثم ينتقل الى الهدية البسيطة والهلية المركبة</w:t>
      </w:r>
    </w:p>
    <w:p>
      <w:r>
        <w:t>بعد ما فهم الهوية يقول موجودة</w:t>
      </w:r>
    </w:p>
    <w:p>
      <w:r>
        <w:t>مثمرة نعم حتى ينتهي في التحليل الى اعلى الاجناس وآآ فصولها المقسمة قلت لكم ان الفصول لها آآ وظائف ثلاث الوظيفة الاولى تقسم العنوان العام حيوان تقول حيوان الناطق يحقق الانسان في الحيوان يفصله عن الحمار</w:t>
      </w:r>
    </w:p>
    <w:p>
      <w:r>
        <w:t>قسم الحيوان للانسان واللا انسان</w:t>
      </w:r>
    </w:p>
    <w:p>
      <w:r>
        <w:t>وصديقه منبسطة حمار اسد فيل وو</w:t>
      </w:r>
    </w:p>
    <w:p>
      <w:r>
        <w:t>الوظيفة الاولى التقسيم</w:t>
      </w:r>
    </w:p>
    <w:p>
      <w:r>
        <w:t>الوظيفة الثانية تحصيل حيوان خرج من الابهام الى التحصل وصار انسان</w:t>
      </w:r>
    </w:p>
    <w:p>
      <w:r>
        <w:t>ثم التمييز بما يتميز الانسان عن بالناطقية بالفصل</w:t>
      </w:r>
    </w:p>
    <w:p>
      <w:r>
        <w:t>هذه الوظائف الثلاث</w:t>
      </w:r>
    </w:p>
    <w:p>
      <w:r>
        <w:t>هنا اشار الى وظيفة واحدة الى الى وظيفتين</w:t>
      </w:r>
    </w:p>
    <w:p>
      <w:r>
        <w:t>الوظيفة الاولى بينها بينها في المتن السابق</w:t>
      </w:r>
    </w:p>
    <w:p>
      <w:r>
        <w:t>يحصل الفصول المحصلة هذه هي الوظيفة الاولى والاساسية وفصوله المقسمة اشارة الى الوظيفة الثانية وبقسمته الى جزئياته جزئياتي يعني مصديقه واجزائه يعني آآ الجنس والفصل</w:t>
      </w:r>
    </w:p>
    <w:p>
      <w:r>
        <w:t>يعني الهوية الذات</w:t>
      </w:r>
    </w:p>
    <w:p>
      <w:r>
        <w:t>تقسم الى اجزاء هذه جسر الفصل</w:t>
      </w:r>
    </w:p>
    <w:p>
      <w:r>
        <w:t>حتى الغاية</w:t>
      </w:r>
    </w:p>
    <w:p>
      <w:r>
        <w:t>حتى للغاية</w:t>
      </w:r>
    </w:p>
    <w:p>
      <w:r>
        <w:t>حتى عرف ما من شأنه ان يلحقه</w:t>
      </w:r>
    </w:p>
    <w:p>
      <w:r>
        <w:t>ما من شأن الذات من مقومات فيأتي به</w:t>
      </w:r>
    </w:p>
    <w:p>
      <w:r>
        <w:t>اذا هذا النص اشارة الى كيفية تعريف</w:t>
      </w:r>
    </w:p>
    <w:p>
      <w:r>
        <w:t>اقول هذان امران يعنيان الدين على الى تحصيل الحدود وعلى اكتسابها</w:t>
      </w:r>
    </w:p>
    <w:p>
      <w:r>
        <w:t>يعنيان الذهن تحت الذهن خط عمل خط احمر نظم منطقي</w:t>
      </w:r>
    </w:p>
    <w:p>
      <w:r>
        <w:t>احد محقق التوصي والعلامة الحني</w:t>
      </w:r>
    </w:p>
    <w:p>
      <w:r>
        <w:t>آآ ملتفتان</w:t>
      </w:r>
    </w:p>
    <w:p>
      <w:r>
        <w:t>لهذا التفكيك بين النظم المنطقي والنظم التحققي</w:t>
      </w:r>
    </w:p>
    <w:p>
      <w:r>
        <w:t>ليس موجودا في اللسان فقط</w:t>
      </w:r>
    </w:p>
    <w:p>
      <w:r>
        <w:t>يقول لك هذا نظم منطقي وهذا نظم تحققي</w:t>
      </w:r>
    </w:p>
    <w:p>
      <w:r>
        <w:t>هذه احكام النظم المنطقي</w:t>
      </w:r>
    </w:p>
    <w:p>
      <w:r>
        <w:t>هذه احكام النظم التحقوقية</w:t>
      </w:r>
    </w:p>
    <w:p>
      <w:r>
        <w:t>بعدما تطورت العلوم</w:t>
      </w:r>
    </w:p>
    <w:p>
      <w:r>
        <w:t>بدأت هذه التفكيكات المصطلحات نعم تظهر</w:t>
      </w:r>
    </w:p>
    <w:p>
      <w:r>
        <w:t>ولهذا يقول هذان امران يعنيان الذي تحليل فعلى مستوى مبدأ الهوية</w:t>
      </w:r>
    </w:p>
    <w:p>
      <w:r>
        <w:t>تركيب على مستوى مستوى مبنى الهوية</w:t>
      </w:r>
    </w:p>
    <w:p>
      <w:r>
        <w:t>نعم</w:t>
      </w:r>
    </w:p>
    <w:p>
      <w:r>
        <w:t>هذان يعنيان الذيب يعني نظموا المنطقي على تحصيل الحدود واكتسابها</w:t>
      </w:r>
    </w:p>
    <w:p>
      <w:r>
        <w:t>احدهما تحليل المحدود الى ذاتياته</w:t>
      </w:r>
    </w:p>
    <w:p>
      <w:r>
        <w:t>التحليل المحدود عبارة شوية فيها نقاش</w:t>
      </w:r>
    </w:p>
    <w:p>
      <w:r>
        <w:t>بعد ما حددنا ايها العلامة الحلي لو قال تحليل الماهية الى ذاتيتها بعدما عرفناها ما هي نحن في صدد التحليل اذا تستطيع ان تشفع للاعلام الحري تقول شيخنا هكذا تحليل ما يأتي من وصف المحدودية يعني الذي نريد ان نحدده يعني المحدود الذي يأتي</w:t>
      </w:r>
    </w:p>
    <w:p>
      <w:r>
        <w:t>نعم صحيح</w:t>
      </w:r>
    </w:p>
    <w:p>
      <w:r>
        <w:t>يعني باعتباره المستقبل تحليل محدود الى ذاتياته</w:t>
      </w:r>
    </w:p>
    <w:p>
      <w:r>
        <w:t>يعني الجنس والفصل</w:t>
      </w:r>
    </w:p>
    <w:p>
      <w:r>
        <w:t>تحليله تحليل اي في اي نظمة? تقول النظمة شيخنا منطق جميل</w:t>
      </w:r>
    </w:p>
    <w:p>
      <w:r>
        <w:t>حتى الغاية ينتهي الى اعلاها الجنس الاعلى</w:t>
      </w:r>
    </w:p>
    <w:p>
      <w:r>
        <w:t>هنا قوس قوس آآ قوس التحليل</w:t>
      </w:r>
    </w:p>
    <w:p>
      <w:r>
        <w:t>احط التحليل قوس التحليل</w:t>
      </w:r>
    </w:p>
    <w:p>
      <w:r>
        <w:t>تصل الى الاصول</w:t>
      </w:r>
    </w:p>
    <w:p>
      <w:r>
        <w:t>الى الاصول</w:t>
      </w:r>
    </w:p>
    <w:p>
      <w:r>
        <w:t>وهي الاجناس العالية والف جوهر يعني ذات قائمة بنفسها ما هو فصلها? امتداد الفصل الاول الاعلى الجسمية نمو نبات حساس متحرك البرودة فصل الحيوان ناطق فصل تروح الى قوس التحليل حتى تصل الى الاصول الاولية</w:t>
      </w:r>
    </w:p>
    <w:p>
      <w:r>
        <w:t>نعم</w:t>
      </w:r>
    </w:p>
    <w:p>
      <w:r>
        <w:t>حتى ينتهي ينتهي الى اعلاها وهي الاجناس العالية والفصول العالية</w:t>
      </w:r>
    </w:p>
    <w:p>
      <w:r>
        <w:t>هذه هي الاعلى</w:t>
      </w:r>
    </w:p>
    <w:p>
      <w:r>
        <w:t>في قوس التحليل</w:t>
      </w:r>
    </w:p>
    <w:p>
      <w:r>
        <w:t>اذا نزلت من الاعلى جوهر ممتد نعم حساس متحرك بالارادة</w:t>
      </w:r>
    </w:p>
    <w:p>
      <w:r>
        <w:t>ناطق تعينت الهوية الانسانية نذهب الى الافراد هذا يسمى قوس التركيب</w:t>
      </w:r>
    </w:p>
    <w:p>
      <w:r>
        <w:t>لانه في ازدياد</w:t>
      </w:r>
    </w:p>
    <w:p>
      <w:r>
        <w:t>في المعاني</w:t>
      </w:r>
    </w:p>
    <w:p>
      <w:r>
        <w:t>تركبت المعاني يعني ازدادت</w:t>
      </w:r>
    </w:p>
    <w:p>
      <w:r>
        <w:t>نعم</w:t>
      </w:r>
    </w:p>
    <w:p>
      <w:r>
        <w:t>وهي الاجناس العالية والفصول العالية</w:t>
      </w:r>
    </w:p>
    <w:p>
      <w:r>
        <w:t>هذا شرح لاعلاه</w:t>
      </w:r>
    </w:p>
    <w:p>
      <w:r>
        <w:t>وذلك الالية</w:t>
      </w:r>
    </w:p>
    <w:p>
      <w:r>
        <w:t>الميكانيزم</w:t>
      </w:r>
    </w:p>
    <w:p>
      <w:r>
        <w:t>وذلك بان ينظر في ماهية المحدود يعني الماهية التي نريد ان نحدها نعرفها حتى يعلم انها من اي الاجناس العوالي هي? يعني من اين يبدأ قوس التركيب النزولي? وينظر في الانواع المساوية لها الانواع المساوية كان انسان مثلا في الدخول تحت ذلك الجنس يعني الحيوان</w:t>
      </w:r>
    </w:p>
    <w:p>
      <w:r>
        <w:t>والحيوان داخل تحت الجسم والجسم تحت الجوهر</w:t>
      </w:r>
    </w:p>
    <w:p>
      <w:r>
        <w:t>حتى الغاية حتى تحصل المشاركة والم الذاتية مشاركة في الجنس بالفحص</w:t>
      </w:r>
    </w:p>
    <w:p>
      <w:r>
        <w:t>نعم</w:t>
      </w:r>
    </w:p>
    <w:p>
      <w:r>
        <w:t>دقق جيدا</w:t>
      </w:r>
    </w:p>
    <w:p>
      <w:r>
        <w:t>عندنا جوهر اعلى</w:t>
      </w:r>
    </w:p>
    <w:p>
      <w:r>
        <w:t>يعني ذات قائمة بنفسها</w:t>
      </w:r>
    </w:p>
    <w:p>
      <w:r>
        <w:t>يأتي الجسم ليش? لان هذه الذات تمتد</w:t>
      </w:r>
    </w:p>
    <w:p>
      <w:r>
        <w:t>فصل الامتداد يأتي الجسم</w:t>
      </w:r>
    </w:p>
    <w:p>
      <w:r>
        <w:t>ثم هذا الجسم ممتد ينمو</w:t>
      </w:r>
    </w:p>
    <w:p>
      <w:r>
        <w:t>اذا بما تختلف الاشجار والنباتات عن الجسم بالنمو</w:t>
      </w:r>
    </w:p>
    <w:p>
      <w:r>
        <w:t>فصول هي التي تميز وملاك التباين</w:t>
      </w:r>
    </w:p>
    <w:p>
      <w:r>
        <w:t>نعم</w:t>
      </w:r>
    </w:p>
    <w:p>
      <w:r>
        <w:t>آآ حتى تحصل المشاركة</w:t>
      </w:r>
    </w:p>
    <w:p>
      <w:r>
        <w:t>المشاركة ذي يعني في امر مبهم جنسي والمباينة الذاتية</w:t>
      </w:r>
    </w:p>
    <w:p>
      <w:r>
        <w:t>هذه المباينة هي الوظيفة الثالثة للفصل وهي التمييز</w:t>
      </w:r>
    </w:p>
    <w:p>
      <w:r>
        <w:t>لان التمييز المباينة فرع التمييز</w:t>
      </w:r>
    </w:p>
    <w:p>
      <w:r>
        <w:t>والمباينة الذاتية ببركة الفصول</w:t>
      </w:r>
    </w:p>
    <w:p>
      <w:r>
        <w:t>من تلك الانواع لتحصل المشتركة والذاتية الذاتية الخاصة</w:t>
      </w:r>
    </w:p>
    <w:p>
      <w:r>
        <w:t>الذاتية الذاتية المشتركة الاجناس لانها مشتركة عامة</w:t>
      </w:r>
    </w:p>
    <w:p>
      <w:r>
        <w:t>والذاتية في الخاصة هي الفصول خاصة الناطق وخاص بالانسان</w:t>
      </w:r>
    </w:p>
    <w:p>
      <w:r>
        <w:t>ما عنده علاقة بالاسد والفيل والزرافة والحمار</w:t>
      </w:r>
    </w:p>
    <w:p>
      <w:r>
        <w:t>لا</w:t>
      </w:r>
    </w:p>
    <w:p>
      <w:r>
        <w:t>نعم ثم ينظر يعني يمثل اذا اردنا ان نعرف ذاتيات الحيوان وجدناه داخلا تحت مقولة الجوهر</w:t>
      </w:r>
    </w:p>
    <w:p>
      <w:r>
        <w:t>نعم</w:t>
      </w:r>
    </w:p>
    <w:p>
      <w:r>
        <w:t>ومن انواع الجسم النامي</w:t>
      </w:r>
    </w:p>
    <w:p>
      <w:r>
        <w:t>مم مم داخلا تحت مقولة الجوهر من الاصل</w:t>
      </w:r>
    </w:p>
    <w:p>
      <w:r>
        <w:t>ثم الجوهر يمتد يأتي الجسم ثم الجسم ينمو يأتي النبات</w:t>
      </w:r>
    </w:p>
    <w:p>
      <w:r>
        <w:t>ثم حساس متحرك بالارادة نصل الى الحيوان</w:t>
      </w:r>
    </w:p>
    <w:p>
      <w:r>
        <w:t>نعم</w:t>
      </w:r>
    </w:p>
    <w:p>
      <w:r>
        <w:t>اه وجدنا وجدناه يعني الحيوان داخلا تحت مقولة الجوهر ومن انواع الجسم النامي والحيوان الناطق والصاهل يشتركان في معنى الحيوان</w:t>
      </w:r>
    </w:p>
    <w:p>
      <w:r>
        <w:t>المفروض هنا يعمل نقطة ولا يصير ابهام فهمي</w:t>
      </w:r>
    </w:p>
    <w:p>
      <w:r>
        <w:t>نعيد المثال</w:t>
      </w:r>
    </w:p>
    <w:p>
      <w:r>
        <w:t>اذا اردنا ان نعرف ذاتية الحيوان</w:t>
      </w:r>
    </w:p>
    <w:p>
      <w:r>
        <w:t>اذا الحديث عن الحيوان نص ما دخلي لا الحمار ولا الحصان ولا الانسان</w:t>
      </w:r>
    </w:p>
    <w:p>
      <w:r>
        <w:t>وجدناه داخلا تحت مقولة الجوهر</w:t>
      </w:r>
    </w:p>
    <w:p>
      <w:r>
        <w:t>الفصل الجنس الاعلى</w:t>
      </w:r>
    </w:p>
    <w:p>
      <w:r>
        <w:t>ومن انواع الجسم النامي</w:t>
      </w:r>
    </w:p>
    <w:p>
      <w:r>
        <w:t>نعم</w:t>
      </w:r>
    </w:p>
    <w:p>
      <w:r>
        <w:t>نقطة هنا انتهى الامر</w:t>
      </w:r>
    </w:p>
    <w:p>
      <w:r>
        <w:t>عرفت الان الحيوان متشكل من اجناس عالية وفصول دنية</w:t>
      </w:r>
    </w:p>
    <w:p>
      <w:r>
        <w:t>والحيوان الناطق يعني بعدما تعين الحيوان بمعناه ووجدناه مبهما</w:t>
      </w:r>
    </w:p>
    <w:p>
      <w:r>
        <w:t>يأتي تحته تأتي الأنواع</w:t>
      </w:r>
    </w:p>
    <w:p>
      <w:r>
        <w:t>انواع الحيوان يعني الحصان الإنسان الحمار الأسد</w:t>
      </w:r>
    </w:p>
    <w:p>
      <w:r>
        <w:t>حيوان ناطق انسان وصاه يعني الحصان</w:t>
      </w:r>
    </w:p>
    <w:p>
      <w:r>
        <w:t>يشتركان في معنى الحيوان لأنه مبهم</w:t>
      </w:r>
    </w:p>
    <w:p>
      <w:r>
        <w:t>فظفا فيأتي الفصل يقسمه يحصله ويميزه</w:t>
      </w:r>
    </w:p>
    <w:p>
      <w:r>
        <w:t>ونظرنا في ذات كل واحد منهما فوجدناه الحيوان الناطق جسما حساسا ناطقا</w:t>
      </w:r>
    </w:p>
    <w:p>
      <w:r>
        <w:t>جسما حساسا متحركا بالارادة ناطقا ووجدنا الصاهل جسما حساسا صاهلا</w:t>
      </w:r>
    </w:p>
    <w:p>
      <w:r>
        <w:t>جسما حساسا متحركا بالارادة</w:t>
      </w:r>
    </w:p>
    <w:p>
      <w:r>
        <w:t>هنا في تسامح في العبارة</w:t>
      </w:r>
    </w:p>
    <w:p>
      <w:r>
        <w:t>ثم يبقى بعد حذف خصوصيات الصهل والناطق انه جسم حساس</w:t>
      </w:r>
    </w:p>
    <w:p>
      <w:r>
        <w:t>متحرك بالارادة حذفها</w:t>
      </w:r>
    </w:p>
    <w:p>
      <w:r>
        <w:t>المفضية بها جسم حساس متحرك بالارادة</w:t>
      </w:r>
    </w:p>
    <w:p>
      <w:r>
        <w:t>وكان الجسم متظمنا لمعنى الجوهر</w:t>
      </w:r>
    </w:p>
    <w:p>
      <w:r>
        <w:t>وهذه المعاني الذاتيات الحيوان في داخله</w:t>
      </w:r>
    </w:p>
    <w:p>
      <w:r>
        <w:t>والمحدود من خصوصيات انواعه</w:t>
      </w:r>
    </w:p>
    <w:p>
      <w:r>
        <w:t>نعم</w:t>
      </w:r>
    </w:p>
    <w:p>
      <w:r>
        <w:t>والمحدود من خصوصية انواع المحدود يعني هذا اه الصاهل والايسر</w:t>
      </w:r>
    </w:p>
    <w:p>
      <w:r>
        <w:t>ليس الصاهل الحصار هو الايسر</w:t>
      </w:r>
    </w:p>
    <w:p>
      <w:r>
        <w:t>فعرفنا حينئذ حقيقة الحيوان بانه جسم حساس</w:t>
      </w:r>
    </w:p>
    <w:p>
      <w:r>
        <w:t>لا ادري نسخ حرفت المعنى جسم حساس وحصنا وحصل لنا الحد من المطلوب هل الحد الحيوان هو هذا? جسم حساس لا جسم يعني ممتد هو الجسم</w:t>
      </w:r>
    </w:p>
    <w:p>
      <w:r>
        <w:t>نعم حساس متحرك بالارادة</w:t>
      </w:r>
    </w:p>
    <w:p>
      <w:r>
        <w:t>سقطت عبارات سقطت عبارات</w:t>
      </w:r>
    </w:p>
    <w:p>
      <w:r>
        <w:t>نعم</w:t>
      </w:r>
    </w:p>
    <w:p>
      <w:r>
        <w:t>اذا بهذا المقدار جسم حساس لا ما وصلنا الى الحد</w:t>
      </w:r>
    </w:p>
    <w:p>
      <w:r>
        <w:t>لان الحد بجميع المكونات اذن حد الحيوان هو ذاته الذوات هي قائمة بنفسها يعني جوهر ممتد</w:t>
      </w:r>
    </w:p>
    <w:p>
      <w:r>
        <w:t>هذا الفصل الأول</w:t>
      </w:r>
    </w:p>
    <w:p>
      <w:r>
        <w:t>نام الفصل الثاني حساس متحرك بالإرادة</w:t>
      </w:r>
    </w:p>
    <w:p>
      <w:r>
        <w:t>هذا هو الحيوان ثم تقول من هذا الحيوان? انسان بقر مبهم</w:t>
      </w:r>
    </w:p>
    <w:p>
      <w:r>
        <w:t>اذا اردت الإنسان تقول حيوان ناطق</w:t>
      </w:r>
    </w:p>
    <w:p>
      <w:r>
        <w:t>يعني جوهر ممتد واللي هو الجسم</w:t>
      </w:r>
    </w:p>
    <w:p>
      <w:r>
        <w:t>حساس متحرك بالإرادة ناطق</w:t>
      </w:r>
    </w:p>
    <w:p>
      <w:r>
        <w:t>تحصن وتقسم وتميز</w:t>
      </w:r>
    </w:p>
    <w:p>
      <w:r>
        <w:t>نعم</w:t>
      </w:r>
    </w:p>
    <w:p>
      <w:r>
        <w:t>ولم يبق بعد حذف الخصوصيات معنى مشترك اه ولو لم ولو لم يبقى بعد حذف الخصوصيات معنى مشترك علم ان المعنى الذي كان مقول على تلك المعاني انما مقوليته عليها بالاشتراك اللفظي</w:t>
      </w:r>
    </w:p>
    <w:p>
      <w:r>
        <w:t>مم</w:t>
      </w:r>
    </w:p>
    <w:p>
      <w:r>
        <w:t>الاشتراك اللفظي اكتب الفرق بين الاشتراك اللفظي المعنوي بيناه في مباحث الالفاظ</w:t>
      </w:r>
    </w:p>
    <w:p>
      <w:r>
        <w:t>اه التكرار للجامعين الاعزاء ان المشترك اللفظي لفظ واحد لمعان متعددة</w:t>
      </w:r>
    </w:p>
    <w:p>
      <w:r>
        <w:t>لفظ وضع في سياقات متعددة لمعاني متعددة يعني عندك العين مثلا لفظ الواحد عين عين في سياق وضعه العرب للعين الباصرة</w:t>
      </w:r>
    </w:p>
    <w:p>
      <w:r>
        <w:t>في سياق وضعوه منبع الماء في سياق للشمس في سياق آآ هذا القرص الذهبي</w:t>
      </w:r>
    </w:p>
    <w:p>
      <w:r>
        <w:t>يعني العملة في سياق وضعه للجاسوس</w:t>
      </w:r>
    </w:p>
    <w:p>
      <w:r>
        <w:t>نعم</w:t>
      </w:r>
    </w:p>
    <w:p>
      <w:r>
        <w:t>هذا الوضع المتعدد باعتباطيا لا</w:t>
      </w:r>
    </w:p>
    <w:p>
      <w:r>
        <w:t>ليسنخية ما خفية</w:t>
      </w:r>
    </w:p>
    <w:p>
      <w:r>
        <w:t>هذا العين النابع من عين نابع اولا تشبه العين في دورانها شكل دوراني وشفافة نعم تنعكس فيها الاشياء كما تنعكس الاشياء في العين الاشياء الضوئية شفافة الشمس كذلك دائرية تلم وتسطع احسن</w:t>
      </w:r>
    </w:p>
    <w:p>
      <w:r>
        <w:t>الذهب دوراني وكذلك ذهب يسطع</w:t>
      </w:r>
    </w:p>
    <w:p>
      <w:r>
        <w:t>الجاسوس يبصر يبصر ما يريد ان يبصره من نقائص القوم وعيوب القوم</w:t>
      </w:r>
    </w:p>
    <w:p>
      <w:r>
        <w:t>نعم هذا هو تقريبا مناسبة واحدة</w:t>
      </w:r>
    </w:p>
    <w:p>
      <w:r>
        <w:t>اذا لاحظت هذه المناسبة الاشتراك اللفظي يتبخر</w:t>
      </w:r>
    </w:p>
    <w:p>
      <w:r>
        <w:t>اذا لاحظت الى المصداق ياتي الاشتراك اللفظي</w:t>
      </w:r>
    </w:p>
    <w:p>
      <w:r>
        <w:t>اللي الاشتراك المعنوي لا لفظ واحد لمعنى واحد</w:t>
      </w:r>
    </w:p>
    <w:p>
      <w:r>
        <w:t>لفظ الانسان معنى واحد حيوان ناطق</w:t>
      </w:r>
    </w:p>
    <w:p>
      <w:r>
        <w:t>في سريانه الصدقي معنى واحد</w:t>
      </w:r>
    </w:p>
    <w:p>
      <w:r>
        <w:t>اما الاشتراك اللفظي في سنيانه المصداقي لا يختلف</w:t>
      </w:r>
    </w:p>
    <w:p>
      <w:r>
        <w:t>العين غير عين الما غير الجاسوس والجاسوس غير عين الذهب وعين الذهب غير عين الشمس وعين الباصرة</w:t>
      </w:r>
    </w:p>
    <w:p>
      <w:r>
        <w:t>نعم</w:t>
      </w:r>
    </w:p>
    <w:p>
      <w:r>
        <w:t>تيقول ولو لم يبقى بعد حذف الخصوصيات المعنى المشترك يعني ما في الاشتراك يعني ما في حيثية اشتراك علم المعنى الذي كان مقولا على تلك المعاني انما مقوليته عليها بالاشتراك اللفظي ما في اشتراك</w:t>
      </w:r>
    </w:p>
    <w:p>
      <w:r>
        <w:t>بين الجاسوس ومنبع العين والشمس والذهب</w:t>
      </w:r>
    </w:p>
    <w:p>
      <w:r>
        <w:t>والعين البصرة ما في اشتراك اشتراك لفظي</w:t>
      </w:r>
    </w:p>
    <w:p>
      <w:r>
        <w:t>تقول لي شيخنا وتلك المناسبة اذا ركزنا على تلك المناسبة</w:t>
      </w:r>
    </w:p>
    <w:p>
      <w:r>
        <w:t>الاشتراك اللفظي يختفي</w:t>
      </w:r>
    </w:p>
    <w:p>
      <w:r>
        <w:t>نعم</w:t>
      </w:r>
    </w:p>
    <w:p>
      <w:r>
        <w:t>وذلك كالتشابه المعقول على الاشكال باعتبار انه تناسب الاضلاع وتساوي الزوايا</w:t>
      </w:r>
    </w:p>
    <w:p>
      <w:r>
        <w:t>وعلى الالوان باعتبار انفعال الحاسة من كل منها</w:t>
      </w:r>
    </w:p>
    <w:p>
      <w:r>
        <w:t>مثل انفعالها عن الاخر</w:t>
      </w:r>
    </w:p>
    <w:p>
      <w:r>
        <w:t>هنا يأتي الاشتراك المعنوي تكسب خصوصية مشتركة</w:t>
      </w:r>
    </w:p>
    <w:p>
      <w:r>
        <w:t>واعلم ان التحليل يأتي ان شاء الله</w:t>
      </w:r>
    </w:p>
    <w:p>
      <w:r>
        <w:t>اللهم صل على محمد وال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