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واعلم ان التحليل انما يقال مقابلة التركيب</w:t>
      </w:r>
    </w:p>
    <w:p>
      <w:r>
        <w:t>ولما انقسم التركيب الى الدين والخارجي فكذا انقسم مقابله</w:t>
      </w:r>
    </w:p>
    <w:p>
      <w:r>
        <w:t>يعني التحليل الى الذهن والخارج</w:t>
      </w:r>
    </w:p>
    <w:p>
      <w:r>
        <w:t>هنا اشار العلامة الحلي مسألتين</w:t>
      </w:r>
    </w:p>
    <w:p>
      <w:r>
        <w:t>مسألة محل اتفاق</w:t>
      </w:r>
    </w:p>
    <w:p>
      <w:r>
        <w:t>المسألة الثانية فيها غموض</w:t>
      </w:r>
    </w:p>
    <w:p>
      <w:r>
        <w:t>يجب ان نضيء هذا الظلام والا يشتبه اه يشتبه في فهمه</w:t>
      </w:r>
    </w:p>
    <w:p>
      <w:r>
        <w:t>التحليل والتركيب سنأتي عليه بالتفصيل</w:t>
      </w:r>
    </w:p>
    <w:p>
      <w:r>
        <w:t>يقول التحليل والتركيب الذهني والخارجي</w:t>
      </w:r>
    </w:p>
    <w:p>
      <w:r>
        <w:t>يعني عندنا تحليل ذهني</w:t>
      </w:r>
    </w:p>
    <w:p>
      <w:r>
        <w:t>وتركيب ذهني وتحليل خارجي وتحليل وتركيب خارجي</w:t>
      </w:r>
    </w:p>
    <w:p>
      <w:r>
        <w:t>الغموض اين? في التحليل الذهني والتركيب الذهني</w:t>
      </w:r>
    </w:p>
    <w:p>
      <w:r>
        <w:t>اياك ان تتصور ان في الذهن عندك شيء شيء انت تفصله الى مكوناته</w:t>
      </w:r>
    </w:p>
    <w:p>
      <w:r>
        <w:t>هذا غير معقول</w:t>
      </w:r>
    </w:p>
    <w:p>
      <w:r>
        <w:t>نشأة تختلف تماما</w:t>
      </w:r>
    </w:p>
    <w:p>
      <w:r>
        <w:t>نعم</w:t>
      </w:r>
    </w:p>
    <w:p>
      <w:r>
        <w:t>ممكن هذا في الامور الخارجية</w:t>
      </w:r>
    </w:p>
    <w:p>
      <w:r>
        <w:t>اما في العالم الذهني الى اذا التركيب والتحليل في عالم الدين هذا امر اعتباري</w:t>
      </w:r>
    </w:p>
    <w:p>
      <w:r>
        <w:t>ما معنى اعتباري? يعني ادعائي</w:t>
      </w:r>
    </w:p>
    <w:p>
      <w:r>
        <w:t>ادعائي</w:t>
      </w:r>
    </w:p>
    <w:p>
      <w:r>
        <w:t>الحقيقة الانسانية</w:t>
      </w:r>
    </w:p>
    <w:p>
      <w:r>
        <w:t>من بدن وروح</w:t>
      </w:r>
    </w:p>
    <w:p>
      <w:r>
        <w:t>هذه هي الحقيقة الانسانية</w:t>
      </w:r>
    </w:p>
    <w:p>
      <w:r>
        <w:t>البدن يستخرج منه عنوان الحيوان</w:t>
      </w:r>
    </w:p>
    <w:p>
      <w:r>
        <w:t>والنفس الناطقة يستخرج منها الناطق الفصل</w:t>
      </w:r>
    </w:p>
    <w:p>
      <w:r>
        <w:t>فنقول انسان حيوان ناطق</w:t>
      </w:r>
    </w:p>
    <w:p>
      <w:r>
        <w:t>كل بعد يشير الى بعد خارجي</w:t>
      </w:r>
    </w:p>
    <w:p>
      <w:r>
        <w:t>في وحدة حقيقية</w:t>
      </w:r>
    </w:p>
    <w:p>
      <w:r>
        <w:t>نعم اذا حللنا الانسان في الخارج الى عمال الى بدن وروح ذات تحليل الخارجي</w:t>
      </w:r>
    </w:p>
    <w:p>
      <w:r>
        <w:t>اذا ركبنا تركيب خارجي واضح جدا</w:t>
      </w:r>
    </w:p>
    <w:p>
      <w:r>
        <w:t>اما اذا قلنا لا قلنا الانسان نحلله في الدين الى حيوان ناطق</w:t>
      </w:r>
    </w:p>
    <w:p>
      <w:r>
        <w:t>انت مجرد ان تحلله يختفي يختفي من من الدين</w:t>
      </w:r>
    </w:p>
    <w:p>
      <w:r>
        <w:t>نعم يختفي من الدين</w:t>
      </w:r>
    </w:p>
    <w:p>
      <w:r>
        <w:t>اذا هذا التحليل تحليل اعتباري ما معنى? يعني تعتبر الحيوان لوحده في دائرته فقط</w:t>
      </w:r>
    </w:p>
    <w:p>
      <w:r>
        <w:t>له مبدأ الهوية الخاص</w:t>
      </w:r>
    </w:p>
    <w:p>
      <w:r>
        <w:t>والناطقية له مبدأ لهي الخاص</w:t>
      </w:r>
    </w:p>
    <w:p>
      <w:r>
        <w:t>هذا هو التحليل</w:t>
      </w:r>
    </w:p>
    <w:p>
      <w:r>
        <w:t>يعني تنظر الى المكونات النظرة استقلاء لي</w:t>
      </w:r>
    </w:p>
    <w:p>
      <w:r>
        <w:t>لا يعني لانك انت تتحصل على جزئين في عالم الذهن</w:t>
      </w:r>
    </w:p>
    <w:p>
      <w:r>
        <w:t>ما عندنا اجزاء في عالم الذهن عندنا فهميات وما عندنا كونيات</w:t>
      </w:r>
    </w:p>
    <w:p>
      <w:r>
        <w:t>النظم المنطقي عندنا فهميات</w:t>
      </w:r>
    </w:p>
    <w:p>
      <w:r>
        <w:t>ما عندنا آآ مكونات او كونية كونيات في النظم التحققي</w:t>
      </w:r>
    </w:p>
    <w:p>
      <w:r>
        <w:t>اذا اذا قال تحليل ذهني تركيب ذهني هذا في عالم الاعتبار</w:t>
      </w:r>
    </w:p>
    <w:p>
      <w:r>
        <w:t>نعم في عالم الاعتبار</w:t>
      </w:r>
    </w:p>
    <w:p>
      <w:r>
        <w:t>نعم</w:t>
      </w:r>
    </w:p>
    <w:p>
      <w:r>
        <w:t>اما في الخارج لا يمكن ان تركب وتحلل</w:t>
      </w:r>
    </w:p>
    <w:p>
      <w:r>
        <w:t>نعم</w:t>
      </w:r>
    </w:p>
    <w:p>
      <w:r>
        <w:t>هذه النقطة المبهمة اضعتها الان</w:t>
      </w:r>
    </w:p>
    <w:p>
      <w:r>
        <w:t>ثم يشير الى التحليل</w:t>
      </w:r>
    </w:p>
    <w:p>
      <w:r>
        <w:t>التحليل والتركيب منهجية منهجية</w:t>
      </w:r>
    </w:p>
    <w:p>
      <w:r>
        <w:t>او قل منهجية واحدة لها وجهان</w:t>
      </w:r>
    </w:p>
    <w:p>
      <w:r>
        <w:t>الوجه الأول هو التحليل والوجه الثاني هو التركيب</w:t>
      </w:r>
    </w:p>
    <w:p>
      <w:r>
        <w:t>هذه المنهجية العامة التي تطال جميع الحقول المعرفية</w:t>
      </w:r>
    </w:p>
    <w:p>
      <w:r>
        <w:t>ثم اذا دخلنا الى حقن معرفي خاص تكن له منهجية خاصة تناسب موضوعه ومسائله</w:t>
      </w:r>
    </w:p>
    <w:p>
      <w:r>
        <w:t>هذه المنهجية الخاصة</w:t>
      </w:r>
    </w:p>
    <w:p>
      <w:r>
        <w:t>اما المنهجية العامة التي تطال جميع العلوم هي منهجية التحليل والتركيب</w:t>
      </w:r>
    </w:p>
    <w:p>
      <w:r>
        <w:t>منهجية</w:t>
      </w:r>
    </w:p>
    <w:p>
      <w:r>
        <w:t>طريق يمارسه الفاعل المعرفي</w:t>
      </w:r>
    </w:p>
    <w:p>
      <w:r>
        <w:t>انا عندي اه بحوث باللغة الفرنسية فصلت في هذا الامر في التحليل والتركيب بطريقة جميلة جدا</w:t>
      </w:r>
    </w:p>
    <w:p>
      <w:r>
        <w:t>العلامة الحلي اشار الى نكات سنشير اليها حين التطبيق</w:t>
      </w:r>
    </w:p>
    <w:p>
      <w:r>
        <w:t>جيد التحليل انك تأتي الى المركب وتقسمه الى مكوناته تفصله ثم تركبه</w:t>
      </w:r>
    </w:p>
    <w:p>
      <w:r>
        <w:t>هذا ليس هو المنهجية التي انا اقصدها هنا</w:t>
      </w:r>
    </w:p>
    <w:p>
      <w:r>
        <w:t>هذا التحليل وتركيب خاص لا انا اقصد هنا التحليل والتركيب كمنهجية في الحقول المعرفية في العلوم</w:t>
      </w:r>
    </w:p>
    <w:p>
      <w:r>
        <w:t>التحليل هو ترجع الامر الى اصوله الى منبعه</w:t>
      </w:r>
    </w:p>
    <w:p>
      <w:r>
        <w:t>هذا هو التحليل</w:t>
      </w:r>
    </w:p>
    <w:p>
      <w:r>
        <w:t>ارجاع الامور الى الوحدة</w:t>
      </w:r>
    </w:p>
    <w:p>
      <w:r>
        <w:t>الى الاصول</w:t>
      </w:r>
    </w:p>
    <w:p>
      <w:r>
        <w:t>الى المنابع</w:t>
      </w:r>
    </w:p>
    <w:p>
      <w:r>
        <w:t>هذا هو التحليل التركيب بعدما وصلت الى الاصول ماذا تنتجه تلك الاصول? اذا جمعت الاصول مع ما تفرع منها من حقائق صارت وحدة واحدة مركبة هذا هو التركيب</w:t>
      </w:r>
    </w:p>
    <w:p>
      <w:r>
        <w:t>اذا التحليل يعاكس التركيب والتركيب يعاكس التحليل</w:t>
      </w:r>
    </w:p>
    <w:p>
      <w:r>
        <w:t>ثم تأتي الى المعايير العقلية تأتي الى مبدأ الهوية</w:t>
      </w:r>
    </w:p>
    <w:p>
      <w:r>
        <w:t>مبدأ الهوية اذا كان ما يتفرع على مبنى الهوية من هوية له تعود اليها فانت الان في دائرة التحليل بالمعنى العام اذا ركبت هذه الاصول واعطت الهوية يسمى التركيب</w:t>
      </w:r>
    </w:p>
    <w:p>
      <w:r>
        <w:t>في مبدأ الجوهرية تريد ان تعود الى تعين الشيب تعين ماء</w:t>
      </w:r>
    </w:p>
    <w:p>
      <w:r>
        <w:t>لان مبدأ الجوهرية ما هو? قضايا</w:t>
      </w:r>
    </w:p>
    <w:p>
      <w:r>
        <w:t>والقضايا هي موضوع محمول</w:t>
      </w:r>
    </w:p>
    <w:p>
      <w:r>
        <w:t>والموضوع المحمول يعني يعني ان الموضوع تعين بالمحمول</w:t>
      </w:r>
    </w:p>
    <w:p>
      <w:r>
        <w:t>مأخوذ من الواقع الخارجي</w:t>
      </w:r>
    </w:p>
    <w:p>
      <w:r>
        <w:t>تريد ان تعود الى اصول هذا التعين</w:t>
      </w:r>
    </w:p>
    <w:p>
      <w:r>
        <w:t>تبحث عن اصول هذا التعين</w:t>
      </w:r>
    </w:p>
    <w:p>
      <w:r>
        <w:t>منطلقات هذا التعين</w:t>
      </w:r>
    </w:p>
    <w:p>
      <w:r>
        <w:t>فانت في التحليل</w:t>
      </w:r>
    </w:p>
    <w:p>
      <w:r>
        <w:t>ثم اذا جئت اليه هذه الاصول ماذا حدث حتى تشكل هذا الشيء وانعكس في قضية في دائرة مبدأ الجواري هو التركيب</w:t>
      </w:r>
    </w:p>
    <w:p>
      <w:r>
        <w:t>والان الى مبدأ التناقض</w:t>
      </w:r>
    </w:p>
    <w:p>
      <w:r>
        <w:t>كل ما يرجع الى غير الاصول تحليل زائف</w:t>
      </w:r>
    </w:p>
    <w:p>
      <w:r>
        <w:t>وكل ما ركب غير المركب ركب المركب بغير مكوناته في دائرة الزيف</w:t>
      </w:r>
    </w:p>
    <w:p>
      <w:r>
        <w:t>مبدأ التناقض يقول لا</w:t>
      </w:r>
    </w:p>
    <w:p>
      <w:r>
        <w:t>عملية التحليل والتركيب هنا زائفة</w:t>
      </w:r>
    </w:p>
    <w:p>
      <w:r>
        <w:t>منهجية خاطئة</w:t>
      </w:r>
    </w:p>
    <w:p>
      <w:r>
        <w:t>ثم تأتي الى مبدأ السبب الكافي</w:t>
      </w:r>
    </w:p>
    <w:p>
      <w:r>
        <w:t>مبدأ السب الكافي</w:t>
      </w:r>
    </w:p>
    <w:p>
      <w:r>
        <w:t>مبدأ السبب الكافي وهو وتعين الاستنباط والاستقراء والتمثيل والاقيصة اللاحقة</w:t>
      </w:r>
    </w:p>
    <w:p>
      <w:r>
        <w:t>مرة تكون في قياس يرجعك الى العلل</w:t>
      </w:r>
    </w:p>
    <w:p>
      <w:r>
        <w:t>الملاكات الواقعية</w:t>
      </w:r>
    </w:p>
    <w:p>
      <w:r>
        <w:t>فهم انثى هنا في في تحليل تذهب الى الكفرة جمعها وترجع الى الملاك الجامع وها التركيب الاستقراء</w:t>
      </w:r>
    </w:p>
    <w:p>
      <w:r>
        <w:t>التمثيل التمثيل عندك جزئية الف جزئية باء جزئية اليف عندنا مواصفة</w:t>
      </w:r>
    </w:p>
    <w:p>
      <w:r>
        <w:t>تروح تعطيها هذه المواصفة لباء</w:t>
      </w:r>
    </w:p>
    <w:p>
      <w:r>
        <w:t>بدون جامع</w:t>
      </w:r>
    </w:p>
    <w:p>
      <w:r>
        <w:t>يعني هذا هو التركيب</w:t>
      </w:r>
    </w:p>
    <w:p>
      <w:r>
        <w:t>الجامع الذي يشمل</w:t>
      </w:r>
    </w:p>
    <w:p>
      <w:r>
        <w:t>فهنا تركيب خاطئ بمعنى ان الف وباء ليس تحت مركب</w:t>
      </w:r>
    </w:p>
    <w:p>
      <w:r>
        <w:t>الف وباء لم ينتجن من تحليل</w:t>
      </w:r>
    </w:p>
    <w:p>
      <w:r>
        <w:t>ما في عملية التحرير حتى نأتي الى المركب</w:t>
      </w:r>
    </w:p>
    <w:p>
      <w:r>
        <w:t>اذا لا اذا الصفة صفة الف سنة الى صفة باء في التمثيل ها? دقق معي جيدا</w:t>
      </w:r>
    </w:p>
    <w:p>
      <w:r>
        <w:t>لجامع يعني في هناك مركب فسيرته الصحيح</w:t>
      </w:r>
    </w:p>
    <w:p>
      <w:r>
        <w:t>هذا هو الاستقرار القياس التمثيلي المعلل</w:t>
      </w:r>
    </w:p>
    <w:p>
      <w:r>
        <w:t>فنكتشف ان هذه المفردات الف وباء ممكن يكون جيم</w:t>
      </w:r>
    </w:p>
    <w:p>
      <w:r>
        <w:t>ناشئة من ذلك الجامع تجليات لذلك الجامع</w:t>
      </w:r>
    </w:p>
    <w:p>
      <w:r>
        <w:t>هنا التحليل والتركيب يكون مشروعا يكون صحيحا</w:t>
      </w:r>
    </w:p>
    <w:p>
      <w:r>
        <w:t>وسري هذا هذا الفهم هذه القاعدة على جميع الاقيسة</w:t>
      </w:r>
    </w:p>
    <w:p>
      <w:r>
        <w:t>قاعدة الاتصال والانفصال او معيار الانفصال والاتصال</w:t>
      </w:r>
    </w:p>
    <w:p>
      <w:r>
        <w:t>معيار الانفصال تحليل معيار الاتصال تركيب</w:t>
      </w:r>
    </w:p>
    <w:p>
      <w:r>
        <w:t>هذه هي المنهجية الصحيحة</w:t>
      </w:r>
    </w:p>
    <w:p>
      <w:r>
        <w:t>والمنهجية منهجية عامة</w:t>
      </w:r>
    </w:p>
    <w:p>
      <w:r>
        <w:t>كل العلوم لها تستغني عنها</w:t>
      </w:r>
    </w:p>
    <w:p>
      <w:r>
        <w:t>فقط اطلالة فقط والا عمق هذه المنهجية يحتاج الى دراسة مفصلة</w:t>
      </w:r>
    </w:p>
    <w:p>
      <w:r>
        <w:t>واعلم ان التحليل انما يقال في مقابل التركيب</w:t>
      </w:r>
    </w:p>
    <w:p>
      <w:r>
        <w:t>اذا حيث كان التركيب يكون وحيث كان التحليل يكون التركيب لا معنى للتحليل الا لمركب ولا معنى لمركب الا الجزئيات اجتمعت</w:t>
      </w:r>
    </w:p>
    <w:p>
      <w:r>
        <w:t>نعم</w:t>
      </w:r>
    </w:p>
    <w:p>
      <w:r>
        <w:t>ولما انقسم التركيب الى الذهن بينا الانقسام الذهني ليس الانقسام الذهني من معنى النزم التحققي له بما يناسب النظم المنطقي</w:t>
      </w:r>
    </w:p>
    <w:p>
      <w:r>
        <w:t>تحليل الادعاء</w:t>
      </w:r>
    </w:p>
    <w:p>
      <w:r>
        <w:t>تحليل ادعائي</w:t>
      </w:r>
    </w:p>
    <w:p>
      <w:r>
        <w:t>مثلا انت تحلل الذات الالهية</w:t>
      </w:r>
    </w:p>
    <w:p>
      <w:r>
        <w:t>ذات تخرج منها الحياة</w:t>
      </w:r>
    </w:p>
    <w:p>
      <w:r>
        <w:t>تخرج منها العلم</w:t>
      </w:r>
    </w:p>
    <w:p>
      <w:r>
        <w:t>تخرج منها الحب</w:t>
      </w:r>
    </w:p>
    <w:p>
      <w:r>
        <w:t>تخرج منها ارادة تجد صفات متعددة متباينة مع الذات</w:t>
      </w:r>
    </w:p>
    <w:p>
      <w:r>
        <w:t>في النظم التحققي هذه الصفات متباينة ام هي عين الذات عين الذات? حكم النظم المنطقي غير حكم النظم النظم التحققي</w:t>
      </w:r>
    </w:p>
    <w:p>
      <w:r>
        <w:t>اذا هذه الكثرة التي ناتجت من التحليل</w:t>
      </w:r>
    </w:p>
    <w:p>
      <w:r>
        <w:t>بعدما ركبنا</w:t>
      </w:r>
    </w:p>
    <w:p>
      <w:r>
        <w:t>اذا ركبنا نقول الله حي القضية اولى</w:t>
      </w:r>
    </w:p>
    <w:p>
      <w:r>
        <w:t>الله عالم</w:t>
      </w:r>
    </w:p>
    <w:p>
      <w:r>
        <w:t>الله حب</w:t>
      </w:r>
    </w:p>
    <w:p>
      <w:r>
        <w:t>الله مريد</w:t>
      </w:r>
    </w:p>
    <w:p>
      <w:r>
        <w:t>الله قادر</w:t>
      </w:r>
    </w:p>
    <w:p>
      <w:r>
        <w:t>هذه هي تركيبات</w:t>
      </w:r>
    </w:p>
    <w:p>
      <w:r>
        <w:t>في التحليل اذا فصلنا الصفات عن الذات وهذا تركيب تحليل حقيقي ام ادعائي تقول شيخنا ادعائي</w:t>
      </w:r>
    </w:p>
    <w:p>
      <w:r>
        <w:t>الدعي صفة منفصلة عن الذات بالادعاء</w:t>
      </w:r>
    </w:p>
    <w:p>
      <w:r>
        <w:t>هذا التحليل الذهني</w:t>
      </w:r>
    </w:p>
    <w:p>
      <w:r>
        <w:t>ثم تأتي وتركب تقول الله حي</w:t>
      </w:r>
    </w:p>
    <w:p>
      <w:r>
        <w:t>لماذا تركب؟ لأن في الواقع الخارجي الحياة ليست منفصلة عن الذات</w:t>
      </w:r>
    </w:p>
    <w:p>
      <w:r>
        <w:t>ثم انت تقول الله حي تبني على الثنائية الإ دعائية في مقام التحليل الذهني اليس كذلك? هذه الثنائية الإدعائية</w:t>
      </w:r>
    </w:p>
    <w:p>
      <w:r>
        <w:t>اياك ان تجعلها ثنائية في الخارج</w:t>
      </w:r>
    </w:p>
    <w:p>
      <w:r>
        <w:t>زيادة الصفات على الذات</w:t>
      </w:r>
    </w:p>
    <w:p>
      <w:r>
        <w:t>تقع في الكارثة</w:t>
      </w:r>
    </w:p>
    <w:p>
      <w:r>
        <w:t>هناك الصفة هي الذات بنحو هادي هي العين نعم ولما انقسم التركيب الى الذهن والخارج فكذا انقسم مقابله يعني التحليل الى الذهن والخارج</w:t>
      </w:r>
    </w:p>
    <w:p>
      <w:r>
        <w:t>فالتحليل الذهني هو الذي يكون في المعاني الكلية ويسمى تحليل الحد الى مكوناته جنس وفصل</w:t>
      </w:r>
    </w:p>
    <w:p>
      <w:r>
        <w:t>في القضايا الى موضوع محمول في الاقيس الى مقدمات ونتيجة وهكذا</w:t>
      </w:r>
    </w:p>
    <w:p>
      <w:r>
        <w:t>نعم</w:t>
      </w:r>
    </w:p>
    <w:p>
      <w:r>
        <w:t>فالتحليل الذهني هو الذي يكون في المعاني الكلية ويسمى تحليل الحد</w:t>
      </w:r>
    </w:p>
    <w:p>
      <w:r>
        <w:t>لأن البحث هنا عن الحد يركز فقط على الحد</w:t>
      </w:r>
    </w:p>
    <w:p>
      <w:r>
        <w:t>والرصف تبحث عن مكونات هذه المحدودات ماهيات</w:t>
      </w:r>
    </w:p>
    <w:p>
      <w:r>
        <w:t>وان كانت بالحقيقة متقدمة على معرفة الحد والرسم</w:t>
      </w:r>
    </w:p>
    <w:p>
      <w:r>
        <w:t>نعم</w:t>
      </w:r>
    </w:p>
    <w:p>
      <w:r>
        <w:t>في الحقيقة يعني في النظم التحققي</w:t>
      </w:r>
    </w:p>
    <w:p>
      <w:r>
        <w:t>في النظم التحققي متقدمة</w:t>
      </w:r>
    </w:p>
    <w:p>
      <w:r>
        <w:t>في النوم التحقق</w:t>
      </w:r>
    </w:p>
    <w:p>
      <w:r>
        <w:t>انسان من الموجود في الانسان? يعني الله تعالى اوجد البدن</w:t>
      </w:r>
    </w:p>
    <w:p>
      <w:r>
        <w:t>ثم تعين البدن ثم الصق الروح لا ابدا خلق الانسان دفعة واحدة</w:t>
      </w:r>
    </w:p>
    <w:p>
      <w:r>
        <w:t>لما خلق الانسان في داخله مكونة في اتحاد حقيقي بين البدن والروح او النفس الناطقة</w:t>
      </w:r>
    </w:p>
    <w:p>
      <w:r>
        <w:t>ثم ناخذ هذه الهوية</w:t>
      </w:r>
    </w:p>
    <w:p>
      <w:r>
        <w:t>ثم نحللها الى ماذا? الى حيوان ناطق في العالم الذهني</w:t>
      </w:r>
    </w:p>
    <w:p>
      <w:r>
        <w:t>هذا التحليل نصل الى المكونات الداخلية</w:t>
      </w:r>
    </w:p>
    <w:p>
      <w:r>
        <w:t>اذا من السابق المركب ام المحلل المركب الهوية وهي سابقة</w:t>
      </w:r>
    </w:p>
    <w:p>
      <w:r>
        <w:t>ثم اركبها مرة ثانية اذا افلحت في التركيبة هالتركيب الصحيح فاني احكي الهوية في دائرتها الحكاية الصحيحة</w:t>
      </w:r>
    </w:p>
    <w:p>
      <w:r>
        <w:t>نعم</w:t>
      </w:r>
    </w:p>
    <w:p>
      <w:r>
        <w:t>وان كان بالحقيقة متقدما على معرفة الحد والرسم</w:t>
      </w:r>
    </w:p>
    <w:p>
      <w:r>
        <w:t>حيث يكون التحليل للمحدود المحدود يعني المهية</w:t>
      </w:r>
    </w:p>
    <w:p>
      <w:r>
        <w:t>وانما هو لتحصيل مفردات الحد</w:t>
      </w:r>
    </w:p>
    <w:p>
      <w:r>
        <w:t>لماذا نحلل? حتى نعرف كل مفردة في دائرتها</w:t>
      </w:r>
    </w:p>
    <w:p>
      <w:r>
        <w:t>بالادعاء</w:t>
      </w:r>
    </w:p>
    <w:p>
      <w:r>
        <w:t>نعم</w:t>
      </w:r>
    </w:p>
    <w:p>
      <w:r>
        <w:t>وذلك هو الذي يكون باعتبار المشارك والمتبائنات بين الاشياء</w:t>
      </w:r>
    </w:p>
    <w:p>
      <w:r>
        <w:t>يعني فيه مشترك هو الجنس ومختص هو الفصل</w:t>
      </w:r>
    </w:p>
    <w:p>
      <w:r>
        <w:t>حتى يتميز بذلك العام من معانيها من الخاص</w:t>
      </w:r>
    </w:p>
    <w:p>
      <w:r>
        <w:t>حيوان ناطق مبهم تميز عن الناطق</w:t>
      </w:r>
    </w:p>
    <w:p>
      <w:r>
        <w:t>لا بشرط وبشرط شيء</w:t>
      </w:r>
    </w:p>
    <w:p>
      <w:r>
        <w:t>كتحليل الانسان الى الحيوان والنطق</w:t>
      </w:r>
    </w:p>
    <w:p>
      <w:r>
        <w:t>تحليل ادعائي</w:t>
      </w:r>
    </w:p>
    <w:p>
      <w:r>
        <w:t>يعني التحليل في النظمل منطقي</w:t>
      </w:r>
    </w:p>
    <w:p>
      <w:r>
        <w:t>وتحليل الحيوان الى الجسم المتغذي</w:t>
      </w:r>
    </w:p>
    <w:p>
      <w:r>
        <w:t>نعم الجسم المتغذي يعني النامي</w:t>
      </w:r>
    </w:p>
    <w:p>
      <w:r>
        <w:t>مم او الراحة الى السبب السبب السبب النمو نمو التغذية</w:t>
      </w:r>
    </w:p>
    <w:p>
      <w:r>
        <w:t>نعم الجسم النامي الحساس المتحرك بالارادة</w:t>
      </w:r>
    </w:p>
    <w:p>
      <w:r>
        <w:t>حلله الى الجيز النمو حساس متحرك بالارادة</w:t>
      </w:r>
    </w:p>
    <w:p>
      <w:r>
        <w:t>وكذلك تحليل الجسم متغذي حتى ينتهي للاوائل</w:t>
      </w:r>
    </w:p>
    <w:p>
      <w:r>
        <w:t>الى الاوائل يعني الاصول</w:t>
      </w:r>
    </w:p>
    <w:p>
      <w:r>
        <w:t>هذا هو التحليل</w:t>
      </w:r>
    </w:p>
    <w:p>
      <w:r>
        <w:t>التحليل هو ارجاع الكثرة الى اصولها</w:t>
      </w:r>
    </w:p>
    <w:p>
      <w:r>
        <w:t>منابعها مبادئها</w:t>
      </w:r>
    </w:p>
    <w:p>
      <w:r>
        <w:t>وهي بسيطة طبعا</w:t>
      </w:r>
    </w:p>
    <w:p>
      <w:r>
        <w:t>غير مركبة</w:t>
      </w:r>
    </w:p>
    <w:p>
      <w:r>
        <w:t>ولا يلزم التسلسل</w:t>
      </w:r>
    </w:p>
    <w:p>
      <w:r>
        <w:t>اذا التحليل الى الاصول الذي انطلقنا منها للحصول على المركب</w:t>
      </w:r>
    </w:p>
    <w:p>
      <w:r>
        <w:t>نعم</w:t>
      </w:r>
    </w:p>
    <w:p>
      <w:r>
        <w:t>وبينته لك في القياس الاستنباطي والاستقراء والتمثيل والاقيس الاخرى لك ان تطبق عليها كما تشاء التركيب كذلك</w:t>
      </w:r>
    </w:p>
    <w:p>
      <w:r>
        <w:t>وبينت لك في مقام في مقام مبدأ الهوية وفي آآ مبدأ الجوهرية وفي اتصال والانفصال هو السبب الكافي</w:t>
      </w:r>
    </w:p>
    <w:p>
      <w:r>
        <w:t>سجلها جيدا عندك لان هذه الامور لا تجدها لا في كتاب مستور مكتوب ولا في محاضرات اخرى لا يهتمون بهذه الامور</w:t>
      </w:r>
    </w:p>
    <w:p>
      <w:r>
        <w:t>حتى ينتهي الى الاوائل</w:t>
      </w:r>
    </w:p>
    <w:p>
      <w:r>
        <w:t>اذا هنا فسر الية التحليل تعود الى الاصول</w:t>
      </w:r>
    </w:p>
    <w:p>
      <w:r>
        <w:t>الى المبادئ وهي بسيطة</w:t>
      </w:r>
    </w:p>
    <w:p>
      <w:r>
        <w:t>التي لا يقع فيها تركيب يعني بسيطة</w:t>
      </w:r>
    </w:p>
    <w:p>
      <w:r>
        <w:t>نعم ولا مشاركة ولا مبائنة</w:t>
      </w:r>
    </w:p>
    <w:p>
      <w:r>
        <w:t>يعني ما فيها اختلاف وجيت اشتراك هناك ابدا</w:t>
      </w:r>
    </w:p>
    <w:p>
      <w:r>
        <w:t>على ما بينا اه انا ما بين اه اه مثاله</w:t>
      </w:r>
    </w:p>
    <w:p>
      <w:r>
        <w:t>والتحليل الوجودي يسمى التحليل بالعكس</w:t>
      </w:r>
    </w:p>
    <w:p>
      <w:r>
        <w:t>تحرير الوجود يعني في النظمل التحققي</w:t>
      </w:r>
    </w:p>
    <w:p>
      <w:r>
        <w:t>اما الطبيعي كتحليل بدن الانسان الى الاخلاط والاخلاط الى العناصر</w:t>
      </w:r>
    </w:p>
    <w:p>
      <w:r>
        <w:t>عناصر يعني هذه العناصر التي هي الحديد والمغنيسيوم والملح وهذه الامور</w:t>
      </w:r>
    </w:p>
    <w:p>
      <w:r>
        <w:t>اذا احترق الانسان هذه المادة هذه العناصر كلها موجودة هناك</w:t>
      </w:r>
    </w:p>
    <w:p>
      <w:r>
        <w:t>هذا التحليل الطبيعي</w:t>
      </w:r>
    </w:p>
    <w:p>
      <w:r>
        <w:t>اما الطبيعي كتحليل بدل الانسان الى الاخلاق والاخلاط الى العناصر</w:t>
      </w:r>
    </w:p>
    <w:p>
      <w:r>
        <w:t>قبل الاخلاط الى الاعضاء</w:t>
      </w:r>
    </w:p>
    <w:p>
      <w:r>
        <w:t>هذا رأس هذا قدم ذي يد وكذا هذه كبد وهذا مخ ثم الى الاخلاط والاخلاط الى العناصر واما الصناعي كتحليل السنكجي سنكنجبيل الى الخل والسكر صناعي لانه مركب صنعه الانسان</w:t>
      </w:r>
    </w:p>
    <w:p>
      <w:r>
        <w:t>الخل والسكر الخل اه مادة والسكر مادة يعني واقعية مادية واقعية مادية اخطاء اختلطات فقط الصناعي صنعه الانسان</w:t>
      </w:r>
    </w:p>
    <w:p>
      <w:r>
        <w:t>نعم</w:t>
      </w:r>
    </w:p>
    <w:p>
      <w:r>
        <w:t>الجبين لم يخلقه الله تعالى جميلا وانما الانسان صنعه اه حكمته وفطانته</w:t>
      </w:r>
    </w:p>
    <w:p>
      <w:r>
        <w:t>اذا بينا واعلم ان التحليل والثاني القسمة القسمة كذلك تحليل</w:t>
      </w:r>
    </w:p>
    <w:p>
      <w:r>
        <w:t>القسمة ننتقل من التركيب الى التحليل</w:t>
      </w:r>
    </w:p>
    <w:p>
      <w:r>
        <w:t>نعم</w:t>
      </w:r>
    </w:p>
    <w:p>
      <w:r>
        <w:t>وننزل الى الأنواع الاصناف وهي ضربان قسمة الكل الى اجزائه</w:t>
      </w:r>
    </w:p>
    <w:p>
      <w:r>
        <w:t>هذه قسمة طبيعية قسمة خارجية</w:t>
      </w:r>
    </w:p>
    <w:p>
      <w:r>
        <w:t>نعم</w:t>
      </w:r>
    </w:p>
    <w:p>
      <w:r>
        <w:t>بحال في الذهن</w:t>
      </w:r>
    </w:p>
    <w:p>
      <w:r>
        <w:t>لا يمكن بالادعاء نعم</w:t>
      </w:r>
    </w:p>
    <w:p>
      <w:r>
        <w:t>يمكن بالادعاء</w:t>
      </w:r>
    </w:p>
    <w:p>
      <w:r>
        <w:t>يعني انت تتصور اه جامعة في ذهنك ثم التركيز يتركز على مكوناتها</w:t>
      </w:r>
    </w:p>
    <w:p>
      <w:r>
        <w:t>قاعة المحاضرات كبيرة مطعم كبير مكتبة كبيرة</w:t>
      </w:r>
    </w:p>
    <w:p>
      <w:r>
        <w:t>قاعات الضوء هذه الدروس كبيرة الإدارة كبيرة المكتبة كبيرة</w:t>
      </w:r>
    </w:p>
    <w:p>
      <w:r>
        <w:t>فذهنك يلتفت الى هذه المكونات</w:t>
      </w:r>
    </w:p>
    <w:p>
      <w:r>
        <w:t>فهذا آآ تحليل ذهني</w:t>
      </w:r>
    </w:p>
    <w:p>
      <w:r>
        <w:t>كل آآ اجزاء</w:t>
      </w:r>
    </w:p>
    <w:p>
      <w:r>
        <w:t>وقسمة الكل الى جزئياته الكل هذه القسمة المنطقية</w:t>
      </w:r>
    </w:p>
    <w:p>
      <w:r>
        <w:t>قسمة منطقية يعني عندك الإنسان تقسمه الى ذكر وأنثى بملاك الجنس تقسم الكلي الى ذاتي وعرضي لاصطلاح بملاك الداخلية والخارجية وهكذا</w:t>
      </w:r>
    </w:p>
    <w:p>
      <w:r>
        <w:t>اما الأول فالأجزاء انما متشابهة كاجزاء الخط او مختلطة كاجزاء الحيوان والمفيد في هذا الموضع انما هو القسمة الى المختلف</w:t>
      </w:r>
    </w:p>
    <w:p>
      <w:r>
        <w:t>وهو انما يكون في المحدود للكد</w:t>
      </w:r>
    </w:p>
    <w:p>
      <w:r>
        <w:t>كما يقسم الحيوان الى الاعضاء الالية</w:t>
      </w:r>
    </w:p>
    <w:p>
      <w:r>
        <w:t>وتقسم الاعضاء الالية الى الاعضاء البسيطة</w:t>
      </w:r>
    </w:p>
    <w:p>
      <w:r>
        <w:t>وتقسم البسيطة الى الاخلاط وتقسم الاخلاط الى الاركان</w:t>
      </w:r>
    </w:p>
    <w:p>
      <w:r>
        <w:t>في علم ان الحيوان مركب من جسم رطب يابس وهكذا</w:t>
      </w:r>
    </w:p>
    <w:p>
      <w:r>
        <w:t>واما الثاني قسمة الكلي فانها تقع على خمسة خمسة وثلاثين قسما لان مولد القسمة احد الخمسة</w:t>
      </w:r>
    </w:p>
    <w:p>
      <w:r>
        <w:t>كل واحد منها اما ان ينقسم الى هذه الخمسة او الى الصنف او الى الاشخاص</w:t>
      </w:r>
    </w:p>
    <w:p>
      <w:r>
        <w:t>نعم</w:t>
      </w:r>
    </w:p>
    <w:p>
      <w:r>
        <w:t>الخامسة آآ يعني يقصد بها الكليات الخمس</w:t>
      </w:r>
    </w:p>
    <w:p>
      <w:r>
        <w:t>آآ الجنس نوع الفصل والعرضي والخاص بالعرضي والعام</w:t>
      </w:r>
    </w:p>
    <w:p>
      <w:r>
        <w:t>يمكن تقسمها انت الى اقسام متعددة تصل الى خمسة وثلاثين قسما</w:t>
      </w:r>
    </w:p>
    <w:p>
      <w:r>
        <w:t>نعم</w:t>
      </w:r>
    </w:p>
    <w:p>
      <w:r>
        <w:t>هنا خمسة في خمسة خمسة وثلاثين</w:t>
      </w:r>
    </w:p>
    <w:p>
      <w:r>
        <w:t>لان مورد القسمة احد الخمسة اكتب تحتها الكليات الخمس</w:t>
      </w:r>
    </w:p>
    <w:p>
      <w:r>
        <w:t>وكل واحد منها اما ان ينقسم الى هذه الخمسة او الى الصنف او الى الشخص</w:t>
      </w:r>
    </w:p>
    <w:p>
      <w:r>
        <w:t>واعلم ان قسمة الى جزئياته ليس الى اجزائه</w:t>
      </w:r>
    </w:p>
    <w:p>
      <w:r>
        <w:t>الفرق بين الكل والجزء خليني اشير الى فروقات آآ ليس بنحو التمام والشمول</w:t>
      </w:r>
    </w:p>
    <w:p>
      <w:r>
        <w:t>فقط فروقات كل كلي</w:t>
      </w:r>
    </w:p>
    <w:p>
      <w:r>
        <w:t>الكل تابع للاجزاء</w:t>
      </w:r>
    </w:p>
    <w:p>
      <w:r>
        <w:t>الجزء تابع للكل</w:t>
      </w:r>
    </w:p>
    <w:p>
      <w:r>
        <w:t>يعني طه الخارجي انسان مشخص</w:t>
      </w:r>
    </w:p>
    <w:p>
      <w:r>
        <w:t>لولا الكل الطبيعي طه لا يكون</w:t>
      </w:r>
    </w:p>
    <w:p>
      <w:r>
        <w:t>طه متقوم بالكل</w:t>
      </w:r>
    </w:p>
    <w:p>
      <w:r>
        <w:t>اما الكل متقوم بالاجزاء</w:t>
      </w:r>
    </w:p>
    <w:p>
      <w:r>
        <w:t>هذه الاولى</w:t>
      </w:r>
    </w:p>
    <w:p>
      <w:r>
        <w:t>الثانية الكل ينتفي بانتفاء جزئه</w:t>
      </w:r>
    </w:p>
    <w:p>
      <w:r>
        <w:t>الكلي لا يكتفي بانتفاء جزئي</w:t>
      </w:r>
    </w:p>
    <w:p>
      <w:r>
        <w:t>طه راح</w:t>
      </w:r>
    </w:p>
    <w:p>
      <w:r>
        <w:t>اختفى من الوجود</w:t>
      </w:r>
    </w:p>
    <w:p>
      <w:r>
        <w:t>يعني الكل الطبيعي الانسان يختفي ابدا</w:t>
      </w:r>
    </w:p>
    <w:p>
      <w:r>
        <w:t>حقيقة مثالية علاقة بالواقع اه الخارجي</w:t>
      </w:r>
    </w:p>
    <w:p>
      <w:r>
        <w:t>نعم</w:t>
      </w:r>
    </w:p>
    <w:p>
      <w:r>
        <w:t>ما عنده علاقة اه الخارجي</w:t>
      </w:r>
    </w:p>
    <w:p>
      <w:r>
        <w:t>الخاصية الثالثة</w:t>
      </w:r>
    </w:p>
    <w:p>
      <w:r>
        <w:t>الكل قائم بالاجزاء</w:t>
      </w:r>
    </w:p>
    <w:p>
      <w:r>
        <w:t>والجزء قائم بالكلي</w:t>
      </w:r>
    </w:p>
    <w:p>
      <w:r>
        <w:t>نعم</w:t>
      </w:r>
    </w:p>
    <w:p>
      <w:r>
        <w:t>كلي نعم</w:t>
      </w:r>
    </w:p>
    <w:p>
      <w:r>
        <w:t>اه الكل لا يحمل على الجزء</w:t>
      </w:r>
    </w:p>
    <w:p>
      <w:r>
        <w:t>لا تقول الرأس انسان</w:t>
      </w:r>
    </w:p>
    <w:p>
      <w:r>
        <w:t>اما الكل يحمل على الجزئية</w:t>
      </w:r>
    </w:p>
    <w:p>
      <w:r>
        <w:t>تقول طه انسان</w:t>
      </w:r>
    </w:p>
    <w:p>
      <w:r>
        <w:t>طه انسان</w:t>
      </w:r>
    </w:p>
    <w:p>
      <w:r>
        <w:t>وهذه فروق ذكرت لك اربعة ويمكن لك ان تستخرج ما تشاء يعني المسألة ليست منطقية</w:t>
      </w:r>
    </w:p>
    <w:p>
      <w:r>
        <w:t>مسألة فلسفية</w:t>
      </w:r>
    </w:p>
    <w:p>
      <w:r>
        <w:t>واعلم ان قسمة الكل الى جزئياته انما تكون بالفصول المقومة</w:t>
      </w:r>
    </w:p>
    <w:p>
      <w:r>
        <w:t>نعم</w:t>
      </w:r>
    </w:p>
    <w:p>
      <w:r>
        <w:t>او لا</w:t>
      </w:r>
    </w:p>
    <w:p>
      <w:r>
        <w:t>اما بالفصول او لا والاول اما ان يكون اوليا كقسمة الجنس الى انواعه القريبة</w:t>
      </w:r>
    </w:p>
    <w:p>
      <w:r>
        <w:t>او لا? يعني قسم الدائرة بين النفي والاثبات يمكن لك التشجير</w:t>
      </w:r>
    </w:p>
    <w:p>
      <w:r>
        <w:t>كقسمته الى البعيدة</w:t>
      </w:r>
    </w:p>
    <w:p>
      <w:r>
        <w:t>والثاني هو القسمة لا بالفصول الذاتية فهو اما قسمة معروض الى العوارض كالحيوان الى الذكر والانثى</w:t>
      </w:r>
    </w:p>
    <w:p>
      <w:r>
        <w:t>ذكر الانثى تأتي بعد تعين الانسان</w:t>
      </w:r>
    </w:p>
    <w:p>
      <w:r>
        <w:t>نعم</w:t>
      </w:r>
    </w:p>
    <w:p>
      <w:r>
        <w:t>او العوارض الى المعروضات كالكائن والفاسد</w:t>
      </w:r>
    </w:p>
    <w:p>
      <w:r>
        <w:t>كالكائن والفاسد الى المعدن والنبات والحيوان</w:t>
      </w:r>
    </w:p>
    <w:p>
      <w:r>
        <w:t>او العوارض العوارض كقسمة الاصناف الى الاصناف</w:t>
      </w:r>
    </w:p>
    <w:p>
      <w:r>
        <w:t>نعم</w:t>
      </w:r>
    </w:p>
    <w:p>
      <w:r>
        <w:t>يعني المهم تبدأ به من من الكلي والجنس الى الفصل الى الاصناف وتحت الاصناف اصناف</w:t>
      </w:r>
    </w:p>
    <w:p>
      <w:r>
        <w:t>نعم</w:t>
      </w:r>
    </w:p>
    <w:p>
      <w:r>
        <w:t>يعني تقسيم الحيوان الى ذكر وانثى تصريفهم</w:t>
      </w:r>
    </w:p>
    <w:p>
      <w:r>
        <w:t>لان الحيوان ينقسم الى انسان ولا انسان</w:t>
      </w:r>
    </w:p>
    <w:p>
      <w:r>
        <w:t>انسان تعينت ذات الانسانية</w:t>
      </w:r>
    </w:p>
    <w:p>
      <w:r>
        <w:t>ذكر وانثى</w:t>
      </w:r>
    </w:p>
    <w:p>
      <w:r>
        <w:t>بالعوارض البدنية</w:t>
      </w:r>
    </w:p>
    <w:p>
      <w:r>
        <w:t>الجنس عنده علاقة بالبدن ما عنده علاقة بالانسان</w:t>
      </w:r>
    </w:p>
    <w:p>
      <w:r>
        <w:t>اذا الذكر والانثى بعد حيواني</w:t>
      </w:r>
    </w:p>
    <w:p>
      <w:r>
        <w:t>نعم</w:t>
      </w:r>
    </w:p>
    <w:p>
      <w:r>
        <w:t>ليس بعدين للناطقية</w:t>
      </w:r>
    </w:p>
    <w:p>
      <w:r>
        <w:t>وانما تنتفع تنتفع في هذا الموظع</w:t>
      </w:r>
    </w:p>
    <w:p>
      <w:r>
        <w:t>بقسمة الكلي يعني في هذا الموضوع في المنطق</w:t>
      </w:r>
    </w:p>
    <w:p>
      <w:r>
        <w:t>نعم بقسمة الكل الى جزئياته بالفصول الذاتية</w:t>
      </w:r>
    </w:p>
    <w:p>
      <w:r>
        <w:t>الفصول الذاتية يعني الفصول المقاومة داخل الذات</w:t>
      </w:r>
    </w:p>
    <w:p>
      <w:r>
        <w:t>فاذا اخذنا الجنس العالي كالجور وقسمناه بالفصول الذاتية الاولية</w:t>
      </w:r>
    </w:p>
    <w:p>
      <w:r>
        <w:t>الى ان يصل الى انواع السافلة صارت الفصول كلها معلومة على الترتيب</w:t>
      </w:r>
    </w:p>
    <w:p>
      <w:r>
        <w:t>جوهر ما معناه? ذات قائمة بنفسها</w:t>
      </w:r>
    </w:p>
    <w:p>
      <w:r>
        <w:t>قائمة بنفسها ليس ليس فصلا</w:t>
      </w:r>
    </w:p>
    <w:p>
      <w:r>
        <w:t>ممتدة</w:t>
      </w:r>
    </w:p>
    <w:p>
      <w:r>
        <w:t>هذا هو الفصل الاول الجسم</w:t>
      </w:r>
    </w:p>
    <w:p>
      <w:r>
        <w:t>نام هذه النبات الاشجار</w:t>
      </w:r>
    </w:p>
    <w:p>
      <w:r>
        <w:t>حساس متحرك بالارادة حيوانات</w:t>
      </w:r>
    </w:p>
    <w:p>
      <w:r>
        <w:t>الناطق الانساني</w:t>
      </w:r>
    </w:p>
    <w:p>
      <w:r>
        <w:t>كل الفصول موجودة وتندك في الناطقية الاخير</w:t>
      </w:r>
    </w:p>
    <w:p>
      <w:r>
        <w:t>نعم</w:t>
      </w:r>
    </w:p>
    <w:p>
      <w:r>
        <w:t>ولهذا يقول الى ان يصل الى انواع السافلة صارت الفصول كلها معلومة على الترتيب</w:t>
      </w:r>
    </w:p>
    <w:p>
      <w:r>
        <w:t>كما نقول الجوهر اما ان يكون قابل للابعاد او لا يكون</w:t>
      </w:r>
    </w:p>
    <w:p>
      <w:r>
        <w:t>يعني ان ممتد او لا? والقابل للانتداد هو الجسم</w:t>
      </w:r>
    </w:p>
    <w:p>
      <w:r>
        <w:t>اما ان يكون ناميا او لا</w:t>
      </w:r>
    </w:p>
    <w:p>
      <w:r>
        <w:t>والنامي ان اما ان يكون حساسا او لا</w:t>
      </w:r>
    </w:p>
    <w:p>
      <w:r>
        <w:t>والحساس اما ان يكون ناطقا او لا</w:t>
      </w:r>
    </w:p>
    <w:p>
      <w:r>
        <w:t>والناطق الإنسان اجتمعت فيه جميع الفصول نعم في علم من ذلك ان هذه المقسومات ذاتيات الإنسان مقسومات يعني جوهر ممتد نامي حساس متحرك بالإرادة ناطق كلها في الحقيقة الإنسانية كلها في الحقيقة في الحصة القادمة ان شاء الله ذكروني واعرف لكم القسمة ما عرفها هنا</w:t>
      </w:r>
    </w:p>
    <w:p>
      <w:r>
        <w:t>لانها مرت علينا نكرر جيد آآ التعليم والتعلم</w:t>
      </w:r>
    </w:p>
    <w:p>
      <w:r>
        <w:t>نعم</w:t>
      </w:r>
    </w:p>
    <w:p>
      <w:r>
        <w:t>اللهم صل على محمد وال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