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والحمد لله</w:t>
      </w:r>
    </w:p>
    <w:p>
      <w:r>
        <w:t>والله اكبر</w:t>
      </w:r>
    </w:p>
    <w:p>
      <w:r>
        <w:t>اعوذ بالله من الشيطان الرجيم بسم الله الرحمن الرحيم وبه تعالى نستع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قال وكل ما له علة مساوية واضحة فحده التام يشتمل على هذه العلة</w:t>
      </w:r>
    </w:p>
    <w:p>
      <w:r>
        <w:t>علي كل شيء تعاونت في تحقيقه علل فهذه العلل موجودة في حده</w:t>
      </w:r>
    </w:p>
    <w:p>
      <w:r>
        <w:t>الا الفاعلية الغائية الصورية والمادية اذا كان من الواقعيات المادية</w:t>
      </w:r>
    </w:p>
    <w:p>
      <w:r>
        <w:t>فهناك حقيقة تم</w:t>
      </w:r>
    </w:p>
    <w:p>
      <w:r>
        <w:t>نعم</w:t>
      </w:r>
    </w:p>
    <w:p>
      <w:r>
        <w:t>وهنا يأتي القانون مشاركة الحد البرهان</w:t>
      </w:r>
    </w:p>
    <w:p>
      <w:r>
        <w:t>نعم</w:t>
      </w:r>
    </w:p>
    <w:p>
      <w:r>
        <w:t>لان العلل موجودة في الحد</w:t>
      </w:r>
    </w:p>
    <w:p>
      <w:r>
        <w:t>اقول كل محدود ذي علل محدود هنا واقعية من الواقعيات</w:t>
      </w:r>
    </w:p>
    <w:p>
      <w:r>
        <w:t>ما هي من الماهية? ذي علل يعني له علل</w:t>
      </w:r>
    </w:p>
    <w:p>
      <w:r>
        <w:t>تشارك في تحققه</w:t>
      </w:r>
    </w:p>
    <w:p>
      <w:r>
        <w:t>في ذي علل مساوية</w:t>
      </w:r>
    </w:p>
    <w:p>
      <w:r>
        <w:t>مساوية عليها هذه العلل هي التي حققته وليست علة عامة لا العلة التي اتجهت نحوه هذا هو التساوي</w:t>
      </w:r>
    </w:p>
    <w:p>
      <w:r>
        <w:t>نعم</w:t>
      </w:r>
    </w:p>
    <w:p>
      <w:r>
        <w:t>انا كاتب كاتب هذه علة عامة</w:t>
      </w:r>
    </w:p>
    <w:p>
      <w:r>
        <w:t>اما اذا كتبت انا نصا فهنا الكتابة للعموم العاملة بشرط اتجه في نحو خلاص اذا اتجه في نحو يكون مساو تساوي هذه الكتابة فقط</w:t>
      </w:r>
    </w:p>
    <w:p>
      <w:r>
        <w:t>هذه افهمها جيدا</w:t>
      </w:r>
    </w:p>
    <w:p>
      <w:r>
        <w:t>كل محدود ذي علل مساوي نعم فانه يجب ان يؤخذ تلك تؤخذ تلك العلل في حده</w:t>
      </w:r>
    </w:p>
    <w:p>
      <w:r>
        <w:t>الحد التام طبعا الغاية ما هي? ليحصل في العقل</w:t>
      </w:r>
    </w:p>
    <w:p>
      <w:r>
        <w:t>لان انت الان في دائرة نضمو المنطقي اذن هذه الأمور اين تحصل في النظم المنطقي يعني في العقل</w:t>
      </w:r>
    </w:p>
    <w:p>
      <w:r>
        <w:t>ليحصل في العقل صورة صورة يعني هذا هو ان التعريف الموصل الى الى الصورة</w:t>
      </w:r>
    </w:p>
    <w:p>
      <w:r>
        <w:t>الى الصورة يعني نتصور حقيقي ليحصل في العقل صورة مساوية له هي هي لا الزيادة ولا نقصان جنس فصل تام وبعلله مطابقة للمحدود كما هو في الواقع</w:t>
      </w:r>
    </w:p>
    <w:p>
      <w:r>
        <w:t>في الخارج يعني يكتب هنا الواقع</w:t>
      </w:r>
    </w:p>
    <w:p>
      <w:r>
        <w:t>ليس بالضرورة الواقع المحسوس</w:t>
      </w:r>
    </w:p>
    <w:p>
      <w:r>
        <w:t>اما لو اخل ببعض العلل فان الحد ناقص</w:t>
      </w:r>
    </w:p>
    <w:p>
      <w:r>
        <w:t>نعم</w:t>
      </w:r>
    </w:p>
    <w:p>
      <w:r>
        <w:t>ناقصون</w:t>
      </w:r>
    </w:p>
    <w:p>
      <w:r>
        <w:t>واضحة جدا</w:t>
      </w:r>
    </w:p>
    <w:p>
      <w:r>
        <w:t>الهوية اه ناقصة</w:t>
      </w:r>
    </w:p>
    <w:p>
      <w:r>
        <w:t>الهوية في الواقع لها كل العلل</w:t>
      </w:r>
    </w:p>
    <w:p>
      <w:r>
        <w:t>في البعد المعرفي في النظم المنطقي</w:t>
      </w:r>
    </w:p>
    <w:p>
      <w:r>
        <w:t>لم نكتشف علة من العلل</w:t>
      </w:r>
    </w:p>
    <w:p>
      <w:r>
        <w:t>فطبعا نعرف هذه الهوية معرفة ناقصة</w:t>
      </w:r>
    </w:p>
    <w:p>
      <w:r>
        <w:t>ولهذا يقول فان الحد ناقصا</w:t>
      </w:r>
    </w:p>
    <w:p>
      <w:r>
        <w:t>وعندي في اخذ العلل في الحدود النظر</w:t>
      </w:r>
    </w:p>
    <w:p>
      <w:r>
        <w:t>العلماء الحلي يقول آآ اخذ العلل في الحدود نظر</w:t>
      </w:r>
    </w:p>
    <w:p>
      <w:r>
        <w:t>هكذا عبارة وعندي يعني عند العلامة الهندي في اخذ العلل في الحدود بالنظر مبهمة ماذا يريد? هذا الرجل ولا يجازف رجل عظيم في العلم والمعرفة</w:t>
      </w:r>
    </w:p>
    <w:p>
      <w:r>
        <w:t>خلينا نقاربها على مستوى المعايير العقلية وانا اسألك العلل في اي معيار من المعايير العقلية السرمدية تجيب باريحية في مبدأ السبب الكافي</w:t>
      </w:r>
    </w:p>
    <w:p>
      <w:r>
        <w:t>صحيح ام لا? نعم</w:t>
      </w:r>
    </w:p>
    <w:p>
      <w:r>
        <w:t>واسألكم مرة ثانية مبدأ السبب الكافي يشتغل على مبدأ الهوية ما ينتجه مبدأ الهوية او ما ينتجه مبدأ الجوهرية</w:t>
      </w:r>
    </w:p>
    <w:p>
      <w:r>
        <w:t>تقول حتى شيخنا ما ينتجه مبدأ الجوهرية مبدأ السبب الكافي لا يشتغل هناك</w:t>
      </w:r>
    </w:p>
    <w:p>
      <w:r>
        <w:t>اقول عمق المسألة انا اعمق المسألة في مكانك</w:t>
      </w:r>
    </w:p>
    <w:p>
      <w:r>
        <w:t>تقول لي شيخنا المبدأ الجوهري يولد قضية الف باء</w:t>
      </w:r>
    </w:p>
    <w:p>
      <w:r>
        <w:t>الف باء بعد</w:t>
      </w:r>
    </w:p>
    <w:p>
      <w:r>
        <w:t>و الف باء</w:t>
      </w:r>
    </w:p>
    <w:p>
      <w:r>
        <w:t>كل يدعي الف باء</w:t>
      </w:r>
    </w:p>
    <w:p>
      <w:r>
        <w:t>متى تنكشف العورة? اذا جئنا به مقدمة اخرى وتشكل القياس</w:t>
      </w:r>
    </w:p>
    <w:p>
      <w:r>
        <w:t>نعم</w:t>
      </w:r>
    </w:p>
    <w:p>
      <w:r>
        <w:t>انا اله وكل اله يخلق فانا اخلق</w:t>
      </w:r>
    </w:p>
    <w:p>
      <w:r>
        <w:t>اذا قلت انا اله ولا احد ما عنده علاقة معك</w:t>
      </w:r>
    </w:p>
    <w:p>
      <w:r>
        <w:t>الداعي كما تشاء</w:t>
      </w:r>
    </w:p>
    <w:p>
      <w:r>
        <w:t>ولكن تقول الخالقية</w:t>
      </w:r>
    </w:p>
    <w:p>
      <w:r>
        <w:t>انا اله وكل اله يخلق انت محدود</w:t>
      </w:r>
    </w:p>
    <w:p>
      <w:r>
        <w:t>الخالقية لا تكون الا للمطلق</w:t>
      </w:r>
    </w:p>
    <w:p>
      <w:r>
        <w:t>انت لست بإذن</w:t>
      </w:r>
    </w:p>
    <w:p>
      <w:r>
        <w:t>اذا مبدأ السبب الكافي اين يدخل? يدخل في مبدأ الجوهرية اذا تمددت</w:t>
      </w:r>
    </w:p>
    <w:p>
      <w:r>
        <w:t>القضايا في شكل ماذا? قياس</w:t>
      </w:r>
    </w:p>
    <w:p>
      <w:r>
        <w:t>سجلها عندك جيدا هذه المسألة</w:t>
      </w:r>
    </w:p>
    <w:p>
      <w:r>
        <w:t>والعلل ليس حتى في مبدأ الجوهرية</w:t>
      </w:r>
    </w:p>
    <w:p>
      <w:r>
        <w:t>في القضايا بما هي قضية</w:t>
      </w:r>
    </w:p>
    <w:p>
      <w:r>
        <w:t>نعم</w:t>
      </w:r>
    </w:p>
    <w:p>
      <w:r>
        <w:t>الله حي</w:t>
      </w:r>
    </w:p>
    <w:p>
      <w:r>
        <w:t>نعم الله حيه يعني انت اشرت الى حيثية من حيثيات الله تعالى</w:t>
      </w:r>
    </w:p>
    <w:p>
      <w:r>
        <w:t>اما اذا قلت الله حي وكل حي عالم فالله عالم</w:t>
      </w:r>
    </w:p>
    <w:p>
      <w:r>
        <w:t>هنا لا تمددت في قياس يعني تريد تبحث عن علة العلم وهي الحياة طبعا</w:t>
      </w:r>
    </w:p>
    <w:p>
      <w:r>
        <w:t>علة اثباتية وليس ثبوتية وليس الحياة هي علة لصفة العلم</w:t>
      </w:r>
    </w:p>
    <w:p>
      <w:r>
        <w:t>على مستوى الذات الاية هو التلازم</w:t>
      </w:r>
    </w:p>
    <w:p>
      <w:r>
        <w:t>عدم الانفكاك</w:t>
      </w:r>
    </w:p>
    <w:p>
      <w:r>
        <w:t>الى انها علة في مقام الاثبات في مقام المضمون المنطقي</w:t>
      </w:r>
    </w:p>
    <w:p>
      <w:r>
        <w:t>جميل</w:t>
      </w:r>
    </w:p>
    <w:p>
      <w:r>
        <w:t>اذا مبدأ السبب الكافي انا يجري</w:t>
      </w:r>
    </w:p>
    <w:p>
      <w:r>
        <w:t>تقول لي شيخنا مبدأ جوهرية اذا التصقت او التصقت قضية به قضية اخرى وتشكل ما يسمى في العرف المنطقي القياس</w:t>
      </w:r>
    </w:p>
    <w:p>
      <w:r>
        <w:t>اما القياس الاستنباطي او الاستقراء او التمثيل</w:t>
      </w:r>
    </w:p>
    <w:p>
      <w:r>
        <w:t>في مبدأ الهوية عندنا مفردة</w:t>
      </w:r>
    </w:p>
    <w:p>
      <w:r>
        <w:t>فما بدنا نسبب كا في الذات لا يفتي</w:t>
      </w:r>
    </w:p>
    <w:p>
      <w:r>
        <w:t>هناك الذاتي اذا لا معنى لادخال العلل</w:t>
      </w:r>
    </w:p>
    <w:p>
      <w:r>
        <w:t>في آآ في مبدأ الهوية</w:t>
      </w:r>
    </w:p>
    <w:p>
      <w:r>
        <w:t>تقول شيخنا انتم دخلتم المادة والصورة في تعريف الانسان مادته والبدن صورته والنفس الناطقة</w:t>
      </w:r>
    </w:p>
    <w:p>
      <w:r>
        <w:t>ادخلتم آآ علل الوجود الخارجي في تعريفه</w:t>
      </w:r>
    </w:p>
    <w:p>
      <w:r>
        <w:t>حيوان ناطق حيوانية اخذتها من البدن</w:t>
      </w:r>
    </w:p>
    <w:p>
      <w:r>
        <w:t>اختوها من نفس الناطق</w:t>
      </w:r>
    </w:p>
    <w:p>
      <w:r>
        <w:t>هنا علل نعم</w:t>
      </w:r>
    </w:p>
    <w:p>
      <w:r>
        <w:t>هنا علل تسامحية</w:t>
      </w:r>
    </w:p>
    <w:p>
      <w:r>
        <w:t>ليست علل من باب المبدأ السبب الكافي</w:t>
      </w:r>
    </w:p>
    <w:p>
      <w:r>
        <w:t>العلل التي تحقق الوجود لا</w:t>
      </w:r>
    </w:p>
    <w:p>
      <w:r>
        <w:t>هذه علل تسامحية مبدأ الهوية لا معنى للعلل فيها</w:t>
      </w:r>
    </w:p>
    <w:p>
      <w:r>
        <w:t>هذا هو التفسير الدقيق لكلمة نظر للعلامة الحلي</w:t>
      </w:r>
    </w:p>
    <w:p>
      <w:r>
        <w:t>ولهذا لم يقل في مطلق العلم قال وعندي في اخذ العلل في الحدود</w:t>
      </w:r>
    </w:p>
    <w:p>
      <w:r>
        <w:t>يعني لا زلنا في دائرة مبدأ اه اه الهوية ولا معنى لجريان مبدأ السبب الكافي مبدأ في مبدأ الهوية لاننا هناك في الذات والذات يعلل لا يعلل</w:t>
      </w:r>
    </w:p>
    <w:p>
      <w:r>
        <w:t>هذه سجلها عندك وانا اتحمل مسؤولية العلة تقع مبدأ للفصل</w:t>
      </w:r>
    </w:p>
    <w:p>
      <w:r>
        <w:t>تقع مبدأا تقع مبدا العلة تقع مبدأ للفصل</w:t>
      </w:r>
    </w:p>
    <w:p>
      <w:r>
        <w:t>قال وتقع العلل في الفصول بان تكون مبادئ لها للفصول كما تقول السيف الة صناعية اذا جاؤوا بالامثلة الصناعية الاعتبارية بعد يأتي الارتباك المعرفي</w:t>
      </w:r>
    </w:p>
    <w:p>
      <w:r>
        <w:t>السيف امر اعتباري السيف واطلاق اعتباري على حديدة بكيفية ما</w:t>
      </w:r>
    </w:p>
    <w:p>
      <w:r>
        <w:t>تأتيني بالامور التكوينية افضل</w:t>
      </w:r>
    </w:p>
    <w:p>
      <w:r>
        <w:t>سيف الة صناعية من حديد ها هو الحديد هو التكويني</w:t>
      </w:r>
    </w:p>
    <w:p>
      <w:r>
        <w:t>مطاول محدد يعني حاد يقطع محدد الأطراف يقطع بها او يقطع بها او يقطع بها القاطع اعضاء الحيوان نعم وقد يقتصر على البعض يعني لا يأتي بجميع مكونات الحد كقولنا الخاتم حلية يلبسها الاصبع</w:t>
      </w:r>
    </w:p>
    <w:p>
      <w:r>
        <w:t>نعم</w:t>
      </w:r>
    </w:p>
    <w:p>
      <w:r>
        <w:t>انت الان في تعريفك للهويات تأتي بالجنس والفصل في العام الاغلب</w:t>
      </w:r>
    </w:p>
    <w:p>
      <w:r>
        <w:t>مرة لا ما تأتي بالفصل تأتي بعلله</w:t>
      </w:r>
    </w:p>
    <w:p>
      <w:r>
        <w:t>يعني موجبات تعين الفصل في دار الوجود يمكن</w:t>
      </w:r>
    </w:p>
    <w:p>
      <w:r>
        <w:t>نعم</w:t>
      </w:r>
    </w:p>
    <w:p>
      <w:r>
        <w:t>تأتي بعلل ثم يمكن</w:t>
      </w:r>
    </w:p>
    <w:p>
      <w:r>
        <w:t>نعم</w:t>
      </w:r>
    </w:p>
    <w:p>
      <w:r>
        <w:t>ومرة لا مرة تقتصر على كل العلل</w:t>
      </w:r>
    </w:p>
    <w:p>
      <w:r>
        <w:t>مرة على بعض العلل</w:t>
      </w:r>
    </w:p>
    <w:p>
      <w:r>
        <w:t>نعم</w:t>
      </w:r>
    </w:p>
    <w:p>
      <w:r>
        <w:t>اقول هل قبل اقول هل هذا صحيح في في نظر الاعلام الحلي? لا</w:t>
      </w:r>
    </w:p>
    <w:p>
      <w:r>
        <w:t>تسامحية هذي</w:t>
      </w:r>
    </w:p>
    <w:p>
      <w:r>
        <w:t>تسامحية محضة</w:t>
      </w:r>
    </w:p>
    <w:p>
      <w:r>
        <w:t>لان العلل لا تدخل في مبنى الهوية</w:t>
      </w:r>
    </w:p>
    <w:p>
      <w:r>
        <w:t>نعم تدخل في مبدأ الجوهرية بعد ما يتعين بقضايا مجموعة قضايا وفيه ارتباط بين بعض القضايا</w:t>
      </w:r>
    </w:p>
    <w:p>
      <w:r>
        <w:t>حتى يتعين القياس استنباط الاستقراء التمثيلي وو</w:t>
      </w:r>
    </w:p>
    <w:p>
      <w:r>
        <w:t>هناك تأتي حاكمية السبب الكافي</w:t>
      </w:r>
    </w:p>
    <w:p>
      <w:r>
        <w:t>اقول المعلول لا وجود لا وجود له بدون العلة</w:t>
      </w:r>
    </w:p>
    <w:p>
      <w:r>
        <w:t>هذا بحث فلسفي</w:t>
      </w:r>
    </w:p>
    <w:p>
      <w:r>
        <w:t>مسألة انطولوجية بامتياز</w:t>
      </w:r>
    </w:p>
    <w:p>
      <w:r>
        <w:t>ما عندها علاقة بالمنطق</w:t>
      </w:r>
    </w:p>
    <w:p>
      <w:r>
        <w:t>وعندما يتحصل ويتخصص نعم يتحصن يعني ينوجد ويتخصص بهوية خاصة بعلته والجنس راحل النظم المنطقي من النظم الانطلوجي الوجودي الى النظم المنطقي قفز قفزة ها منهجية امر مبهم لا بشرط</w:t>
      </w:r>
    </w:p>
    <w:p>
      <w:r>
        <w:t>حيوان ما هو ما ندري</w:t>
      </w:r>
    </w:p>
    <w:p>
      <w:r>
        <w:t>والجنس امر مبهم انما يتحصل ويتحقق في الخارج بفصوله</w:t>
      </w:r>
    </w:p>
    <w:p>
      <w:r>
        <w:t>انظر الجنس امر مبهم انما يحصل ويتحقق في الخارج بفصوله</w:t>
      </w:r>
    </w:p>
    <w:p>
      <w:r>
        <w:t>اي خارج خارج بمعنى الخارجي يعني عالم الوجود لا لا ابدا</w:t>
      </w:r>
    </w:p>
    <w:p>
      <w:r>
        <w:t>يعني هذا المبهم يصير نوعان</w:t>
      </w:r>
    </w:p>
    <w:p>
      <w:r>
        <w:t>يصير انسانا</w:t>
      </w:r>
    </w:p>
    <w:p>
      <w:r>
        <w:t>هذا هو التحصن</w:t>
      </w:r>
    </w:p>
    <w:p>
      <w:r>
        <w:t>التحصل الفهمي هنا</w:t>
      </w:r>
    </w:p>
    <w:p>
      <w:r>
        <w:t>تحصن فهمي</w:t>
      </w:r>
    </w:p>
    <w:p>
      <w:r>
        <w:t>نعم</w:t>
      </w:r>
    </w:p>
    <w:p>
      <w:r>
        <w:t>التحصن الخارجي ليس بالفصول</w:t>
      </w:r>
    </w:p>
    <w:p>
      <w:r>
        <w:t>وان باب النفوس بالصور الصور النوعية</w:t>
      </w:r>
    </w:p>
    <w:p>
      <w:r>
        <w:t>اذا كنا في الانسان نقول النفس</w:t>
      </w:r>
    </w:p>
    <w:p>
      <w:r>
        <w:t>اما اذا كنا في بحث مطلق نقول صور نوعية هي التي تحصل ماذا? تحصل آآ ليس الجنس تحصل المادة في الخارج لا لا نتحدث بالجنس والفصل في العالم الخارج</w:t>
      </w:r>
    </w:p>
    <w:p>
      <w:r>
        <w:t>اذا هذه كلمات في الخارج والجنس امر مبهم</w:t>
      </w:r>
    </w:p>
    <w:p>
      <w:r>
        <w:t>الجنس يعني نحن المنطقي</w:t>
      </w:r>
    </w:p>
    <w:p>
      <w:r>
        <w:t>امر مبهم لا بشرط لان الابهام دائما في النظم المنطقي</w:t>
      </w:r>
    </w:p>
    <w:p>
      <w:r>
        <w:t>لا معنى للابهام في النظم الخارجي</w:t>
      </w:r>
    </w:p>
    <w:p>
      <w:r>
        <w:t>ما عندنا وقائع مبهمة في الخارج</w:t>
      </w:r>
    </w:p>
    <w:p>
      <w:r>
        <w:t>تقول شيخنا عندنا كيف? تقول ارى في الليل شيئا</w:t>
      </w:r>
    </w:p>
    <w:p>
      <w:r>
        <w:t>يحتمل ان يكون انسانا يحت ان يكون شجرة يحتمل ان يكون دبا يحتمل ان يكون غولا يحتمل ان يكون جنا لا ابدا</w:t>
      </w:r>
    </w:p>
    <w:p>
      <w:r>
        <w:t>هذا ابهام معرفي</w:t>
      </w:r>
    </w:p>
    <w:p>
      <w:r>
        <w:t>هذا ابهام معرفي</w:t>
      </w:r>
    </w:p>
    <w:p>
      <w:r>
        <w:t>اما في الخارج حقيقة واحدة</w:t>
      </w:r>
    </w:p>
    <w:p>
      <w:r>
        <w:t>اذا طال عن نور ترى سيد الشجرة امام ونعم</w:t>
      </w:r>
    </w:p>
    <w:p>
      <w:r>
        <w:t>يعني الله تعالى اوجد الشجرة ما اوجد هوية مبهمة تتحمل كل هذه اه المهيات</w:t>
      </w:r>
    </w:p>
    <w:p>
      <w:r>
        <w:t>نعم</w:t>
      </w:r>
    </w:p>
    <w:p>
      <w:r>
        <w:t>والجنس امر مبهم</w:t>
      </w:r>
    </w:p>
    <w:p>
      <w:r>
        <w:t>اكتب مبهم يعني غير متعين لا بشرط</w:t>
      </w:r>
    </w:p>
    <w:p>
      <w:r>
        <w:t>من اي فصل انما يتحصل في النظم المنطقي ويتحقق في الخارج يعني في النظم المنطقي بفصوله</w:t>
      </w:r>
    </w:p>
    <w:p>
      <w:r>
        <w:t>واضحة جدا</w:t>
      </w:r>
    </w:p>
    <w:p>
      <w:r>
        <w:t>فحقيقي وقوع المعلول موقع الجنس يعني انظر فحقيقي وقوع المعلوم موقع الجنس</w:t>
      </w:r>
    </w:p>
    <w:p>
      <w:r>
        <w:t>هذي شوية فيها مسامحة</w:t>
      </w:r>
    </w:p>
    <w:p>
      <w:r>
        <w:t>شوية فيها مسامحة</w:t>
      </w:r>
    </w:p>
    <w:p>
      <w:r>
        <w:t>ان لم نقل المسامحة غليظة</w:t>
      </w:r>
    </w:p>
    <w:p>
      <w:r>
        <w:t>مسامحة غليظة</w:t>
      </w:r>
    </w:p>
    <w:p>
      <w:r>
        <w:t>نعم</w:t>
      </w:r>
    </w:p>
    <w:p>
      <w:r>
        <w:t>المسامحة غليظة</w:t>
      </w:r>
    </w:p>
    <w:p>
      <w:r>
        <w:t>لان تفكيك الهوية الى جنس وفصل تفكيك تحليلي</w:t>
      </w:r>
    </w:p>
    <w:p>
      <w:r>
        <w:t>ادعائي نعم</w:t>
      </w:r>
    </w:p>
    <w:p>
      <w:r>
        <w:t>ما عندنا هوية جنس وهوية فصل بينهما علية ومعلولية</w:t>
      </w:r>
    </w:p>
    <w:p>
      <w:r>
        <w:t>يعني انت اذا بنينا على كلام العلامة الحلي ان الجنس حقيقي شأن والفصل الناطق</w:t>
      </w:r>
    </w:p>
    <w:p>
      <w:r>
        <w:t>شأن العلة فانت ترى في في وجودي انا الخارجي</w:t>
      </w:r>
    </w:p>
    <w:p>
      <w:r>
        <w:t>ترى كم مرتبة? مرتبة العلة ومرتبة المعلول</w:t>
      </w:r>
    </w:p>
    <w:p>
      <w:r>
        <w:t>يعني انا عندي مار تبتين ليس حقيقة وحذاء دماء</w:t>
      </w:r>
    </w:p>
    <w:p>
      <w:r>
        <w:t>جي الغير معقول</w:t>
      </w:r>
    </w:p>
    <w:p>
      <w:r>
        <w:t>فحقيقي الوقوع المعلول موقع الجنس</w:t>
      </w:r>
    </w:p>
    <w:p>
      <w:r>
        <w:t>والعلل موقع الفصول</w:t>
      </w:r>
    </w:p>
    <w:p>
      <w:r>
        <w:t>لان التقيد بالفصول انما يكون لشيء سابق عليه مبهم</w:t>
      </w:r>
    </w:p>
    <w:p>
      <w:r>
        <w:t>طبعا هذا السابق عليه صبغ تحليلي ادعائي ان سبقوا واقعي</w:t>
      </w:r>
    </w:p>
    <w:p>
      <w:r>
        <w:t>يعني الله تعالى خلق المادة وهذه المادة بقيت مبهمة</w:t>
      </w:r>
    </w:p>
    <w:p>
      <w:r>
        <w:t>قرون قرون قروض ثم افاض عليها السورة لا ابدا</w:t>
      </w:r>
    </w:p>
    <w:p>
      <w:r>
        <w:t>فلسفيا ابدا</w:t>
      </w:r>
    </w:p>
    <w:p>
      <w:r>
        <w:t>فلسفيا ابدا</w:t>
      </w:r>
    </w:p>
    <w:p>
      <w:r>
        <w:t>نعم</w:t>
      </w:r>
    </w:p>
    <w:p>
      <w:r>
        <w:t>حتى في القرآن الكريم لما جاء بالطين من الارض امر الملائكة بان يأتوا من الطين فيها الاسود والاصفر والاحمر والابيض هذه الطين</w:t>
      </w:r>
    </w:p>
    <w:p>
      <w:r>
        <w:t>يقول في معنى الاية ثم انشأه هو هو انشأه يعني آآ ترقاه الى الى النفس الناطقة هل هي مبنى اثر المتألهين? مادية مادية اللعب</w:t>
      </w:r>
    </w:p>
    <w:p>
      <w:r>
        <w:t>مادية البداية وآآ مجرد النهاية</w:t>
      </w:r>
    </w:p>
    <w:p>
      <w:r>
        <w:t>نعم</w:t>
      </w:r>
    </w:p>
    <w:p>
      <w:r>
        <w:t>مادية الحدوث ومجردات البقاء</w:t>
      </w:r>
    </w:p>
    <w:p>
      <w:r>
        <w:t>اذا انما يكون لشيء سابق عليه مبهم فهذا السبق التحليلي الادعائي</w:t>
      </w:r>
    </w:p>
    <w:p>
      <w:r>
        <w:t>نعم</w:t>
      </w:r>
    </w:p>
    <w:p>
      <w:r>
        <w:t>يتخصص به</w:t>
      </w:r>
    </w:p>
    <w:p>
      <w:r>
        <w:t>هذا ليك المبهم يتخصص بالفصل</w:t>
      </w:r>
    </w:p>
    <w:p>
      <w:r>
        <w:t>فلهذا يذكر ما يجري مجرى المعلول اولا</w:t>
      </w:r>
    </w:p>
    <w:p>
      <w:r>
        <w:t>يما يجري مجرى المعلول في باب التحليل</w:t>
      </w:r>
    </w:p>
    <w:p>
      <w:r>
        <w:t>ثم يقيد بما يجري مجرى العلة</w:t>
      </w:r>
    </w:p>
    <w:p>
      <w:r>
        <w:t>نعم واعلم ان الواقع موقع الفصل ليس هو العلة</w:t>
      </w:r>
    </w:p>
    <w:p>
      <w:r>
        <w:t>آآ آآ ليس هو العلة نفسها</w:t>
      </w:r>
    </w:p>
    <w:p>
      <w:r>
        <w:t>فان العلة لا يجوز ان تكون هي نفس الفصل</w:t>
      </w:r>
    </w:p>
    <w:p>
      <w:r>
        <w:t>لان الفصل محمول على النوع ما شاء الله على العلامة الحلي</w:t>
      </w:r>
    </w:p>
    <w:p>
      <w:r>
        <w:t>انظر يعني هم ملتفتون الى التفكيك بين النظم المنطقي ومنظمة التحققي</w:t>
      </w:r>
    </w:p>
    <w:p>
      <w:r>
        <w:t>الا ان هذا البيان التفصيلي الجميل الذي يريح القلب ويريح عقل الطالب غير موجود عنده اما الخلفيات موجودة</w:t>
      </w:r>
    </w:p>
    <w:p>
      <w:r>
        <w:t>خلفيات موجودة</w:t>
      </w:r>
    </w:p>
    <w:p>
      <w:r>
        <w:t>هنا يشير الى التفكيك بان النظم المنطقي والنظم التحققي</w:t>
      </w:r>
    </w:p>
    <w:p>
      <w:r>
        <w:t>نعم</w:t>
      </w:r>
    </w:p>
    <w:p>
      <w:r>
        <w:t>نعم</w:t>
      </w:r>
    </w:p>
    <w:p>
      <w:r>
        <w:t>واعلم ان الواقع ان الواقع موقع الفصل ليس اه آآ هو العلة نفسها فان العلة لا يجوز ان تكون هي آآ نفس الفصل</w:t>
      </w:r>
    </w:p>
    <w:p>
      <w:r>
        <w:t>لماذا? لان الفصل محمول على النوع</w:t>
      </w:r>
    </w:p>
    <w:p>
      <w:r>
        <w:t>محمول على النوع تقول حيوان ناطق حملت الناطق عن الحيوان</w:t>
      </w:r>
    </w:p>
    <w:p>
      <w:r>
        <w:t>الحيوان الناطق تقول بعض الناطق حيوان</w:t>
      </w:r>
    </w:p>
    <w:p>
      <w:r>
        <w:t>الحمل متعاكس</w:t>
      </w:r>
    </w:p>
    <w:p>
      <w:r>
        <w:t>نعم</w:t>
      </w:r>
    </w:p>
    <w:p>
      <w:r>
        <w:t>والعلة لا تحمل على معلومها</w:t>
      </w:r>
    </w:p>
    <w:p>
      <w:r>
        <w:t>لماذا? لان العلة مرتبة راقية</w:t>
      </w:r>
    </w:p>
    <w:p>
      <w:r>
        <w:t>والمعلول مرتبة دانية</w:t>
      </w:r>
    </w:p>
    <w:p>
      <w:r>
        <w:t>فقط فقط في حمل الحقيقة على الرقيقة وذاك يتبع نظم فلسفي جديد</w:t>
      </w:r>
    </w:p>
    <w:p>
      <w:r>
        <w:t>نظم اصالة الوجود</w:t>
      </w:r>
    </w:p>
    <w:p>
      <w:r>
        <w:t>نعم</w:t>
      </w:r>
    </w:p>
    <w:p>
      <w:r>
        <w:t>بل تكون مبدأ الفصل</w:t>
      </w:r>
    </w:p>
    <w:p>
      <w:r>
        <w:t>العلة مبدأ الفصل</w:t>
      </w:r>
    </w:p>
    <w:p>
      <w:r>
        <w:t>نعم</w:t>
      </w:r>
    </w:p>
    <w:p>
      <w:r>
        <w:t>ملاك الفصل الحقيقي</w:t>
      </w:r>
    </w:p>
    <w:p>
      <w:r>
        <w:t>واله اليه اشار بقوله بان يكون مبادئ لها مبادئ الفصول يعني علل الفصول الواقعية</w:t>
      </w:r>
    </w:p>
    <w:p>
      <w:r>
        <w:t>كما تقول حمى الغب حرارة حاصلة من عفونة الصفراء</w:t>
      </w:r>
    </w:p>
    <w:p>
      <w:r>
        <w:t>لا انها نفس العفونة</w:t>
      </w:r>
    </w:p>
    <w:p>
      <w:r>
        <w:t>نعم</w:t>
      </w:r>
    </w:p>
    <w:p>
      <w:r>
        <w:t>حاصلة عفولة الصفراء يعني حمى الغط متفرعة على عفونة الصفراء ليس هي حمى الغب حرارة يعني تعرفها انت الان حرارة مبهمة اي حرارة حاصلة من عفونة الصفراء عفونة الصفرا فصله هل هذا فصل ام علة? علة واقعية جئت بها مكان الفصل</w:t>
      </w:r>
    </w:p>
    <w:p>
      <w:r>
        <w:t>ولا بأس بالتعريف</w:t>
      </w:r>
    </w:p>
    <w:p>
      <w:r>
        <w:t>لكن العلامة الحلي لا يقبل ذلك وبينت لنا العلة لماذا لا يقبل ذلك? اذا عرفت هذا فنقول قد بينا ان العلة الاربع علة فاعلية علة غائية هذه العلة الخارجية علة مادية علة صورية علل داخلية وقد يقع الجميع موقع الفصول وقد يقع يقع بعضها مثاله الأول جميع العلل موجودة</w:t>
      </w:r>
    </w:p>
    <w:p>
      <w:r>
        <w:t>قولنا السيف الة صناعية يعني ليست طبيعية</w:t>
      </w:r>
    </w:p>
    <w:p>
      <w:r>
        <w:t>من حديد اشارة الى البعد المادي</w:t>
      </w:r>
    </w:p>
    <w:p>
      <w:r>
        <w:t>نعم او الة البعد المادي والحديد البعد السوري</w:t>
      </w:r>
    </w:p>
    <w:p>
      <w:r>
        <w:t>مطاول محدد الاطراف يقطع بها الاعضاء</w:t>
      </w:r>
    </w:p>
    <w:p>
      <w:r>
        <w:t>يقطع آآ العلة ظهير العلة الفاعلية</w:t>
      </w:r>
    </w:p>
    <w:p>
      <w:r>
        <w:t>آآ او العلة الغائية</w:t>
      </w:r>
    </w:p>
    <w:p>
      <w:r>
        <w:t>يعني غايته قطع آآ هو يقطع بها الاعضاء الحيوان لا هذه الغاية لاجل القطع</w:t>
      </w:r>
    </w:p>
    <w:p>
      <w:r>
        <w:t>نعم</w:t>
      </w:r>
    </w:p>
    <w:p>
      <w:r>
        <w:t>من حديد المطاول محدد الاطراف ظاهر العلة الصورية</w:t>
      </w:r>
    </w:p>
    <w:p>
      <w:r>
        <w:t>الة علة مادية</w:t>
      </w:r>
    </w:p>
    <w:p>
      <w:r>
        <w:t>من حديد مطاول الى سوريا</w:t>
      </w:r>
    </w:p>
    <w:p>
      <w:r>
        <w:t>نعم</w:t>
      </w:r>
    </w:p>
    <w:p>
      <w:r>
        <w:t>اه يقطع اعضاء الحيوان مقطعة غائية</w:t>
      </w:r>
    </w:p>
    <w:p>
      <w:r>
        <w:t>المهم فالالة جنس هي كالجنس ليست جنس</w:t>
      </w:r>
    </w:p>
    <w:p>
      <w:r>
        <w:t>لان السيف ده هيئة اعتبارية</w:t>
      </w:r>
    </w:p>
    <w:p>
      <w:r>
        <w:t>التكوين هو الحديد</w:t>
      </w:r>
    </w:p>
    <w:p>
      <w:r>
        <w:t>ما عندك سيف عندك حديد في تكوين مهما كان هذا السيف ونوعية هذا السيف هو حديد</w:t>
      </w:r>
    </w:p>
    <w:p>
      <w:r>
        <w:t>نعم</w:t>
      </w:r>
    </w:p>
    <w:p>
      <w:r>
        <w:t>فالالة جنس يعني مادة</w:t>
      </w:r>
    </w:p>
    <w:p>
      <w:r>
        <w:t>وهو امر مبهم</w:t>
      </w:r>
    </w:p>
    <w:p>
      <w:r>
        <w:t>ولا بشرط</w:t>
      </w:r>
    </w:p>
    <w:p>
      <w:r>
        <w:t>وقولنا صناعية فصل مأخوذ من العلة الفاعلية</w:t>
      </w:r>
    </w:p>
    <w:p>
      <w:r>
        <w:t>معنى الصانع</w:t>
      </w:r>
    </w:p>
    <w:p>
      <w:r>
        <w:t>وقولنا من حديد فصل اخر مأخوذ من العلة المادية</w:t>
      </w:r>
    </w:p>
    <w:p>
      <w:r>
        <w:t>العلة المادية له الحديد العلة الصورية</w:t>
      </w:r>
    </w:p>
    <w:p>
      <w:r>
        <w:t>حديد صورة نوعية</w:t>
      </w:r>
    </w:p>
    <w:p>
      <w:r>
        <w:t>تنوع الحديد عن الذهب والفض وقولنا مطاول محدد للاطراف فصل اخر مأخوذ من العلة الصورية</w:t>
      </w:r>
    </w:p>
    <w:p>
      <w:r>
        <w:t>وكوننا يقطع بها اعضاء الحيوان فصل اخر مأخوذ من العلة الرائعة</w:t>
      </w:r>
    </w:p>
    <w:p>
      <w:r>
        <w:t>يعني علة السيف والقطع</w:t>
      </w:r>
    </w:p>
    <w:p>
      <w:r>
        <w:t>يعني العلة الغائية الهدف</w:t>
      </w:r>
    </w:p>
    <w:p>
      <w:r>
        <w:t>مثال ثاني العلم ليست تامة قولنا الخاتم حلية يعني ذهب يلبسها الاصبع</w:t>
      </w:r>
    </w:p>
    <w:p>
      <w:r>
        <w:t>فكون حلية مأخوذ من السورية</w:t>
      </w:r>
    </w:p>
    <w:p>
      <w:r>
        <w:t>يعني ذهب</w:t>
      </w:r>
    </w:p>
    <w:p>
      <w:r>
        <w:t>لالة سوريا</w:t>
      </w:r>
    </w:p>
    <w:p>
      <w:r>
        <w:t>وقولوا له يلبسها الاصبع مأخوذة من الغاية</w:t>
      </w:r>
    </w:p>
    <w:p>
      <w:r>
        <w:t>يعني غاية الخ هو اللبس نعم هنا عندنا فقط آآ علة صورية وعلة آآ غائية</w:t>
      </w:r>
    </w:p>
    <w:p>
      <w:r>
        <w:t>العلة الفعيل الفاعلية ما موجودة يعني من صنع هذا الخاتم ومادة الخاتم ما هي? ما موجودة</w:t>
      </w:r>
    </w:p>
    <w:p>
      <w:r>
        <w:t>اذا قلت الحل يا شيخنا مادته والمادة الذهبية فالمادة منطوية داخل كلمة حلية</w:t>
      </w:r>
    </w:p>
    <w:p>
      <w:r>
        <w:t>تم الامر</w:t>
      </w:r>
    </w:p>
    <w:p>
      <w:r>
        <w:t>اذا في التعريف قد نأتي بعلل الفصول</w:t>
      </w:r>
    </w:p>
    <w:p>
      <w:r>
        <w:t>لماذا? على الفصول قد تسأل هذه البحوث كلها فلسفية وتنتمي بالتالي الى فلسفة المنطق</w:t>
      </w:r>
    </w:p>
    <w:p>
      <w:r>
        <w:t>لماذا? علل الفصول? لان المادة ليست علة</w:t>
      </w:r>
    </w:p>
    <w:p>
      <w:r>
        <w:t>المادة قابلة مبهمة</w:t>
      </w:r>
    </w:p>
    <w:p>
      <w:r>
        <w:t>لا توجد نفسها حتى توجد اه حتى توجد غيرها</w:t>
      </w:r>
    </w:p>
    <w:p>
      <w:r>
        <w:t>اذا الفصول هي العلة الاساسية لتعين المادة</w:t>
      </w:r>
    </w:p>
    <w:p>
      <w:r>
        <w:t>والفصول عندها عللة</w:t>
      </w:r>
    </w:p>
    <w:p>
      <w:r>
        <w:t>مرة نأتي بها ونعرف</w:t>
      </w:r>
    </w:p>
    <w:p>
      <w:r>
        <w:t>العلامة الحلي لا يقبل</w:t>
      </w:r>
    </w:p>
    <w:p>
      <w:r>
        <w:t>اذا هذه التعريفات ليست في مبدأ الهوية</w:t>
      </w:r>
    </w:p>
    <w:p>
      <w:r>
        <w:t>انا اسميها في مبدأ الجمهورية</w:t>
      </w:r>
    </w:p>
    <w:p>
      <w:r>
        <w:t>خليني ابين هذه المسألة ونختم الدرس</w:t>
      </w:r>
    </w:p>
    <w:p>
      <w:r>
        <w:t>حتى نصل الى مطلب جديد</w:t>
      </w:r>
    </w:p>
    <w:p>
      <w:r>
        <w:t>آآ ما الفرق بين التعريف مبدأ الهوية? والتعريف بمبدأ الجوهرية</w:t>
      </w:r>
    </w:p>
    <w:p>
      <w:r>
        <w:t>هذه نقطة ونكررها</w:t>
      </w:r>
    </w:p>
    <w:p>
      <w:r>
        <w:t>تقول انسان في مبدأ الهوية ما هو? انسان لا يحق لك ان تأتي باي مكونة</w:t>
      </w:r>
    </w:p>
    <w:p>
      <w:r>
        <w:t>الا اذا كنت الها تعرف حقائق الاشياء</w:t>
      </w:r>
    </w:p>
    <w:p>
      <w:r>
        <w:t>اما انت الانسان الطبيعي انا اسألك في مبدأ الهوية الانسان ما هو؟ تجيب فقط انسان وبس</w:t>
      </w:r>
    </w:p>
    <w:p>
      <w:r>
        <w:t>ما عندك الحق تزيد</w:t>
      </w:r>
    </w:p>
    <w:p>
      <w:r>
        <w:t>تقول لي الشيخ انه حيوان ناطق من اين جاءت؟ لا</w:t>
      </w:r>
    </w:p>
    <w:p>
      <w:r>
        <w:t>حيوان ناطق رحنا الى مبدأ جوهرية</w:t>
      </w:r>
    </w:p>
    <w:p>
      <w:r>
        <w:t>مبدأ الجوهرية الى الوجود ورحنا الى الانسان في الوجود</w:t>
      </w:r>
    </w:p>
    <w:p>
      <w:r>
        <w:t>هذا الانسان نجده تلفهم لوازم متعددة</w:t>
      </w:r>
    </w:p>
    <w:p>
      <w:r>
        <w:t>هذه اللوازم القريبة التي تميزه عن غيره ان جمعها</w:t>
      </w:r>
    </w:p>
    <w:p>
      <w:r>
        <w:t>ونجعلها حدا</w:t>
      </w:r>
    </w:p>
    <w:p>
      <w:r>
        <w:t>اذا حد حد في مبدأ الهوية ام في مبدأ الجوهرية</w:t>
      </w:r>
    </w:p>
    <w:p>
      <w:r>
        <w:t>ما معنى مبنى الجوهرية? يعني اخذناه من الواقع</w:t>
      </w:r>
    </w:p>
    <w:p>
      <w:r>
        <w:t>نعم تقول انسان حيوان يعني آآ جسم نام حساس متحرك بالارادة ناطق</w:t>
      </w:r>
    </w:p>
    <w:p>
      <w:r>
        <w:t>هذه خصوصيات الخلق</w:t>
      </w:r>
    </w:p>
    <w:p>
      <w:r>
        <w:t>خصوص الخلق بدلي دقق جيد معي بدليل</w:t>
      </w:r>
    </w:p>
    <w:p>
      <w:r>
        <w:t>هذا التعريف بذاته يوصلنا الى ما اريده اية حلل لي الانسان</w:t>
      </w:r>
    </w:p>
    <w:p>
      <w:r>
        <w:t>تقول جوهر ممتد</w:t>
      </w:r>
    </w:p>
    <w:p>
      <w:r>
        <w:t>تأتي الجسمية</w:t>
      </w:r>
    </w:p>
    <w:p>
      <w:r>
        <w:t>نام تأتي النبات والأشجار</w:t>
      </w:r>
    </w:p>
    <w:p>
      <w:r>
        <w:t>حساس متحرك بالإرادة</w:t>
      </w:r>
    </w:p>
    <w:p>
      <w:r>
        <w:t>تأتي الحيوانية</w:t>
      </w:r>
    </w:p>
    <w:p>
      <w:r>
        <w:t>الناطق يأتي الإنسانية</w:t>
      </w:r>
    </w:p>
    <w:p>
      <w:r>
        <w:t>خليك بالنطق</w:t>
      </w:r>
    </w:p>
    <w:p>
      <w:r>
        <w:t>خليك من حساس متحرك بالإرادة</w:t>
      </w:r>
    </w:p>
    <w:p>
      <w:r>
        <w:t>خليك من النمو خليك من الإمتداد</w:t>
      </w:r>
    </w:p>
    <w:p>
      <w:r>
        <w:t>جوهر ما معناه</w:t>
      </w:r>
    </w:p>
    <w:p>
      <w:r>
        <w:t>ذات قائمة بنفسها</w:t>
      </w:r>
    </w:p>
    <w:p>
      <w:r>
        <w:t>خليك من القيم بنفسها الذات ذلك الذات ما هي ذات ذات ذاته? هناك مبدأ الهوية الحقيقي</w:t>
      </w:r>
    </w:p>
    <w:p>
      <w:r>
        <w:t>اما الايمتداد والنمو والحساس متحرك بالارادة والناطق</w:t>
      </w:r>
    </w:p>
    <w:p>
      <w:r>
        <w:t>كل حيثيات من? حيثيات ادراك الكليات الناطق هذا بعد الوجود</w:t>
      </w:r>
    </w:p>
    <w:p>
      <w:r>
        <w:t>اما الذات التي قبل تعينها حتى الجوهرية يعني القيام بالنفس</w:t>
      </w:r>
    </w:p>
    <w:p>
      <w:r>
        <w:t>ذات ما هي? ذات ذات</w:t>
      </w:r>
    </w:p>
    <w:p>
      <w:r>
        <w:t>ذات انسانية ما هي? انسان غادي يسجلها عندك لأنها من ذهب</w:t>
      </w:r>
    </w:p>
    <w:p>
      <w:r>
        <w:t>من ذهب</w:t>
      </w:r>
    </w:p>
    <w:p>
      <w:r>
        <w:t>هناك مبدأ السبب الكافي يسكت</w:t>
      </w:r>
    </w:p>
    <w:p>
      <w:r>
        <w:t>تقول له لما الإنسان الإنسان يضحك عليك</w:t>
      </w:r>
    </w:p>
    <w:p>
      <w:r>
        <w:t>لذاتي لا يعلم</w:t>
      </w:r>
    </w:p>
    <w:p>
      <w:r>
        <w:t>اما اذا قلت لهم لما الانسان حيوان ناطق يمكن يأتيك بالعلل</w:t>
      </w:r>
    </w:p>
    <w:p>
      <w:r>
        <w:t>يمكن ان يأتيك بالعلل</w:t>
      </w:r>
    </w:p>
    <w:p>
      <w:r>
        <w:t>اذا اذا كان مبنى العلامة الحلي</w:t>
      </w:r>
    </w:p>
    <w:p>
      <w:r>
        <w:t>في الحدود لا يمكن ان نأتي بالعلل</w:t>
      </w:r>
    </w:p>
    <w:p>
      <w:r>
        <w:t>على مستوى الذات الخالية من جميع التعينات الحقوا معه مطلقا</w:t>
      </w:r>
    </w:p>
    <w:p>
      <w:r>
        <w:t>لأن الذاتي لا يعلل</w:t>
      </w:r>
    </w:p>
    <w:p>
      <w:r>
        <w:t>اما اذا رحنا في التسامح دخلنا التسامح الى مبدأ الجوهرية</w:t>
      </w:r>
    </w:p>
    <w:p>
      <w:r>
        <w:t>تأتي تعينات متعددة في عالم الخلق</w:t>
      </w:r>
    </w:p>
    <w:p>
      <w:r>
        <w:t>بعد الذات يعني بعد الهوية نجمع هذه اه هذه اللوازم ونعرف الذات</w:t>
      </w:r>
    </w:p>
    <w:p>
      <w:r>
        <w:t>هل هذا التعريف تعريف حقيقي? ابدا</w:t>
      </w:r>
    </w:p>
    <w:p>
      <w:r>
        <w:t>تعريف حقيقي منطقي</w:t>
      </w:r>
    </w:p>
    <w:p>
      <w:r>
        <w:t>اما تعريف حقيقي واقعي لا</w:t>
      </w:r>
    </w:p>
    <w:p>
      <w:r>
        <w:t>حد تام منطقي</w:t>
      </w:r>
    </w:p>
    <w:p>
      <w:r>
        <w:t>اما حج تام للهوية ابدا</w:t>
      </w:r>
    </w:p>
    <w:p>
      <w:r>
        <w:t>ابدا</w:t>
      </w:r>
    </w:p>
    <w:p>
      <w:r>
        <w:t>ثم ياتي مبدأ مبنى صدر الموت يعني نقول الوجود تلك الذات التي امتدت انا عندي ليست ما هي وجود بعد الوجود من باب اولى تصل الى كونه مطلقا</w:t>
      </w:r>
    </w:p>
    <w:p>
      <w:r>
        <w:t>هناك مغلوقة حتى مبدأ الهوية</w:t>
      </w:r>
    </w:p>
    <w:p>
      <w:r>
        <w:t>مبدأ الهوية ومن لا يفتي بشيء</w:t>
      </w:r>
    </w:p>
    <w:p>
      <w:r>
        <w:t>ولا يمكن ان يدلي بدلوه في مكونات الوجود</w:t>
      </w:r>
    </w:p>
    <w:p>
      <w:r>
        <w:t>لان الوجود بسيط لا مكونات لو تعرفه باللوازم نحن</w:t>
      </w:r>
    </w:p>
    <w:p>
      <w:r>
        <w:t>اللوازم سهلة وتميز ويكفي في بناء صرح المعرفة</w:t>
      </w:r>
    </w:p>
    <w:p>
      <w:r>
        <w:t>وصلنا الى وقوع المعلومات والعوارض</w:t>
      </w:r>
    </w:p>
    <w:p>
      <w:r>
        <w:t>مبادئ للفصل يأتي ان شاء الله</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