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 بسم الله الرحمن الرحيم وبه تعالى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وقوع المعلولات والعوارض مبادئ الفصل</w:t>
      </w:r>
    </w:p>
    <w:p>
      <w:r>
        <w:t>نعم الفصل قد يكون في تعريف الهوية</w:t>
      </w:r>
    </w:p>
    <w:p>
      <w:r>
        <w:t>نضع في مكانه معلولاته وعوارضه الذاتية التي تخصه</w:t>
      </w:r>
    </w:p>
    <w:p>
      <w:r>
        <w:t>فبدلا من نأتي الفصل نأتي بمعلوماته او بلواء زيمه التي لا تنفك</w:t>
      </w:r>
    </w:p>
    <w:p>
      <w:r>
        <w:t>قال وكذلك المعلولات كالنطق في فصل وهو الشيء الذي من شأنه النطق يعني ادراك الكليات بهذا الامر يعلو على الحيوانات العوارض كالابعاد في فصل اقول المعنولات ايضا قد تقع كالفصول</w:t>
      </w:r>
    </w:p>
    <w:p>
      <w:r>
        <w:t>ليست هي الفصول كالفصول</w:t>
      </w:r>
    </w:p>
    <w:p>
      <w:r>
        <w:t>لان الفصل مقوم ذاتي</w:t>
      </w:r>
    </w:p>
    <w:p>
      <w:r>
        <w:t>اما تلك لا مبادئه مع لولاته البعيدة</w:t>
      </w:r>
    </w:p>
    <w:p>
      <w:r>
        <w:t>باعتبارها لا تنفك عنه الفصل اينما ينوجد بوصفه علة يكون المعلول</w:t>
      </w:r>
    </w:p>
    <w:p>
      <w:r>
        <w:t>فاذا لم تفلح في كشف الفصل في هوية ما بما يلازمه اما من باب التلازم العلي والمعلول او من باب التلازم المنطقي عدم الانفكاك</w:t>
      </w:r>
    </w:p>
    <w:p>
      <w:r>
        <w:t>والمعلومات ايضا قد تقع كالفصول كالفصول كاف هذه جميلة جدا من العلامة الحلي</w:t>
      </w:r>
    </w:p>
    <w:p>
      <w:r>
        <w:t>بان تكون مبادئ لها كالعلل مبادئ لها لمن? للفصول ثم نضعها في التعريف بدلا من الفصول</w:t>
      </w:r>
    </w:p>
    <w:p>
      <w:r>
        <w:t>كما ان النطق يقع في تعريف الانسان حيث نقول حيوان ناطق</w:t>
      </w:r>
    </w:p>
    <w:p>
      <w:r>
        <w:t>والنطق معلول الانسان الذي من شأنه النطق</w:t>
      </w:r>
    </w:p>
    <w:p>
      <w:r>
        <w:t>هنا فسر النطق هو تلفظ لا النطق بمعنى الادراك</w:t>
      </w:r>
    </w:p>
    <w:p>
      <w:r>
        <w:t>يعني ادراك الكليات مرتبة راق من الادراك الانساني</w:t>
      </w:r>
    </w:p>
    <w:p>
      <w:r>
        <w:t>الا اذا قلت الادراك فعل النفس</w:t>
      </w:r>
    </w:p>
    <w:p>
      <w:r>
        <w:t>نعم</w:t>
      </w:r>
    </w:p>
    <w:p>
      <w:r>
        <w:t>معلوم الانسان</w:t>
      </w:r>
    </w:p>
    <w:p>
      <w:r>
        <w:t>خصوصا على مبنى صدر المتألهين</w:t>
      </w:r>
    </w:p>
    <w:p>
      <w:r>
        <w:t>ان الوجود الذهني اضافة اشراقية ووجود في ظل اضافة اشراقية قائمة بالنفس</w:t>
      </w:r>
    </w:p>
    <w:p>
      <w:r>
        <w:t>فنعم يعني ادراك اه ينقلب وجودا وكاظافة اشراقية</w:t>
      </w:r>
    </w:p>
    <w:p>
      <w:r>
        <w:t>نعم</w:t>
      </w:r>
    </w:p>
    <w:p>
      <w:r>
        <w:t>اما عصر الادراك نفس الناطق هو الفصل الحقيقي</w:t>
      </w:r>
    </w:p>
    <w:p>
      <w:r>
        <w:t>اما الناطقية فصل منطقي</w:t>
      </w:r>
    </w:p>
    <w:p>
      <w:r>
        <w:t>معلول للنفس الناطقة</w:t>
      </w:r>
    </w:p>
    <w:p>
      <w:r>
        <w:t>وكذلك العوارض للمحدود</w:t>
      </w:r>
    </w:p>
    <w:p>
      <w:r>
        <w:t>يقع ايضا في حده</w:t>
      </w:r>
    </w:p>
    <w:p>
      <w:r>
        <w:t>نعم</w:t>
      </w:r>
    </w:p>
    <w:p>
      <w:r>
        <w:t>ك الابعاد الثلاثة في حد الجسم</w:t>
      </w:r>
    </w:p>
    <w:p>
      <w:r>
        <w:t>حيث تقول انه الجوهر القابل للابعاد الثلاثة</w:t>
      </w:r>
    </w:p>
    <w:p>
      <w:r>
        <w:t>وهي عوارض الجسم الطبيعي</w:t>
      </w:r>
    </w:p>
    <w:p>
      <w:r>
        <w:t>عوارض ما معناه? يعني لازم لا ينفعك</w:t>
      </w:r>
    </w:p>
    <w:p>
      <w:r>
        <w:t>اذا يمكن لك ان تأتي في مكان الفصل الحقيقي بعلله بمعلوماته بلوازم الظابطة العقلية ما هي? لان هذه الامور دائما معه</w:t>
      </w:r>
    </w:p>
    <w:p>
      <w:r>
        <w:t>لا تنفك</w:t>
      </w:r>
    </w:p>
    <w:p>
      <w:r>
        <w:t>اذا كان الفصل وكان معلول لعلة كان الفصل كانت علة لماذا? لانه لا تنفك عنه</w:t>
      </w:r>
    </w:p>
    <w:p>
      <w:r>
        <w:t>لا ينفك المال عن العلة ولا العلة عن المعلول</w:t>
      </w:r>
    </w:p>
    <w:p>
      <w:r>
        <w:t>وكذلك عن لان المعلومات معه وكذلك العوارض التي تلازمه ولا تفكع عنه اينما يكون الشيء تكون لوازمه</w:t>
      </w:r>
    </w:p>
    <w:p>
      <w:r>
        <w:t>فهذه كلها تصلح كفصل في باب التعريف</w:t>
      </w:r>
    </w:p>
    <w:p>
      <w:r>
        <w:t>نعم</w:t>
      </w:r>
    </w:p>
    <w:p>
      <w:r>
        <w:t>تشارك والبرهان في اجزاء الحد</w:t>
      </w:r>
    </w:p>
    <w:p>
      <w:r>
        <w:t>هذا مر علينا بيناه من قبل</w:t>
      </w:r>
    </w:p>
    <w:p>
      <w:r>
        <w:t>ومحله هنا</w:t>
      </w:r>
    </w:p>
    <w:p>
      <w:r>
        <w:t>يعني البرهان ما هو? علل</w:t>
      </w:r>
    </w:p>
    <w:p>
      <w:r>
        <w:t>علل تثبت النتيجة الا للنتيجة يعني التموضع الاكبر في الاصغر</w:t>
      </w:r>
    </w:p>
    <w:p>
      <w:r>
        <w:t>نحن الان في مقام التعريف ماذا دخل العلل? يقولون قد تكون مكونات الهوية هي العلل</w:t>
      </w:r>
    </w:p>
    <w:p>
      <w:r>
        <w:t>اما عن لها فاعلية واما عل غائية على منحني رفض هذا الأمر قلنا نعم في مرتبة الذات الخالصة لا يمكن</w:t>
      </w:r>
    </w:p>
    <w:p>
      <w:r>
        <w:t>لأن مبدأ السبب الكافي بعد مبنى الهوية</w:t>
      </w:r>
    </w:p>
    <w:p>
      <w:r>
        <w:t>اما اذا تسامحنا وجبنا بتعريف اتينا في مبدأ الجواريع</w:t>
      </w:r>
    </w:p>
    <w:p>
      <w:r>
        <w:t>يعني في ده داخل الوجود لا هناك قد نأتي بالعلة الفاعلية بالعلة الغائية ما اشبه ذلك</w:t>
      </w:r>
    </w:p>
    <w:p>
      <w:r>
        <w:t>قال ويتشارك البرهان</w:t>
      </w:r>
    </w:p>
    <w:p>
      <w:r>
        <w:t>البرهان يعني برهان ايه? التي درسناها اما العلة او العلة الغائية او العلة الفاعلة</w:t>
      </w:r>
    </w:p>
    <w:p>
      <w:r>
        <w:t>ويتشارك البرهان والحد</w:t>
      </w:r>
    </w:p>
    <w:p>
      <w:r>
        <w:t>طبعا الحد هنا في مبدأ الجوهرية في مبدأ الهوية لا تشارك ولا يحزنون</w:t>
      </w:r>
    </w:p>
    <w:p>
      <w:r>
        <w:t>نعم</w:t>
      </w:r>
    </w:p>
    <w:p>
      <w:r>
        <w:t>لا معنى تعليم الهوية انسان وانسان ناتي بعلة تبين لي لماذا هو انسان انسان وانسان</w:t>
      </w:r>
    </w:p>
    <w:p>
      <w:r>
        <w:t>اما اذا رحنا الى مبدأ الجوهرية وبحثنا عن الهوية الانسانية في لوازمها</w:t>
      </w:r>
    </w:p>
    <w:p>
      <w:r>
        <w:t>في عللها في معلولاتها في غايات يمكن نعرفها بهذه الامور</w:t>
      </w:r>
    </w:p>
    <w:p>
      <w:r>
        <w:t>اذا مبدأ الهوية على قسمين</w:t>
      </w:r>
    </w:p>
    <w:p>
      <w:r>
        <w:t>مبدأ الهوية الاصيل انسان وانسان</w:t>
      </w:r>
    </w:p>
    <w:p>
      <w:r>
        <w:t>هناك لا معنى لمبدأ السبب الكافي</w:t>
      </w:r>
    </w:p>
    <w:p>
      <w:r>
        <w:t>لا معنى للعلية والمعلولية</w:t>
      </w:r>
    </w:p>
    <w:p>
      <w:r>
        <w:t>لا معنى للعلة الفاعلية ولا الغائية ولا اه المادية ولا الصورية كل هذه تسامحات</w:t>
      </w:r>
    </w:p>
    <w:p>
      <w:r>
        <w:t>اما اذا جئنا الى الهوية لا في مبدأ الجوهرية يعني بعدما عاينا الوجود الوجود بطبيعته له علة فاعلية اذا كان من المخلوقات له علة غائية علة مادية اذا كان من الماديات</w:t>
      </w:r>
    </w:p>
    <w:p>
      <w:r>
        <w:t>فنأتي ونتلاعب بهذه الامور ونحصل على تعريف يميز الهوية انتهى الامر</w:t>
      </w:r>
    </w:p>
    <w:p>
      <w:r>
        <w:t>ليس في عمقها</w:t>
      </w:r>
    </w:p>
    <w:p>
      <w:r>
        <w:t>نعم</w:t>
      </w:r>
    </w:p>
    <w:p>
      <w:r>
        <w:t>يمكن? يمكن نعم</w:t>
      </w:r>
    </w:p>
    <w:p>
      <w:r>
        <w:t>ويتشارك البرهان والحد</w:t>
      </w:r>
    </w:p>
    <w:p>
      <w:r>
        <w:t>البرهان يعني في دائرة مبدأ السبب الكافي</w:t>
      </w:r>
    </w:p>
    <w:p>
      <w:r>
        <w:t>الحاد في دائرة الهوية</w:t>
      </w:r>
    </w:p>
    <w:p>
      <w:r>
        <w:t>العلامة الحين هنا يحتار يقول ما دخل هذا الباب لهذا الباب? نعم الحق معك</w:t>
      </w:r>
    </w:p>
    <w:p>
      <w:r>
        <w:t>شيخنا العزيز في الهوية الخالصة نعم</w:t>
      </w:r>
    </w:p>
    <w:p>
      <w:r>
        <w:t>اما في الهوية الوجودية لا يمكن ان نأتي بالعلال</w:t>
      </w:r>
    </w:p>
    <w:p>
      <w:r>
        <w:t>ويتشارك البرهان والحد في اجزائهما</w:t>
      </w:r>
    </w:p>
    <w:p>
      <w:r>
        <w:t>نعم في مكوناتهما كقولنا مبرهنين</w:t>
      </w:r>
    </w:p>
    <w:p>
      <w:r>
        <w:t>في حالة في حالة كوننا مبرهنين يعني حال</w:t>
      </w:r>
    </w:p>
    <w:p>
      <w:r>
        <w:t>الغيم جرم م الغيب مادة مائية</w:t>
      </w:r>
    </w:p>
    <w:p>
      <w:r>
        <w:t>نعم</w:t>
      </w:r>
    </w:p>
    <w:p>
      <w:r>
        <w:t>ينطفئ فيه النار</w:t>
      </w:r>
    </w:p>
    <w:p>
      <w:r>
        <w:t>والنار تنطفي بالغيب</w:t>
      </w:r>
    </w:p>
    <w:p>
      <w:r>
        <w:t>صغرى وكل ما هو كذلك يعني كل من كان جرما مائيا ينطف فيه النار او تنطفي فيه النار فقد يحدث فيه صوت ما يسمى بالبرق</w:t>
      </w:r>
    </w:p>
    <w:p>
      <w:r>
        <w:t>نعم</w:t>
      </w:r>
    </w:p>
    <w:p>
      <w:r>
        <w:t>احنا في الحد الاوسط جون مون مائي تنطفي فيه النار</w:t>
      </w:r>
    </w:p>
    <w:p>
      <w:r>
        <w:t>احدث الغيم يتعانق مع ماذا? قد يحدث فيه صوت فالغيم قد يحدث في الصوت</w:t>
      </w:r>
    </w:p>
    <w:p>
      <w:r>
        <w:t>قياس سهل جدا</w:t>
      </w:r>
    </w:p>
    <w:p>
      <w:r>
        <w:t>وكل صوت يحدث في الغيب فهو رعد</w:t>
      </w:r>
    </w:p>
    <w:p>
      <w:r>
        <w:t>بعد هذا هنا شوية مسامحة</w:t>
      </w:r>
    </w:p>
    <w:p>
      <w:r>
        <w:t>بل مسامحة غليظة هذا تعريف</w:t>
      </w:r>
    </w:p>
    <w:p>
      <w:r>
        <w:t>نعم</w:t>
      </w:r>
    </w:p>
    <w:p>
      <w:r>
        <w:t>يعني حطوا لنا المصطلح</w:t>
      </w:r>
    </w:p>
    <w:p>
      <w:r>
        <w:t>يقول هو صوت يحدث في في الغيب</w:t>
      </w:r>
    </w:p>
    <w:p>
      <w:r>
        <w:t>ما هو? رعد</w:t>
      </w:r>
    </w:p>
    <w:p>
      <w:r>
        <w:t>هذا تعريف معليش</w:t>
      </w:r>
    </w:p>
    <w:p>
      <w:r>
        <w:t>وكل صوت يحدث في الغيب فهو رعد</w:t>
      </w:r>
    </w:p>
    <w:p>
      <w:r>
        <w:t>فالغيم قد يرعدوا</w:t>
      </w:r>
    </w:p>
    <w:p>
      <w:r>
        <w:t>وقد تم بقياسين على اوسطين بينهما احدهما مبدأ البرهان والاخر كماله</w:t>
      </w:r>
    </w:p>
    <w:p>
      <w:r>
        <w:t>ويليه الجنس كمال البرهان</w:t>
      </w:r>
    </w:p>
    <w:p>
      <w:r>
        <w:t>جيد</w:t>
      </w:r>
    </w:p>
    <w:p>
      <w:r>
        <w:t>نعيد الاستدلال</w:t>
      </w:r>
    </w:p>
    <w:p>
      <w:r>
        <w:t>الغي مجر الماء ينطفف ينطفئ تنطفئ فيه النار</w:t>
      </w:r>
    </w:p>
    <w:p>
      <w:r>
        <w:t>يعني اذا دخلت النار تنطفي فيه لانه ماء</w:t>
      </w:r>
    </w:p>
    <w:p>
      <w:r>
        <w:t>جرم مائي</w:t>
      </w:r>
    </w:p>
    <w:p>
      <w:r>
        <w:t>وكل ما كان كذلك</w:t>
      </w:r>
    </w:p>
    <w:p>
      <w:r>
        <w:t>يعني وكل ما كان جرما مائيا تنطفئ فيه النار</w:t>
      </w:r>
    </w:p>
    <w:p>
      <w:r>
        <w:t>فقد يحدث فيه صوت</w:t>
      </w:r>
    </w:p>
    <w:p>
      <w:r>
        <w:t>نعم يحدث في صوت اذن علة الصوتية ما هي? يعني حدوث الصوت هو آآ الذي تنطفي جرم الماء تنطفي في النار يعني لهذا الحد الاوسط نعم علة لي الاكبر</w:t>
      </w:r>
    </w:p>
    <w:p>
      <w:r>
        <w:t>فالنتيجة فالغيم يحدث في صوت وكل صوت يحدث فيه الغيب</w:t>
      </w:r>
    </w:p>
    <w:p>
      <w:r>
        <w:t>هذا تعريف يعني ما هو الغيب? صوت يحدث في الغيب</w:t>
      </w:r>
    </w:p>
    <w:p>
      <w:r>
        <w:t>فالغيب قد يرعى</w:t>
      </w:r>
    </w:p>
    <w:p>
      <w:r>
        <w:t>وقد تم بقياسين اوسطين هادو هما مبدأ البرهان</w:t>
      </w:r>
    </w:p>
    <w:p>
      <w:r>
        <w:t>نعم</w:t>
      </w:r>
    </w:p>
    <w:p>
      <w:r>
        <w:t>اذا هنا انظر جرم مائي تنطفف عن النار هو الصوت</w:t>
      </w:r>
    </w:p>
    <w:p>
      <w:r>
        <w:t>هو تعريف الصوت</w:t>
      </w:r>
    </w:p>
    <w:p>
      <w:r>
        <w:t>الصوت ما هو? تقول جرم الماء تنطق فيهم فيه النار</w:t>
      </w:r>
    </w:p>
    <w:p>
      <w:r>
        <w:t>نعم</w:t>
      </w:r>
    </w:p>
    <w:p>
      <w:r>
        <w:t>ما هو الرعد? تقول صوت يحدث في الغيب</w:t>
      </w:r>
    </w:p>
    <w:p>
      <w:r>
        <w:t>دعيل في البرهان وكذلك حدود وتعريفات</w:t>
      </w:r>
    </w:p>
    <w:p>
      <w:r>
        <w:t>نعم</w:t>
      </w:r>
    </w:p>
    <w:p>
      <w:r>
        <w:t>احدهما مبدأ البرهان والبرهان والاخر كماله يعني نهايته</w:t>
      </w:r>
    </w:p>
    <w:p>
      <w:r>
        <w:t>ويليه الجنس</w:t>
      </w:r>
    </w:p>
    <w:p>
      <w:r>
        <w:t>جيد</w:t>
      </w:r>
    </w:p>
    <w:p>
      <w:r>
        <w:t>هذا المتن</w:t>
      </w:r>
    </w:p>
    <w:p>
      <w:r>
        <w:t>فاذا حددنا ان حددنا يعني عرفنا كنا في البرهان نروح الى الحد</w:t>
      </w:r>
    </w:p>
    <w:p>
      <w:r>
        <w:t>فاذا حددنا انعكس الترتيب فقلنا الرعد ما هو? صوت يحدث في الغيب</w:t>
      </w:r>
    </w:p>
    <w:p>
      <w:r>
        <w:t>قلت لك تعريف الرعد ما هو? صوت يحدث في الغيب</w:t>
      </w:r>
    </w:p>
    <w:p>
      <w:r>
        <w:t>لانطفاء النار فيه</w:t>
      </w:r>
    </w:p>
    <w:p>
      <w:r>
        <w:t>واذا اقتصرنا فيه على المبدأ او الكمال نقص الحد</w:t>
      </w:r>
    </w:p>
    <w:p>
      <w:r>
        <w:t>لأن الحد يكون ناقصا</w:t>
      </w:r>
    </w:p>
    <w:p>
      <w:r>
        <w:t>لماذا? الحد يجب ان يكون فيه العلل كلها</w:t>
      </w:r>
    </w:p>
    <w:p>
      <w:r>
        <w:t>اقول ان الحد والبرهان قد يتشاركان</w:t>
      </w:r>
    </w:p>
    <w:p>
      <w:r>
        <w:t>قد ليس دائما</w:t>
      </w:r>
    </w:p>
    <w:p>
      <w:r>
        <w:t>قد متشاركا في الاجزاء يعني في المكونات</w:t>
      </w:r>
    </w:p>
    <w:p>
      <w:r>
        <w:t>فيستعمل في البرهان ما يستعمل في الحد من الاجزاء</w:t>
      </w:r>
    </w:p>
    <w:p>
      <w:r>
        <w:t>نعم</w:t>
      </w:r>
    </w:p>
    <w:p>
      <w:r>
        <w:t>ما كان في الغراب في البران كان في الحج</w:t>
      </w:r>
    </w:p>
    <w:p>
      <w:r>
        <w:t>واين? في الحد الاصلي ام في الحد الوجودي? اكتب هذه الملحوظة</w:t>
      </w:r>
    </w:p>
    <w:p>
      <w:r>
        <w:t>الحد الاصلي يعني في الهوية</w:t>
      </w:r>
    </w:p>
    <w:p>
      <w:r>
        <w:t>انسان ما هو? انسان</w:t>
      </w:r>
    </w:p>
    <w:p>
      <w:r>
        <w:t>خلاص</w:t>
      </w:r>
    </w:p>
    <w:p>
      <w:r>
        <w:t>ما تقدر تأتي بعلة</w:t>
      </w:r>
    </w:p>
    <w:p>
      <w:r>
        <w:t>لا علة فاعلية ولا علة غائية ولا يحزنون</w:t>
      </w:r>
    </w:p>
    <w:p>
      <w:r>
        <w:t>اما الانسان في في الوجود في الوجود هذا الوجود اجعله ينبسط في لوازمه هذه اللوازم نأتي ونجمعها وله اصل يعني علة وله غاية نعرفو بهذه الأمور</w:t>
      </w:r>
    </w:p>
    <w:p>
      <w:r>
        <w:t>لأن اصل الهوية لا يمكن</w:t>
      </w:r>
    </w:p>
    <w:p>
      <w:r>
        <w:t>الإنسان ما هو? ذات قائم بنفسها</w:t>
      </w:r>
    </w:p>
    <w:p>
      <w:r>
        <w:t>يصدق عليها الجوهر</w:t>
      </w:r>
    </w:p>
    <w:p>
      <w:r>
        <w:t>ذات قائمة بنفسها الانسان</w:t>
      </w:r>
    </w:p>
    <w:p>
      <w:r>
        <w:t>ليس كالبياض</w:t>
      </w:r>
    </w:p>
    <w:p>
      <w:r>
        <w:t>قائم بغيره</w:t>
      </w:r>
    </w:p>
    <w:p>
      <w:r>
        <w:t>ذاته قائمة بنفسها</w:t>
      </w:r>
    </w:p>
    <w:p>
      <w:r>
        <w:t>قيم بنفس ما يهمنا</w:t>
      </w:r>
    </w:p>
    <w:p>
      <w:r>
        <w:t>مو ممتد</w:t>
      </w:r>
    </w:p>
    <w:p>
      <w:r>
        <w:t>نامية حساسة</w:t>
      </w:r>
    </w:p>
    <w:p>
      <w:r>
        <w:t>متحرك بالارادة الناطقة</w:t>
      </w:r>
    </w:p>
    <w:p>
      <w:r>
        <w:t>ذات ما هي? ما نعرف</w:t>
      </w:r>
    </w:p>
    <w:p>
      <w:r>
        <w:t>ما نعرف ذات ذات</w:t>
      </w:r>
    </w:p>
    <w:p>
      <w:r>
        <w:t>ما نعرف</w:t>
      </w:r>
    </w:p>
    <w:p>
      <w:r>
        <w:t>اما هذه اللوازم نعرفها</w:t>
      </w:r>
    </w:p>
    <w:p>
      <w:r>
        <w:t>فعرفنا الانسان بهذه اللوازم</w:t>
      </w:r>
    </w:p>
    <w:p>
      <w:r>
        <w:t>قال ان الحد والبرهان قد يتشاركان في الاجزاء فيستعمل في البرهان ما يستعمل في الحج من الاجزاء من المكونات</w:t>
      </w:r>
    </w:p>
    <w:p>
      <w:r>
        <w:t>في الحد مكونات حدية في البرهان مكونات عللية الا عضائية الا فاعلية الا صورية علمانية</w:t>
      </w:r>
    </w:p>
    <w:p>
      <w:r>
        <w:t>كما لو برهنا على ان الغيم يرعد</w:t>
      </w:r>
    </w:p>
    <w:p>
      <w:r>
        <w:t>يعني نتيجة بقولنا ان الغيم جرم رطب مائي</w:t>
      </w:r>
    </w:p>
    <w:p>
      <w:r>
        <w:t>رطب مائي يعني ماء</w:t>
      </w:r>
    </w:p>
    <w:p>
      <w:r>
        <w:t>تنطفئ فيه نار</w:t>
      </w:r>
    </w:p>
    <w:p>
      <w:r>
        <w:t>نعم</w:t>
      </w:r>
    </w:p>
    <w:p>
      <w:r>
        <w:t>الغيم جرم رطب ما اث</w:t>
      </w:r>
    </w:p>
    <w:p>
      <w:r>
        <w:t>تطفئ فيه النار</w:t>
      </w:r>
    </w:p>
    <w:p>
      <w:r>
        <w:t>الغيم ما هو? جرم مائي تنطفي في النار</w:t>
      </w:r>
    </w:p>
    <w:p>
      <w:r>
        <w:t>تعريف ام لا? تعريف للغيب</w:t>
      </w:r>
    </w:p>
    <w:p>
      <w:r>
        <w:t>وكل وكل جرم رطب ماء ينطفئ ينطفف النار فقد يحدث فيه صوت</w:t>
      </w:r>
    </w:p>
    <w:p>
      <w:r>
        <w:t>اذا هذه جرم رطب مائي تنطعف فيه النار</w:t>
      </w:r>
    </w:p>
    <w:p>
      <w:r>
        <w:t>فقد يحدث في صوت هذا علة للصوت</w:t>
      </w:r>
    </w:p>
    <w:p>
      <w:r>
        <w:t>لاحظت? هنا علية ومع الولية</w:t>
      </w:r>
    </w:p>
    <w:p>
      <w:r>
        <w:t>ما هو علة ظهور الصوت حدوث الصوت? تقول لان هذا الجرم الماء انطفأت فيه النار</w:t>
      </w:r>
    </w:p>
    <w:p>
      <w:r>
        <w:t>فيحدث نوع من آآ الصوت</w:t>
      </w:r>
    </w:p>
    <w:p>
      <w:r>
        <w:t>ينتج الغيب قد يحدث فيه الصوت</w:t>
      </w:r>
    </w:p>
    <w:p>
      <w:r>
        <w:t>نعم هذا قياس</w:t>
      </w:r>
    </w:p>
    <w:p>
      <w:r>
        <w:t>ثم نجعل النتيجة النتيجة ما هي? الغيم قد يحدث في الصوت</w:t>
      </w:r>
    </w:p>
    <w:p>
      <w:r>
        <w:t>صغرى فنقول الغيم قد يحدث في صوت وكل صوت يحدث في الغيب فهو رعد ينتج فالغيب قد يرعد</w:t>
      </w:r>
    </w:p>
    <w:p>
      <w:r>
        <w:t>كل صوت يحدث فيه الغيم وراء التعريف للرأي</w:t>
      </w:r>
    </w:p>
    <w:p>
      <w:r>
        <w:t>فهذه النتيجة حصلت بقياسين اشتملا على حدين اوسطين احدهما انطفأت النار في والثاني حدوث صوت فيه ولو اقتصرنا على احدهما لم تحصل النتيجة الأخيرة</w:t>
      </w:r>
    </w:p>
    <w:p>
      <w:r>
        <w:t>ويقال للأوسط الأول انه مبدأ البرهان</w:t>
      </w:r>
    </w:p>
    <w:p>
      <w:r>
        <w:t>مبدأ البرهان ما هو? جرم مائي ينطفي فيه اه ينطفي فيه تنطفي فيه النار</w:t>
      </w:r>
    </w:p>
    <w:p>
      <w:r>
        <w:t>الى حد اوسط من ضمن مدى برهان</w:t>
      </w:r>
    </w:p>
    <w:p>
      <w:r>
        <w:t>وفي الان نفسه تعريف لماذا? تعريف للغيم</w:t>
      </w:r>
    </w:p>
    <w:p>
      <w:r>
        <w:t>تعريف للغيم</w:t>
      </w:r>
    </w:p>
    <w:p>
      <w:r>
        <w:t>مبدأ برهان لانه اوسط في اول القياسين</w:t>
      </w:r>
    </w:p>
    <w:p>
      <w:r>
        <w:t>ويقال للثاني انه كمال البرهان</w:t>
      </w:r>
    </w:p>
    <w:p>
      <w:r>
        <w:t>لتمامه به والاول من الاوساط علة للثاني</w:t>
      </w:r>
    </w:p>
    <w:p>
      <w:r>
        <w:t>نعم</w:t>
      </w:r>
    </w:p>
    <w:p>
      <w:r>
        <w:t>يعني جرم مائتان طفيف النار هو علة الصوت حدوث الصوت</w:t>
      </w:r>
    </w:p>
    <w:p>
      <w:r>
        <w:t>وهذا الكمال يليه الجنس بمعنى ان الجنس يقارن النتيجة كالصوت</w:t>
      </w:r>
    </w:p>
    <w:p>
      <w:r>
        <w:t>هو جنس للرعد فانه مقارن للنتيجة التي يقولون الغيم قد يعود</w:t>
      </w:r>
    </w:p>
    <w:p>
      <w:r>
        <w:t>لان معنى ان الغيم قد يحدث فيه صوت</w:t>
      </w:r>
    </w:p>
    <w:p>
      <w:r>
        <w:t>الغيم قد يحدث فيه صوت</w:t>
      </w:r>
    </w:p>
    <w:p>
      <w:r>
        <w:t>اذا الرعد ما هو? يحدث في الصوت</w:t>
      </w:r>
    </w:p>
    <w:p>
      <w:r>
        <w:t>الرعد هو صوت مصاديق الصوت الذي هو الجنس هو الراد</w:t>
      </w:r>
    </w:p>
    <w:p>
      <w:r>
        <w:t>فاذا اردنا تحديد الرعد عكسنا الترتيب</w:t>
      </w:r>
    </w:p>
    <w:p>
      <w:r>
        <w:t>فجعلنا الاوسط الاخير جزءا اولا والاول ثانيا فنقول</w:t>
      </w:r>
    </w:p>
    <w:p>
      <w:r>
        <w:t>الرعد صوت يحدث في الغيب</w:t>
      </w:r>
    </w:p>
    <w:p>
      <w:r>
        <w:t>انظر تعريف للرعد</w:t>
      </w:r>
    </w:p>
    <w:p>
      <w:r>
        <w:t>ما هو صوت يحدث في الغيب? لانطفاء النار فيه</w:t>
      </w:r>
    </w:p>
    <w:p>
      <w:r>
        <w:t>يعني هذه هذه القياس</w:t>
      </w:r>
    </w:p>
    <w:p>
      <w:r>
        <w:t>ولو اقتصرنا على احد الوسطين</w:t>
      </w:r>
    </w:p>
    <w:p>
      <w:r>
        <w:t>كانا ناقصا كما تقول الرعد صوت يحدث في غين</w:t>
      </w:r>
    </w:p>
    <w:p>
      <w:r>
        <w:t>في الغيب او انه انطفى في النار</w:t>
      </w:r>
    </w:p>
    <w:p>
      <w:r>
        <w:t>يجب ان تأتي بجميع العلل حتى يتم الحد</w:t>
      </w:r>
    </w:p>
    <w:p>
      <w:r>
        <w:t>تقدم اجزاء الحد على المحدود اه اعرافيتها واضحة جدا المسألة</w:t>
      </w:r>
    </w:p>
    <w:p>
      <w:r>
        <w:t>واضحة جدا ان ان تتعرف شيئا تعرفو بصوت صاد مجهول ولا معلوم اوضح انه يضيء لا نضيء الا بالضوء لا نضيء الا بالضوء نضيء الظلم بالضوء حتى تصير هذه الظلمة آآ ضياء اذا في اضاءة سابقة قبلية وفي تقدم قبلي</w:t>
      </w:r>
    </w:p>
    <w:p>
      <w:r>
        <w:t>نعم فالحد بالنسبة الى المحدود مضي وسابق</w:t>
      </w:r>
    </w:p>
    <w:p>
      <w:r>
        <w:t>نعم</w:t>
      </w:r>
    </w:p>
    <w:p>
      <w:r>
        <w:t>قالوا واجزاء الحدود يعني مكونات الحدود سواء مكونات جنس الفصل او من العلل</w:t>
      </w:r>
    </w:p>
    <w:p>
      <w:r>
        <w:t>اقدم بالطبع يعني سابقة بالطبع ليس بالوضع ليس بوضع جعل جاعل لا في التكوين هي هكذا</w:t>
      </w:r>
    </w:p>
    <w:p>
      <w:r>
        <w:t>واعرف من المحدودات لان المجهول لا يعرف الذي يضيء هو الاضاءة</w:t>
      </w:r>
    </w:p>
    <w:p>
      <w:r>
        <w:t>سهلة هذه</w:t>
      </w:r>
    </w:p>
    <w:p>
      <w:r>
        <w:t>اقال</w:t>
      </w:r>
    </w:p>
    <w:p>
      <w:r>
        <w:t>قال المعرف يعني الحد</w:t>
      </w:r>
    </w:p>
    <w:p>
      <w:r>
        <w:t>علة في المعرفة للمعرف</w:t>
      </w:r>
    </w:p>
    <w:p>
      <w:r>
        <w:t>نعم</w:t>
      </w:r>
    </w:p>
    <w:p>
      <w:r>
        <w:t>الا يعني به نضيء</w:t>
      </w:r>
    </w:p>
    <w:p>
      <w:r>
        <w:t>نعم</w:t>
      </w:r>
    </w:p>
    <w:p>
      <w:r>
        <w:t>والعلة فاجزاء الحد متقدمة بالطبع على المحدود</w:t>
      </w:r>
    </w:p>
    <w:p>
      <w:r>
        <w:t>واضحة جدا</w:t>
      </w:r>
    </w:p>
    <w:p>
      <w:r>
        <w:t>اذ مع الاقتران لا اولوية</w:t>
      </w:r>
    </w:p>
    <w:p>
      <w:r>
        <w:t>اذا كان مقترنا معه ليس سابقا عليه</w:t>
      </w:r>
    </w:p>
    <w:p>
      <w:r>
        <w:t>آآ لا اولوية يعني من من? على مستوى واحد سين وصاد على مستوى واحد</w:t>
      </w:r>
    </w:p>
    <w:p>
      <w:r>
        <w:t>من يعرف من? من يترجح في التعريف? ما نعرف</w:t>
      </w:r>
    </w:p>
    <w:p>
      <w:r>
        <w:t>ولهذا يقول اذ مع الاقتران لا اولوية</w:t>
      </w:r>
    </w:p>
    <w:p>
      <w:r>
        <w:t>ومع التأخر التحليل بها</w:t>
      </w:r>
    </w:p>
    <w:p>
      <w:r>
        <w:t>كيف انت تعرف الشيء بما يترتب عليه? لان المجهول لا يعرف مثله</w:t>
      </w:r>
    </w:p>
    <w:p>
      <w:r>
        <w:t>هذا هو الميلاد</w:t>
      </w:r>
    </w:p>
    <w:p>
      <w:r>
        <w:t>اذا المعرف يكون اضاءة</w:t>
      </w:r>
    </w:p>
    <w:p>
      <w:r>
        <w:t>ومتقدم</w:t>
      </w:r>
    </w:p>
    <w:p>
      <w:r>
        <w:t>وكذلك يجب ان اجزاء الحد مكونات الحد اعرف من المحدود</w:t>
      </w:r>
    </w:p>
    <w:p>
      <w:r>
        <w:t>هذه الاضاءة اذ لولا ذلك لولا الاعراف هي لم تكن اولى بالتعريف</w:t>
      </w:r>
    </w:p>
    <w:p>
      <w:r>
        <w:t>ما عندها اي قيمة</w:t>
      </w:r>
    </w:p>
    <w:p>
      <w:r>
        <w:t>يجب ان تكون ومضيئة</w:t>
      </w:r>
    </w:p>
    <w:p>
      <w:r>
        <w:t>هذه سهلة ما فيها شي عميق</w:t>
      </w:r>
    </w:p>
    <w:p>
      <w:r>
        <w:t>نأتي الآن الى الرسم</w:t>
      </w:r>
    </w:p>
    <w:p>
      <w:r>
        <w:t>الرسم ما هو? غياب المكونات الذاتية</w:t>
      </w:r>
    </w:p>
    <w:p>
      <w:r>
        <w:t>غياب المكونات الذاتية</w:t>
      </w:r>
    </w:p>
    <w:p>
      <w:r>
        <w:t>اما غياب تام واما غياب جزئي</w:t>
      </w:r>
    </w:p>
    <w:p>
      <w:r>
        <w:t>تقول الانسان جسم المتعجب</w:t>
      </w:r>
    </w:p>
    <w:p>
      <w:r>
        <w:t>هنا غياب ليس غيابا تاما عند الجسمية</w:t>
      </w:r>
    </w:p>
    <w:p>
      <w:r>
        <w:t>او تقول حيوان متعجب</w:t>
      </w:r>
    </w:p>
    <w:p>
      <w:r>
        <w:t>غياب جزء من منطقية</w:t>
      </w:r>
    </w:p>
    <w:p>
      <w:r>
        <w:t>مرة لا</w:t>
      </w:r>
    </w:p>
    <w:p>
      <w:r>
        <w:t>يغيب مطلقا</w:t>
      </w:r>
    </w:p>
    <w:p>
      <w:r>
        <w:t>الانسان ما هو? متعجب</w:t>
      </w:r>
    </w:p>
    <w:p>
      <w:r>
        <w:t>تأتي بالخاصة فقط</w:t>
      </w:r>
    </w:p>
    <w:p>
      <w:r>
        <w:t>قال والرسوم ما يشتمل على الاعراض الذاتية والخواص البينة</w:t>
      </w:r>
    </w:p>
    <w:p>
      <w:r>
        <w:t>نعم</w:t>
      </w:r>
    </w:p>
    <w:p>
      <w:r>
        <w:t>هناك في التعريف تأتي الخواص البينة الواضحة</w:t>
      </w:r>
    </w:p>
    <w:p>
      <w:r>
        <w:t>الخواص هي الاعراض الذاتية وتفيد التمييز يعني ما تعطي الهوية</w:t>
      </w:r>
    </w:p>
    <w:p>
      <w:r>
        <w:t>ما تعطي الهوية</w:t>
      </w:r>
    </w:p>
    <w:p>
      <w:r>
        <w:t>ومن هنا تتعلم قاعدة جميلة</w:t>
      </w:r>
    </w:p>
    <w:p>
      <w:r>
        <w:t>ما هي? اذا جئنا الى الذات الخالصة</w:t>
      </w:r>
    </w:p>
    <w:p>
      <w:r>
        <w:t>انسان ما فيه تعريف لا بالذاتيات ولا بيحزنون</w:t>
      </w:r>
    </w:p>
    <w:p>
      <w:r>
        <w:t>انسان وانسان</w:t>
      </w:r>
    </w:p>
    <w:p>
      <w:r>
        <w:t>اما اذا دخلنا الى مبدأ الجمهورية ووصلنا الى الوجود هناك تجد العوارض العلل</w:t>
      </w:r>
    </w:p>
    <w:p>
      <w:r>
        <w:t>هناك تتلاعب بهذه الامور</w:t>
      </w:r>
    </w:p>
    <w:p>
      <w:r>
        <w:t>كما تشاء وهي كلها في الحقيقة تعريف باللوازم</w:t>
      </w:r>
    </w:p>
    <w:p>
      <w:r>
        <w:t>كلها تعريف باللوازم</w:t>
      </w:r>
    </w:p>
    <w:p>
      <w:r>
        <w:t>ما عندنا تعريف بالذاتيات بالحقيقة</w:t>
      </w:r>
    </w:p>
    <w:p>
      <w:r>
        <w:t>اذا قلت الانسان حيوان ناطق</w:t>
      </w:r>
    </w:p>
    <w:p>
      <w:r>
        <w:t>العلماء يقولون هذا ليس حدا حقيقيا</w:t>
      </w:r>
    </w:p>
    <w:p>
      <w:r>
        <w:t>هذا حد منطقي</w:t>
      </w:r>
    </w:p>
    <w:p>
      <w:r>
        <w:t>لماذا? لاننا لا نعرف نحن مكونات الانسان ما هي? قال والرسوم ما يشتمل على الاعراض الذاتية والخواص البينة وتفيد التمييز فقط</w:t>
      </w:r>
    </w:p>
    <w:p>
      <w:r>
        <w:t>شيخ الاشراق عنده مبنى في التعريف يقول التعريف فقط باللوازم</w:t>
      </w:r>
    </w:p>
    <w:p>
      <w:r>
        <w:t>المميزة ما عندنا تعريف بالذاتيات</w:t>
      </w:r>
    </w:p>
    <w:p>
      <w:r>
        <w:t>لماذا? لاننا كيف نصل الى الذاتيات? واذا بنينا على اننا وصلنا الى الذاتيات من قال انها الذاتيات كلها</w:t>
      </w:r>
    </w:p>
    <w:p>
      <w:r>
        <w:t>من اين عرفنا ان الانسان هذه هي ذاتياته انتهت لا ما في ذات اخر مجهول ما نعرف</w:t>
      </w:r>
    </w:p>
    <w:p>
      <w:r>
        <w:t>نعم اقول الرسم هو الذي يدل ما ما كملت بعد ما كملت في المدن</w:t>
      </w:r>
    </w:p>
    <w:p>
      <w:r>
        <w:t>والرس ما يشتمل على الاعراض الذاتية والخواص البينة</w:t>
      </w:r>
    </w:p>
    <w:p>
      <w:r>
        <w:t>ما يشتمل هذا محور دلالي او محور معرفي</w:t>
      </w:r>
    </w:p>
    <w:p>
      <w:r>
        <w:t>نعم</w:t>
      </w:r>
    </w:p>
    <w:p>
      <w:r>
        <w:t>رسم للرسم</w:t>
      </w:r>
    </w:p>
    <w:p>
      <w:r>
        <w:t>وتفيد التمييز وظيفة الرسوم تميز فقط ما تعطي الذاتيات</w:t>
      </w:r>
    </w:p>
    <w:p>
      <w:r>
        <w:t>ما تعطي حقيقة لهوية</w:t>
      </w:r>
    </w:p>
    <w:p>
      <w:r>
        <w:t>تميز فقط واجودها ما يوضع فيه الجنس والمقومات اذا لم يترتب على الترتيب الطبيعي كان المركب المركب رسمان</w:t>
      </w:r>
    </w:p>
    <w:p>
      <w:r>
        <w:t>تقول حيوان متعجب</w:t>
      </w:r>
    </w:p>
    <w:p>
      <w:r>
        <w:t>هنا هذا رسم آآ آآ رسم تام</w:t>
      </w:r>
    </w:p>
    <w:p>
      <w:r>
        <w:t>اذا قلت الجسم متعجب رسم نقص</w:t>
      </w:r>
    </w:p>
    <w:p>
      <w:r>
        <w:t>اذا قلت فقط متعجب قضاء اه رسم بالخاصة فقط</w:t>
      </w:r>
    </w:p>
    <w:p>
      <w:r>
        <w:t>اقول الرسم هو الذي يدل على تميز الشيء عن غيره</w:t>
      </w:r>
    </w:p>
    <w:p>
      <w:r>
        <w:t>هذا كذلك محور دلالي او محور معرفي تعريف الرسم رسم الرسم</w:t>
      </w:r>
    </w:p>
    <w:p>
      <w:r>
        <w:t>فإن فان ميزه عن جميع ما عاداه كان رسما تاما</w:t>
      </w:r>
    </w:p>
    <w:p>
      <w:r>
        <w:t>كقولنا الانسان هو الضحك</w:t>
      </w:r>
    </w:p>
    <w:p>
      <w:r>
        <w:t>او هو المتعجب من الضحك ناتج من المتعجب</w:t>
      </w:r>
    </w:p>
    <w:p>
      <w:r>
        <w:t>وان ميزه عن بعض ما عاد كان ناقصا كقولنا الانسان هو الماشي</w:t>
      </w:r>
    </w:p>
    <w:p>
      <w:r>
        <w:t>يميز عن الشجر لا يميز عن الحمار</w:t>
      </w:r>
    </w:p>
    <w:p>
      <w:r>
        <w:t>يعني عن بعض فقط</w:t>
      </w:r>
    </w:p>
    <w:p>
      <w:r>
        <w:t>وقيل التام وقيل يعني مبنى ما يتألف من الذاتيات والعرضيات يعني الإنسان حيوان ضاحك فيه الذات نعم والناقص ما يتألف من العرضيات لا غير</w:t>
      </w:r>
    </w:p>
    <w:p>
      <w:r>
        <w:t>قول اذا عرفت هذا فنقول الرسم قد يكون من الاعراض العامة اذا افاد اجتماعها تميز الشيء</w:t>
      </w:r>
    </w:p>
    <w:p>
      <w:r>
        <w:t>اذا افاد اجتماعها تميز الشيء تميز مفعول به</w:t>
      </w:r>
    </w:p>
    <w:p>
      <w:r>
        <w:t>كقول الخفاش هو الطائر الولود</w:t>
      </w:r>
    </w:p>
    <w:p>
      <w:r>
        <w:t>فقط طائر جنس خاصية احد الطيور من هو الخفاش? وقد يكون مؤلفا من خواص الشيء فقط كقولنا الانسان والظاحك الكاتب</w:t>
      </w:r>
    </w:p>
    <w:p>
      <w:r>
        <w:t>نعم</w:t>
      </w:r>
    </w:p>
    <w:p>
      <w:r>
        <w:t>وقد يكون مؤلف منهما كقول الانسان هو الماشي الضاحك</w:t>
      </w:r>
    </w:p>
    <w:p>
      <w:r>
        <w:t>ولابد ان يكون اه ولابد ان تكون المعرفات مكونات التعريف بينة واضحة جدا نعم لا نعرف بالمجهول قاعدة كلية وهذا الرسم لا يفيد حقيقة الشهيب ولا تعريف يفيد الحقيقة بالكلى</w:t>
      </w:r>
    </w:p>
    <w:p>
      <w:r>
        <w:t>خذها قاعدة من عندي انا</w:t>
      </w:r>
    </w:p>
    <w:p>
      <w:r>
        <w:t>ولا تعريف يفيد الحقيقة بالكون ابدا</w:t>
      </w:r>
    </w:p>
    <w:p>
      <w:r>
        <w:t>حتى ابن سينا يعترف بهذا</w:t>
      </w:r>
    </w:p>
    <w:p>
      <w:r>
        <w:t>اذا التعريف ما تعريفها جمع اللوازم القريبة اللوازم القريبة تفيد وهذا يكفينا لبناء الصرح المعرفي</w:t>
      </w:r>
    </w:p>
    <w:p>
      <w:r>
        <w:t>نعم وهذا الرسم لا يفيد حقيقة الشيء بالكون حتى الجنس والفاصل لا يفيد يفيد الحقيقة بالكون</w:t>
      </w:r>
    </w:p>
    <w:p>
      <w:r>
        <w:t>لكنه يفيد التمييز</w:t>
      </w:r>
    </w:p>
    <w:p>
      <w:r>
        <w:t>كل التعريفات تفيد التمييز باللوازم القريبة</w:t>
      </w:r>
    </w:p>
    <w:p>
      <w:r>
        <w:t>واجود الرسوم ما يوضع فيه الجنس الدال على اصل الذات</w:t>
      </w:r>
    </w:p>
    <w:p>
      <w:r>
        <w:t>ثم يقيد بالخواص</w:t>
      </w:r>
    </w:p>
    <w:p>
      <w:r>
        <w:t>يعني باللوازم كقولنا الانسان حيوان نحن هنا في الجنس الجنس الاخير بدلا من الناطق الذي يفيد الهوية ذاتيات الناطق ما عندنا ناتي المتعجب او نقول انسان حيوان ضاحك</w:t>
      </w:r>
    </w:p>
    <w:p>
      <w:r>
        <w:t>يفيد التمييز</w:t>
      </w:r>
    </w:p>
    <w:p>
      <w:r>
        <w:t>نعم</w:t>
      </w:r>
    </w:p>
    <w:p>
      <w:r>
        <w:t>والمقومات مقومات يعني لبنات التي في داخل التعريف والمقومات اذا تغير ترتيبها فقدم على الاعم كان التعريف بها رسما للاخلال بجزئها الصوري</w:t>
      </w:r>
    </w:p>
    <w:p>
      <w:r>
        <w:t>ولو قال كان المركب حدا ناقصا كان اولى</w:t>
      </w:r>
    </w:p>
    <w:p>
      <w:r>
        <w:t>هذا الخلط في الترتيب المنطقي هذا خلط معرفي</w:t>
      </w:r>
    </w:p>
    <w:p>
      <w:r>
        <w:t>لا تقول الانسان ضاحك حيوان</w:t>
      </w:r>
    </w:p>
    <w:p>
      <w:r>
        <w:t>هذا خربط معرفية</w:t>
      </w:r>
    </w:p>
    <w:p>
      <w:r>
        <w:t>اذا القاعدة الكلية ان التعريفات كلها بدون استثناء تفيد التمييز تصل الى كونه الحقيقة</w:t>
      </w:r>
    </w:p>
    <w:p>
      <w:r>
        <w:t>فقط فقط نركز على اللوازم القريبة</w:t>
      </w:r>
    </w:p>
    <w:p>
      <w:r>
        <w:t>اذا كنا في اللوازم القريبة نعم</w:t>
      </w:r>
    </w:p>
    <w:p>
      <w:r>
        <w:t>يمكننا بناء الصرح المعرفي</w:t>
      </w:r>
    </w:p>
    <w:p>
      <w:r>
        <w:t>لان الذات اذا تجلت بلازم الم نريد ان نصل اليه يكفينا اللوازم التي بجانبه</w:t>
      </w:r>
    </w:p>
    <w:p>
      <w:r>
        <w:t>لان هي لوازم الذات</w:t>
      </w:r>
    </w:p>
    <w:p>
      <w:r>
        <w:t>خصوصا على مبنى اصالة الوجود اللوازم يعين الوجود</w:t>
      </w:r>
    </w:p>
    <w:p>
      <w:r>
        <w:t>عين الوجود</w:t>
      </w:r>
    </w:p>
    <w:p>
      <w:r>
        <w:t>فانت اذا تحدثت عن الحياة على مستوى الوجود الإلهي هذه الحياة يعين الوجود</w:t>
      </w:r>
    </w:p>
    <w:p>
      <w:r>
        <w:t>والعلم عين الوجود فإذا انت تحركت على مستوى اللازمين حياة العلم فانك في متن الوجود</w:t>
      </w:r>
    </w:p>
    <w:p>
      <w:r>
        <w:t>المهية لا المهية فيها ارباك</w:t>
      </w:r>
    </w:p>
    <w:p>
      <w:r>
        <w:t>فيها دينونة على الاقل بينونة في النظم المنطقي بينها وبين من? وبين لوازمها</w:t>
      </w:r>
    </w:p>
    <w:p>
      <w:r>
        <w:t>ذكر المعروف في حد الاعراض الذاتية</w:t>
      </w:r>
    </w:p>
    <w:p>
      <w:r>
        <w:t>قال والاعراض الذاتية يأتي ان شاء الله</w:t>
      </w:r>
    </w:p>
    <w:p>
      <w:r>
        <w:t>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