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 بسم الله الرحمن الرحيم وبه نستعين والصلاة والسلام على محمد واله الطيبين الطاهرين</w:t>
      </w:r>
    </w:p>
    <w:p>
      <w:r>
        <w:t>اللهم صل على محمد وال محمد</w:t>
      </w:r>
    </w:p>
    <w:p>
      <w:r>
        <w:t>اللهم ارزقنا التوفيق والاخلاص</w:t>
      </w:r>
    </w:p>
    <w:p>
      <w:r>
        <w:t>تم الكتاب الى نهايته وهذه النهاية هي البرهان والحد</w:t>
      </w:r>
    </w:p>
    <w:p>
      <w:r>
        <w:t>وسندخل في باب جديد هو الجدل</w:t>
      </w:r>
    </w:p>
    <w:p>
      <w:r>
        <w:t>فارتأيت قبل الدخول الى باب الجدل نلخص ما قلناه من بداية الكتاب الى البرهان</w:t>
      </w:r>
    </w:p>
    <w:p>
      <w:r>
        <w:t>خلاصة فقط خلاصة كلية في جلستين ثم ندخل ان شاء الله في باب الجدل</w:t>
      </w:r>
    </w:p>
    <w:p>
      <w:r>
        <w:t>واث بداية هذا السؤال اين يتموظع المنطق? ليس علم المنطق المنطق</w:t>
      </w:r>
    </w:p>
    <w:p>
      <w:r>
        <w:t>لاننا فككنا بين المنطق وعلم المنطق</w:t>
      </w:r>
    </w:p>
    <w:p>
      <w:r>
        <w:t>المنطق هو قواعد مشتقة من القواعد العقلية الصرمدية</w:t>
      </w:r>
    </w:p>
    <w:p>
      <w:r>
        <w:t>فهي قواعد عقلية سرمدية</w:t>
      </w:r>
    </w:p>
    <w:p>
      <w:r>
        <w:t>هذه القواعد حاكمة على الفكر البشري</w:t>
      </w:r>
    </w:p>
    <w:p>
      <w:r>
        <w:t>فالفكر التحرك في معطيات معطيات خارجية</w:t>
      </w:r>
    </w:p>
    <w:p>
      <w:r>
        <w:t>اما خارج النفس الانسانية او في عمق النفس الانسانية</w:t>
      </w:r>
    </w:p>
    <w:p>
      <w:r>
        <w:t>يحصل على هذه المعطيات ويريد ان يصل الى معطيات تقع</w:t>
      </w:r>
    </w:p>
    <w:p>
      <w:r>
        <w:t>خلفها فيستخدم الاستدلال</w:t>
      </w:r>
    </w:p>
    <w:p>
      <w:r>
        <w:t>استدلال قاعدة اساسية في المنطق ليس في علم المنطق في المنطق</w:t>
      </w:r>
    </w:p>
    <w:p>
      <w:r>
        <w:t>لان الاستدلال قاعدة سرمدية</w:t>
      </w:r>
    </w:p>
    <w:p>
      <w:r>
        <w:t>وقبل الاستدلال على ما يريد ان يصل اليه من معلومة يجب ان ينقح التصورات</w:t>
      </w:r>
    </w:p>
    <w:p>
      <w:r>
        <w:t>فيأتي المنطق بعديه ثنائي القيمة</w:t>
      </w:r>
    </w:p>
    <w:p>
      <w:r>
        <w:t>اليات التي توصل الى التصور قواعد التي توصلها التصور وهي قواعد التعريف والقواعد التي توصل الى التصديق للمعلومات التصديقية وهي الهدف من النشاط المعرفي فانت تريد تدلل على ان الله تعالى آآ حي عندك الله الحياة والعلم</w:t>
      </w:r>
    </w:p>
    <w:p>
      <w:r>
        <w:t>فتشكل القياس تقول الله عالم وكل عالم حي الله حي</w:t>
      </w:r>
    </w:p>
    <w:p>
      <w:r>
        <w:t>فعندك مفردة الله تعالى مفردة الحياة مفردة العلم</w:t>
      </w:r>
    </w:p>
    <w:p>
      <w:r>
        <w:t>قبل هذا النشاط المعرفي الذي اثبت ان الله حي من خلال العلم تحتاج الى تفهم الله تعالى من هو؟ ذات تنطوي على جميع الكمالات</w:t>
      </w:r>
    </w:p>
    <w:p>
      <w:r>
        <w:t>ولا ليست محدودة في هذه الكمالات متنافية</w:t>
      </w:r>
    </w:p>
    <w:p>
      <w:r>
        <w:t>ليست متناهية</w:t>
      </w:r>
    </w:p>
    <w:p>
      <w:r>
        <w:t>ذات مطلقة بذاتها وبصفاتها</w:t>
      </w:r>
    </w:p>
    <w:p>
      <w:r>
        <w:t>مثلا هذا التعريف كمثال فقط معرفة العلم كاشفية</w:t>
      </w:r>
    </w:p>
    <w:p>
      <w:r>
        <w:t>ومعرفة الحياة</w:t>
      </w:r>
    </w:p>
    <w:p>
      <w:r>
        <w:t>الحي هو الدراك الفعال</w:t>
      </w:r>
    </w:p>
    <w:p>
      <w:r>
        <w:t>يعني فيه ادراك في وفي فعالية في نشاط تنقيح تصوري ثم تروح الى الاستدلال</w:t>
      </w:r>
    </w:p>
    <w:p>
      <w:r>
        <w:t>الله عالم وكل عالم هيأ الله ثم تخرج من هذا النشاط الفكري الذي يتحرك في معطياتو واقعية الى تلك القوالب التي خضع لها الفكر وتستخرجها</w:t>
      </w:r>
    </w:p>
    <w:p>
      <w:r>
        <w:t>تبوبها اذا احتاجت الى تبيين تبينها</w:t>
      </w:r>
    </w:p>
    <w:p>
      <w:r>
        <w:t>اذا احتاجت الى است تدللوا عليها اذا نقحتها وبوبتها باب الكليات الخمس باب التعريف باب القضايا باب الاقيسا باب البرهان المغالطة وو هذا التبويب النس هذا يسمى علم المنطق</w:t>
      </w:r>
    </w:p>
    <w:p>
      <w:r>
        <w:t>اذا علم المنطق حقل معرفي يدرس تلك القواعد السرمدية التي تسمى المنطق</w:t>
      </w:r>
    </w:p>
    <w:p>
      <w:r>
        <w:t>بالتحليل والتركيب</w:t>
      </w:r>
    </w:p>
    <w:p>
      <w:r>
        <w:t>فنرجع الى سؤالنا اين يتموضع الحقل او المنطق احسن</w:t>
      </w:r>
    </w:p>
    <w:p>
      <w:r>
        <w:t>الحق المنطقي علم</w:t>
      </w:r>
    </w:p>
    <w:p>
      <w:r>
        <w:t>ذاك في الدرجة الثانية</w:t>
      </w:r>
    </w:p>
    <w:p>
      <w:r>
        <w:t>اينما يكون العلم</w:t>
      </w:r>
    </w:p>
    <w:p>
      <w:r>
        <w:t>فيكون المنطق</w:t>
      </w:r>
    </w:p>
    <w:p>
      <w:r>
        <w:t>سواء قواعد سرمدية سواء حقل معرفي والعلم اين يكون? يعني الادراك يكون في مرتبة من مراتب النفس</w:t>
      </w:r>
    </w:p>
    <w:p>
      <w:r>
        <w:t>مرتبة من مراتب النفس مرتبة الادراك</w:t>
      </w:r>
    </w:p>
    <w:p>
      <w:r>
        <w:t>هناك تب ملحوظة حتى نغفل عن هذه الملحوظات هنا جميلة</w:t>
      </w:r>
    </w:p>
    <w:p>
      <w:r>
        <w:t>اذا قلنا ان المنطق هو في مرتبة من مراتب النفس</w:t>
      </w:r>
    </w:p>
    <w:p>
      <w:r>
        <w:t>يعني نفساني منطق نفساني تابع لشؤونات النفس ابدا</w:t>
      </w:r>
    </w:p>
    <w:p>
      <w:r>
        <w:t>مستحيل</w:t>
      </w:r>
    </w:p>
    <w:p>
      <w:r>
        <w:t>المنطق صار مادي</w:t>
      </w:r>
    </w:p>
    <w:p>
      <w:r>
        <w:t>المنطق سرمدي فكرك على مستوى النفس بمجرد ان تتعاين النفس بالعلم هناك المنطق يكون حاضرا</w:t>
      </w:r>
    </w:p>
    <w:p>
      <w:r>
        <w:t>يملي على هذا الفكر مجموعة من الالزامات</w:t>
      </w:r>
    </w:p>
    <w:p>
      <w:r>
        <w:t>ولهذا المنطق علم معياري</w:t>
      </w:r>
    </w:p>
    <w:p>
      <w:r>
        <w:t>لانه يتعامل مع معياريات مع الزامات</w:t>
      </w:r>
    </w:p>
    <w:p>
      <w:r>
        <w:t>الالزامات هي المنطق</w:t>
      </w:r>
    </w:p>
    <w:p>
      <w:r>
        <w:t>العلم بتلك الالزامات المعيارية علم المنطق</w:t>
      </w:r>
    </w:p>
    <w:p>
      <w:r>
        <w:t>اذا المنطق مجموعة الزامات مثل الاخلاق</w:t>
      </w:r>
    </w:p>
    <w:p>
      <w:r>
        <w:t>الاخلاق مجموعة الز هذا الجواب</w:t>
      </w:r>
    </w:p>
    <w:p>
      <w:r>
        <w:t>اذا المنطق يتموظع في مرتبة من مراتب النفط وهي المرتبة الادراكية</w:t>
      </w:r>
    </w:p>
    <w:p>
      <w:r>
        <w:t>يعني التعقل</w:t>
      </w:r>
    </w:p>
    <w:p>
      <w:r>
        <w:t>وليس من شؤونات الناس ومن شؤونات الربوبية</w:t>
      </w:r>
    </w:p>
    <w:p>
      <w:r>
        <w:t>من الالوهية حكمة الهية سرمدية</w:t>
      </w:r>
    </w:p>
    <w:p>
      <w:r>
        <w:t>هذه النقطة الاولى</w:t>
      </w:r>
    </w:p>
    <w:p>
      <w:r>
        <w:t>النقطة الثانية هذا المنطق لماذا معياري? معياري بمعنى ايه الزامي</w:t>
      </w:r>
    </w:p>
    <w:p>
      <w:r>
        <w:t>بقول السيد الصدر السيد محمد باقر الصدر رحمة الله عليه نسب امساكية ارسالية</w:t>
      </w:r>
    </w:p>
    <w:p>
      <w:r>
        <w:t>يلزمك بشيء</w:t>
      </w:r>
    </w:p>
    <w:p>
      <w:r>
        <w:t>الزام</w:t>
      </w:r>
    </w:p>
    <w:p>
      <w:r>
        <w:t>اذا انت تمارس ممارسة امام هذا الالزام</w:t>
      </w:r>
    </w:p>
    <w:p>
      <w:r>
        <w:t>ما هي هذه الممارسة? المشي الاكل لا</w:t>
      </w:r>
    </w:p>
    <w:p>
      <w:r>
        <w:t>الممارسة المعرفية</w:t>
      </w:r>
    </w:p>
    <w:p>
      <w:r>
        <w:t>الفكر</w:t>
      </w:r>
    </w:p>
    <w:p>
      <w:r>
        <w:t>الفكر</w:t>
      </w:r>
    </w:p>
    <w:p>
      <w:r>
        <w:t>اذا لماذا المنطق الزم? يلزمك بمجموعة من القواعد يجب ان تراعيها</w:t>
      </w:r>
    </w:p>
    <w:p>
      <w:r>
        <w:t>يجب ان تراعيه</w:t>
      </w:r>
    </w:p>
    <w:p>
      <w:r>
        <w:t>اذا لم تراعي هذه الإلزامات يعني القواعد المنطقية فكرك لا يطابق الواقع</w:t>
      </w:r>
    </w:p>
    <w:p>
      <w:r>
        <w:t>لا تتحرك في الزيف</w:t>
      </w:r>
    </w:p>
    <w:p>
      <w:r>
        <w:t>تتحرك في البطلان</w:t>
      </w:r>
    </w:p>
    <w:p>
      <w:r>
        <w:t>هذا هو معنى المنطق الزامي</w:t>
      </w:r>
    </w:p>
    <w:p>
      <w:r>
        <w:t>المنطق الزامي يعني علم معياري</w:t>
      </w:r>
    </w:p>
    <w:p>
      <w:r>
        <w:t>فلا تنتظروا من القواعد المنطقية انها تحكي الواقع</w:t>
      </w:r>
    </w:p>
    <w:p>
      <w:r>
        <w:t>كما انك لا تنتظر من القواعد الاخلاقية تحكي الواقع</w:t>
      </w:r>
    </w:p>
    <w:p>
      <w:r>
        <w:t>القواعد الفيزيائية تحكي الواقع</w:t>
      </w:r>
    </w:p>
    <w:p>
      <w:r>
        <w:t>قواعد الكيميائية تحكي الواقع</w:t>
      </w:r>
    </w:p>
    <w:p>
      <w:r>
        <w:t>القواعد الفلكية وتحكي الواقع</w:t>
      </w:r>
    </w:p>
    <w:p>
      <w:r>
        <w:t>هل المنطق عنده محكي واقعي? لا ابدا</w:t>
      </w:r>
    </w:p>
    <w:p>
      <w:r>
        <w:t>هو الز ايه الزمت? مجموعة من الالزامات اذا اردت ان تجلي مجهولا تصوريا? يقول الزمك بمتابعة قاعدة التعريف</w:t>
      </w:r>
    </w:p>
    <w:p>
      <w:r>
        <w:t>قانون تعرف قانون ملزم القوانين الملزمة هي عبارة عن انشاءات الزامية فلا تحكي الواقع ولا يصدق عليها ان صادقة او كاذبة نعم ثم انت تسألني ومن حقك هذا السؤال اذا كانت قضية قضايا الزامية ليست من صنف القضايا الخبرية لماذا صارت علما? والعلوم عبارة عن مسائل حاكية نعم</w:t>
      </w:r>
    </w:p>
    <w:p>
      <w:r>
        <w:t>هناك يجب ان تنتبه</w:t>
      </w:r>
    </w:p>
    <w:p>
      <w:r>
        <w:t>ليس من صمغ العلوم التي وانما هو فقط تحليل وتركيب</w:t>
      </w:r>
    </w:p>
    <w:p>
      <w:r>
        <w:t>تحليل وتركيب</w:t>
      </w:r>
    </w:p>
    <w:p>
      <w:r>
        <w:t>لا يوجد الا التحليل والتركيب</w:t>
      </w:r>
    </w:p>
    <w:p>
      <w:r>
        <w:t>ليس من صنخ العلوم الاخرى بيولوجية فيزياء كيمياء طب</w:t>
      </w:r>
    </w:p>
    <w:p>
      <w:r>
        <w:t>تتعامل مع وتريد ان تصل الى القواعد الكلية التي تخضع لها هذه الواقعيات</w:t>
      </w:r>
    </w:p>
    <w:p>
      <w:r>
        <w:t>ثم هذه القواعد تكشف تلك الواقعية</w:t>
      </w:r>
    </w:p>
    <w:p>
      <w:r>
        <w:t>المنطق ليس من هذا الصنف</w:t>
      </w:r>
    </w:p>
    <w:p>
      <w:r>
        <w:t>المنطق كقواعد لا يحكي واقعيات</w:t>
      </w:r>
    </w:p>
    <w:p>
      <w:r>
        <w:t>لا معنى للواقعيات في المطبخ كما انه لا معنى للواقعيات في الاخلاق</w:t>
      </w:r>
    </w:p>
    <w:p>
      <w:r>
        <w:t>سلوك خارجي يخضع لقواعد اخلاقية</w:t>
      </w:r>
    </w:p>
    <w:p>
      <w:r>
        <w:t>سلوك معرفي فكري يخضع للقواعد المعيارية</w:t>
      </w:r>
    </w:p>
    <w:p>
      <w:r>
        <w:t>اذا كانت القواعد المنطقية والقواعد الاخلاقية واقعيات</w:t>
      </w:r>
    </w:p>
    <w:p>
      <w:r>
        <w:t>تحتاج الى قواعد كذلك تتحكم فيها</w:t>
      </w:r>
    </w:p>
    <w:p>
      <w:r>
        <w:t>ونقع في التسلسل</w:t>
      </w:r>
    </w:p>
    <w:p>
      <w:r>
        <w:t>هذه النقطة قليل من يلتفت اليها</w:t>
      </w:r>
    </w:p>
    <w:p>
      <w:r>
        <w:t>مع الاسف الشديد</w:t>
      </w:r>
    </w:p>
    <w:p>
      <w:r>
        <w:t>مع الاسف الشديد</w:t>
      </w:r>
    </w:p>
    <w:p>
      <w:r>
        <w:t>فيتصور ان القواعد المنطقية قواعد خبرية</w:t>
      </w:r>
    </w:p>
    <w:p>
      <w:r>
        <w:t>تحكي واقعية ابدا</w:t>
      </w:r>
    </w:p>
    <w:p>
      <w:r>
        <w:t>ابدا</w:t>
      </w:r>
    </w:p>
    <w:p>
      <w:r>
        <w:t>وعمق لك المسألة اكثر</w:t>
      </w:r>
    </w:p>
    <w:p>
      <w:r>
        <w:t>يأتي الرياضي او الفلكي او الفيزيائي او الكيميائي او الهندسي يمارس حركة فكرية في افق ذهنه</w:t>
      </w:r>
    </w:p>
    <w:p>
      <w:r>
        <w:t>ويخضع للقواعد المنطقية</w:t>
      </w:r>
    </w:p>
    <w:p>
      <w:r>
        <w:t>اذا في قواعد معرفية هندسية طبية فلكية</w:t>
      </w:r>
    </w:p>
    <w:p>
      <w:r>
        <w:t>قواعد معيارية</w:t>
      </w:r>
    </w:p>
    <w:p>
      <w:r>
        <w:t>القواعد الفيزيائية الطبية الهندسية الرياضية</w:t>
      </w:r>
    </w:p>
    <w:p>
      <w:r>
        <w:t>تحكي واقعيات</w:t>
      </w:r>
    </w:p>
    <w:p>
      <w:r>
        <w:t>اما القواعد المنطقية القواعد المنطقية لسانها كذا</w:t>
      </w:r>
    </w:p>
    <w:p>
      <w:r>
        <w:t>التزم</w:t>
      </w:r>
    </w:p>
    <w:p>
      <w:r>
        <w:t>لسانها التزم</w:t>
      </w:r>
    </w:p>
    <w:p>
      <w:r>
        <w:t>اما كل جسم يخضع للجاذبية</w:t>
      </w:r>
    </w:p>
    <w:p>
      <w:r>
        <w:t>انت ترى نفسك ملزما امام هذا القانون? لا</w:t>
      </w:r>
    </w:p>
    <w:p>
      <w:r>
        <w:t>لا لا ترى نفسك ملزما</w:t>
      </w:r>
    </w:p>
    <w:p>
      <w:r>
        <w:t>لماذا? لان القانون يحكي واقعيات</w:t>
      </w:r>
    </w:p>
    <w:p>
      <w:r>
        <w:t>قوانين ليست ملزمة</w:t>
      </w:r>
    </w:p>
    <w:p>
      <w:r>
        <w:t>يحكي واقعية وهي الاجسام في الخارج</w:t>
      </w:r>
    </w:p>
    <w:p>
      <w:r>
        <w:t>وتخضع للجاذبية</w:t>
      </w:r>
    </w:p>
    <w:p>
      <w:r>
        <w:t>اما القواعد المنطقية فلا</w:t>
      </w:r>
    </w:p>
    <w:p>
      <w:r>
        <w:t>وظني وظن الراجح يشبه اليقين ان القواعد الفلسفية كذلك</w:t>
      </w:r>
    </w:p>
    <w:p>
      <w:r>
        <w:t>قواعد معيارية وليست قواعد كاشفة الواقع الخارجي</w:t>
      </w:r>
    </w:p>
    <w:p>
      <w:r>
        <w:t>هذه النقطة مهم جدا مهمة جدا</w:t>
      </w:r>
    </w:p>
    <w:p>
      <w:r>
        <w:t>الان نأتي الى الحقل المنطقي</w:t>
      </w:r>
    </w:p>
    <w:p>
      <w:r>
        <w:t>ندع المنطق الان كقواعد سرمدية</w:t>
      </w:r>
    </w:p>
    <w:p>
      <w:r>
        <w:t>نروح الى الحقل المنطقي</w:t>
      </w:r>
    </w:p>
    <w:p>
      <w:r>
        <w:t>علم المنطق الذي دون ويدرس</w:t>
      </w:r>
    </w:p>
    <w:p>
      <w:r>
        <w:t>جيت لماذا تعينت هذه الابواب? باب العلم وتقسيم العلم الى حصول حضوري حضور خارج عن المنطق او الحقل المنطقي تخصصا يبقى فقط للحصول الى التصرف تصديق هذا باب مقدمات بحث فلسفي لماذا ادخل في الحقل المنطقي يجب ان نبين هذه المسألة? ثم لماذا تعين باب الكليات الخمس? ثم لماذا تعين باب التعريف وبعده القسمة? ثم باب القضايا ثم باب العقيسة ثم باب اقيس البرهانية او المغالطية وما اشبه ذلك</w:t>
      </w:r>
    </w:p>
    <w:p>
      <w:r>
        <w:t>لماذا? سريقة علماء ام لا? نظام التكوين هكذا? الجواب نظام التكوين هكذا</w:t>
      </w:r>
    </w:p>
    <w:p>
      <w:r>
        <w:t>لان الحراك الفكري هكذا</w:t>
      </w:r>
    </w:p>
    <w:p>
      <w:r>
        <w:t>فجاء هذا التبويب في الحقل المنطقي وفقا للحراك الفكري</w:t>
      </w:r>
    </w:p>
    <w:p>
      <w:r>
        <w:t>الحراك الفكري كيف? انا اريد اثبت مثلا الله حي اقول الله عالم وكل عالم حي فالله حي استدلال دقق جيدا المراحل التي مر عليها هذا الاستدلال عندي مبدأ يمن الله</w:t>
      </w:r>
    </w:p>
    <w:p>
      <w:r>
        <w:t>قبل اي تعين من التعينات</w:t>
      </w:r>
    </w:p>
    <w:p>
      <w:r>
        <w:t>اللهم الله الله</w:t>
      </w:r>
    </w:p>
    <w:p>
      <w:r>
        <w:t>وفقا لمبدأ الهوية</w:t>
      </w:r>
    </w:p>
    <w:p>
      <w:r>
        <w:t>اليس كذلك? اذا فيما بدا الهوية ماذا يمثل? اه يمثل هوية</w:t>
      </w:r>
    </w:p>
    <w:p>
      <w:r>
        <w:t>هذه الهوية عندها مكونات داخلية ام بسيطة? تقول هنا بسيطة</w:t>
      </w:r>
    </w:p>
    <w:p>
      <w:r>
        <w:t>عندها مكونات اندماجية</w:t>
      </w:r>
    </w:p>
    <w:p>
      <w:r>
        <w:t>مكونات انتزاعية</w:t>
      </w:r>
    </w:p>
    <w:p>
      <w:r>
        <w:t>وهي الصفات</w:t>
      </w:r>
    </w:p>
    <w:p>
      <w:r>
        <w:t>مكونات في مغذات الى انها اي انتزاعية اندماجية لا تقاوم الذات</w:t>
      </w:r>
    </w:p>
    <w:p>
      <w:r>
        <w:t>هاي حيثيات الإندماجية</w:t>
      </w:r>
    </w:p>
    <w:p>
      <w:r>
        <w:t>نأتي واعرفها بهذه اللوازم مثلا</w:t>
      </w:r>
    </w:p>
    <w:p>
      <w:r>
        <w:t>اذا عندنا هوية لها مكونات ادعائية او لها مكونات حقيقية</w:t>
      </w:r>
    </w:p>
    <w:p>
      <w:r>
        <w:t>مثل الإنسان بدن وروح فأعرف حوار الناطق</w:t>
      </w:r>
    </w:p>
    <w:p>
      <w:r>
        <w:t>إذا قبل التعريف عندنا مكونات</w:t>
      </w:r>
    </w:p>
    <w:p>
      <w:r>
        <w:t>هذه المكونات لا اجد فوضى</w:t>
      </w:r>
    </w:p>
    <w:p>
      <w:r>
        <w:t>اجدها تخضع لمعايير</w:t>
      </w:r>
    </w:p>
    <w:p>
      <w:r>
        <w:t>هذه المعايير معايير فلسفية</w:t>
      </w:r>
    </w:p>
    <w:p>
      <w:r>
        <w:t>وهي الكليات الخمس</w:t>
      </w:r>
    </w:p>
    <w:p>
      <w:r>
        <w:t>جنس فصل نوع يعني المجموع بين الجنس والفصل عرضي عام عرضي خاص</w:t>
      </w:r>
    </w:p>
    <w:p>
      <w:r>
        <w:t>هذه مفاهيم فلسفية</w:t>
      </w:r>
    </w:p>
    <w:p>
      <w:r>
        <w:t>معقولات فلسفية</w:t>
      </w:r>
    </w:p>
    <w:p>
      <w:r>
        <w:t>يستعيرها المنطقي</w:t>
      </w:r>
    </w:p>
    <w:p>
      <w:r>
        <w:t>كيف? يعطيها حيثية</w:t>
      </w:r>
    </w:p>
    <w:p>
      <w:r>
        <w:t>يعطي حيثية يعني يعطيها بعدا اتجاه هذا الاتجاه يتناغم مع الحقل المنطقي</w:t>
      </w:r>
    </w:p>
    <w:p>
      <w:r>
        <w:t>فتناسب بابا في المنطق اسمه باب الكليات الخمس</w:t>
      </w:r>
    </w:p>
    <w:p>
      <w:r>
        <w:t>لماذا? لان هي لبنات</w:t>
      </w:r>
    </w:p>
    <w:p>
      <w:r>
        <w:t>احجار نملأ بها التعريفات</w:t>
      </w:r>
    </w:p>
    <w:p>
      <w:r>
        <w:t>لبنات يوم من الابيات تعريف</w:t>
      </w:r>
    </w:p>
    <w:p>
      <w:r>
        <w:t>اذا التعريف بدون لبنات لا يمكن ان يتعين</w:t>
      </w:r>
    </w:p>
    <w:p>
      <w:r>
        <w:t>فسبقه باب وباب الكليات الخمس</w:t>
      </w:r>
    </w:p>
    <w:p>
      <w:r>
        <w:t>يعني هذه التي انا اعرف بها التعريفة المجهولات التصورية في الهندسة وفي الفيزياء والطب والفلك</w:t>
      </w:r>
    </w:p>
    <w:p>
      <w:r>
        <w:t>وومن العلوم المتعددة</w:t>
      </w:r>
    </w:p>
    <w:p>
      <w:r>
        <w:t>هذه اللبنات اريد ان اجعلها تحت معايير</w:t>
      </w:r>
    </w:p>
    <w:p>
      <w:r>
        <w:t>في الحقل المنطقي لا اتعامل مع تلك اللبنات</w:t>
      </w:r>
    </w:p>
    <w:p>
      <w:r>
        <w:t>لان اللبنات هاديك تلك اللبنات تنتمي الى العلوم</w:t>
      </w:r>
    </w:p>
    <w:p>
      <w:r>
        <w:t>تنتمي الى ماذا? الى العلوم ليس الى الحقل المنطقي</w:t>
      </w:r>
    </w:p>
    <w:p>
      <w:r>
        <w:t>انا الذي يهمني كيف تندرج تحت هذه المعقولات الفلسفية باعتبار تواجدها في قوالب تعريفية</w:t>
      </w:r>
    </w:p>
    <w:p>
      <w:r>
        <w:t>هناك تكتسب البعد البعد البعد المنطقي</w:t>
      </w:r>
    </w:p>
    <w:p>
      <w:r>
        <w:t>فيتعين باب يسمى الكليات الخمس</w:t>
      </w:r>
    </w:p>
    <w:p>
      <w:r>
        <w:t>مفهوم الجنس ليس الجنس مفهوم الجنس</w:t>
      </w:r>
    </w:p>
    <w:p>
      <w:r>
        <w:t>فرق بين الجنس ومفهوم الجنس</w:t>
      </w:r>
    </w:p>
    <w:p>
      <w:r>
        <w:t>كثير من الطلاب يتعجبون من هذا التدر لا جميل جدا بدون هذا التدقيق لا تفهم شيئا</w:t>
      </w:r>
    </w:p>
    <w:p>
      <w:r>
        <w:t>الجنس هو الحيوان</w:t>
      </w:r>
    </w:p>
    <w:p>
      <w:r>
        <w:t>هذه الواقعيات</w:t>
      </w:r>
    </w:p>
    <w:p>
      <w:r>
        <w:t>مفهوم الجنس غير الواقعيات</w:t>
      </w:r>
    </w:p>
    <w:p>
      <w:r>
        <w:t>مفهوم الجنس هو آآ آآ مفهوم الجنس هو قالب فلسفي هو في الحقيقة واستعير في المنطق لهذا الاتجاه اتجاه التعريف</w:t>
      </w:r>
    </w:p>
    <w:p>
      <w:r>
        <w:t>قالب هذا القالب اذا ادخلت فيها طبيعة خلقية او حتى طبيعة الهية لا فرق اذا تناغمت الطبيعة الالهية قد لا تتناغم</w:t>
      </w:r>
    </w:p>
    <w:p>
      <w:r>
        <w:t>الجنس باعتباره من تجليات الماهية والله ليس له ما هي ما يدخل</w:t>
      </w:r>
    </w:p>
    <w:p>
      <w:r>
        <w:t>اذا هذا القالب تدرج فيه هذه الطبائع</w:t>
      </w:r>
    </w:p>
    <w:p>
      <w:r>
        <w:t>يجب ان تعرف هذا القالب</w:t>
      </w:r>
    </w:p>
    <w:p>
      <w:r>
        <w:t>القالب ما هو? معقول يصدق على كثير مختلفي الحقيقة</w:t>
      </w:r>
    </w:p>
    <w:p>
      <w:r>
        <w:t>هذا هو القالب</w:t>
      </w:r>
    </w:p>
    <w:p>
      <w:r>
        <w:t>هذا هو مفهوم الجنس</w:t>
      </w:r>
    </w:p>
    <w:p>
      <w:r>
        <w:t>مملوء لا المنطقي لا يهمه الملأ</w:t>
      </w:r>
    </w:p>
    <w:p>
      <w:r>
        <w:t>انت تملأ كيف اعاين الواقعيات</w:t>
      </w:r>
    </w:p>
    <w:p>
      <w:r>
        <w:t>مثلا الجسم</w:t>
      </w:r>
    </w:p>
    <w:p>
      <w:r>
        <w:t>عندي اجسام</w:t>
      </w:r>
    </w:p>
    <w:p>
      <w:r>
        <w:t>كيف ما هو? ذات ممتدة جوهر ممتد</w:t>
      </w:r>
    </w:p>
    <w:p>
      <w:r>
        <w:t>الجسم يسري في مصادق متعددة</w:t>
      </w:r>
    </w:p>
    <w:p>
      <w:r>
        <w:t>نعم</w:t>
      </w:r>
    </w:p>
    <w:p>
      <w:r>
        <w:t>كلي معقول يسري في مصاديق متعددة</w:t>
      </w:r>
    </w:p>
    <w:p>
      <w:r>
        <w:t>يصدق على كثيرين</w:t>
      </w:r>
    </w:p>
    <w:p>
      <w:r>
        <w:t>اذا هذا القالب خضع لهذا القالب مفهوم الجنس بعد بقية حيثما هذا الجسم الذي يسري في مصاديق متحدة الحقيقة ام مختلفة الحقيقة هذا ذهب هذا فضة هذا حجر ماذا? الماص يكفيروز</w:t>
      </w:r>
    </w:p>
    <w:p>
      <w:r>
        <w:t>تقول لا مختلفة الحقيقة</w:t>
      </w:r>
    </w:p>
    <w:p>
      <w:r>
        <w:t>اذا الجسم خاضع لهذا القالب</w:t>
      </w:r>
    </w:p>
    <w:p>
      <w:r>
        <w:t>ادرج تحت هذا القالب</w:t>
      </w:r>
    </w:p>
    <w:p>
      <w:r>
        <w:t>يعني اخذ معنى هذا القالب</w:t>
      </w:r>
    </w:p>
    <w:p>
      <w:r>
        <w:t>فتنعته بماذا? تقول الجسم جنس</w:t>
      </w:r>
    </w:p>
    <w:p>
      <w:r>
        <w:t>الجسم والجنس</w:t>
      </w:r>
    </w:p>
    <w:p>
      <w:r>
        <w:t>مفهوم الجنس? لا</w:t>
      </w:r>
    </w:p>
    <w:p>
      <w:r>
        <w:t>ذا بعد منطقي</w:t>
      </w:r>
    </w:p>
    <w:p>
      <w:r>
        <w:t>وهو ذلك القالب</w:t>
      </w:r>
    </w:p>
    <w:p>
      <w:r>
        <w:t>واحد سرمدي</w:t>
      </w:r>
    </w:p>
    <w:p>
      <w:r>
        <w:t>تأتي الحيوان معقول نعم يصدق على كثيرين? نعم</w:t>
      </w:r>
    </w:p>
    <w:p>
      <w:r>
        <w:t>بدأ يندرج تحت هذا القالب</w:t>
      </w:r>
    </w:p>
    <w:p>
      <w:r>
        <w:t>بقيت نقطة ما هي? يسري في مصاديق مختلفة ام وحدة نوعية? لا يصدق على حقائق مختلفة</w:t>
      </w:r>
    </w:p>
    <w:p>
      <w:r>
        <w:t>وغير الاسد غير الانسان غير الفيل وغير الزرافة</w:t>
      </w:r>
    </w:p>
    <w:p>
      <w:r>
        <w:t>ها اذا اندلج تحت هذا القالب يعني خضع لهذا القالب</w:t>
      </w:r>
    </w:p>
    <w:p>
      <w:r>
        <w:t>فتقول حيوان جنس حيوان جنس</w:t>
      </w:r>
    </w:p>
    <w:p>
      <w:r>
        <w:t>مفهوم النوع قالب ما هو? معقول يصدق على كثير متحدي الحقيقة</w:t>
      </w:r>
    </w:p>
    <w:p>
      <w:r>
        <w:t>هذا هو القالب</w:t>
      </w:r>
    </w:p>
    <w:p>
      <w:r>
        <w:t>قالب هذا هو المنطق السوري</w:t>
      </w:r>
    </w:p>
    <w:p>
      <w:r>
        <w:t>تعرف شنو معنى المنطق السوري? هذا هو قوالب</w:t>
      </w:r>
    </w:p>
    <w:p>
      <w:r>
        <w:t>الا انها ملزمة</w:t>
      </w:r>
    </w:p>
    <w:p>
      <w:r>
        <w:t>لا يمكن لك ان تبخل تحت مفهوم اي شيء</w:t>
      </w:r>
    </w:p>
    <w:p>
      <w:r>
        <w:t>تأتي الى الانسان يصدق على كثير نعم</w:t>
      </w:r>
    </w:p>
    <w:p>
      <w:r>
        <w:t>بدأ يتناغم مع ذا القالب</w:t>
      </w:r>
    </w:p>
    <w:p>
      <w:r>
        <w:t>مفهوم النوع</w:t>
      </w:r>
    </w:p>
    <w:p>
      <w:r>
        <w:t>في صدقه على كثيرين مختلفي الحقيقة او متحدي الحقيقة</w:t>
      </w:r>
    </w:p>
    <w:p>
      <w:r>
        <w:t>لا متحدي الحقيقة</w:t>
      </w:r>
    </w:p>
    <w:p>
      <w:r>
        <w:t>ليلة انسان طه انسان بلا الانسان زنا بإنسان</w:t>
      </w:r>
    </w:p>
    <w:p>
      <w:r>
        <w:t>حقيقة واحدة</w:t>
      </w:r>
    </w:p>
    <w:p>
      <w:r>
        <w:t>المتحدة الحقيقة</w:t>
      </w:r>
    </w:p>
    <w:p>
      <w:r>
        <w:t>اذا الإنسان لفه مفهوم النوع</w:t>
      </w:r>
    </w:p>
    <w:p>
      <w:r>
        <w:t>بالقول المدرسي اندرج تحت مفهوم النوع</w:t>
      </w:r>
    </w:p>
    <w:p>
      <w:r>
        <w:t>كيف اكتسبه من ذلك القالب حيثية النوعية</w:t>
      </w:r>
    </w:p>
    <w:p>
      <w:r>
        <w:t>فتقول مفهوم الانسان نوع</w:t>
      </w:r>
    </w:p>
    <w:p>
      <w:r>
        <w:t>مفهوم الانسان نوع</w:t>
      </w:r>
    </w:p>
    <w:p>
      <w:r>
        <w:t>المشي مفهوم المشي</w:t>
      </w:r>
    </w:p>
    <w:p>
      <w:r>
        <w:t>مفهوم كلي يسري في مصادق متعددة</w:t>
      </w:r>
    </w:p>
    <w:p>
      <w:r>
        <w:t>كم من حيوان يمشي؟ كثير</w:t>
      </w:r>
    </w:p>
    <w:p>
      <w:r>
        <w:t>تقول يصدق على كثيرين كثيرين</w:t>
      </w:r>
    </w:p>
    <w:p>
      <w:r>
        <w:t>في عمق الذات مخارج الذات</w:t>
      </w:r>
    </w:p>
    <w:p>
      <w:r>
        <w:t>لا تقل مخرج الذات شيخنا</w:t>
      </w:r>
    </w:p>
    <w:p>
      <w:r>
        <w:t>عام</w:t>
      </w:r>
    </w:p>
    <w:p>
      <w:r>
        <w:t>اذا مفهوم المشيخ خضع لقالب جديد ما هو؟ آآ العرضي والعام</w:t>
      </w:r>
    </w:p>
    <w:p>
      <w:r>
        <w:t>التعجب</w:t>
      </w:r>
    </w:p>
    <w:p>
      <w:r>
        <w:t>تبحث انت عن المخلوقات التي تتعجب لا تجد الا الانسان</w:t>
      </w:r>
    </w:p>
    <w:p>
      <w:r>
        <w:t>في عمق الانسان خارج الإنسان لا تقل يعرض الإنسان ليس كالجنس والفصل لا ناطق ولا حيوان الا انه يختص به فتقول هذه خاصة العربي الخاص فالتعجب هو الذي يندرج تحت المفهوم المنطقي</w:t>
      </w:r>
    </w:p>
    <w:p>
      <w:r>
        <w:t>معقول يصدق على كثير خارج الذات</w:t>
      </w:r>
    </w:p>
    <w:p>
      <w:r>
        <w:t>لا يصدق على كثير من القلوب</w:t>
      </w:r>
    </w:p>
    <w:p>
      <w:r>
        <w:t>معقول عام خاص بطبيعة</w:t>
      </w:r>
    </w:p>
    <w:p>
      <w:r>
        <w:t>هذا هو العربي والخاص</w:t>
      </w:r>
    </w:p>
    <w:p>
      <w:r>
        <w:t>اذا الكليات عبارة عن قوالب تملأ بماذا? بمعطيات خارجية</w:t>
      </w:r>
    </w:p>
    <w:p>
      <w:r>
        <w:t>ومن يجعل المعطى الخارجي يندرج تحت هذا هذا القالب المنطقي</w:t>
      </w:r>
    </w:p>
    <w:p>
      <w:r>
        <w:t>خاصية هذا المعطى</w:t>
      </w:r>
    </w:p>
    <w:p>
      <w:r>
        <w:t>لا يمكن لك ان تدرج الانسان تحت الجنس</w:t>
      </w:r>
    </w:p>
    <w:p>
      <w:r>
        <w:t>ولا يمكن ان تدرج الحيوان تحت النوع</w:t>
      </w:r>
    </w:p>
    <w:p>
      <w:r>
        <w:t>طبيعة هذه الاشياء</w:t>
      </w:r>
    </w:p>
    <w:p>
      <w:r>
        <w:t>في العلوم نقول جنس نوع فصل</w:t>
      </w:r>
    </w:p>
    <w:p>
      <w:r>
        <w:t>ماذا نقصد? نقص تلك القوالب ام الطبائع ومكونات الطبائع وما يعرض الطبع</w:t>
      </w:r>
    </w:p>
    <w:p>
      <w:r>
        <w:t>نعم في العلوم نتعامل مع الانسان والناطق والمشي وهذه الامور</w:t>
      </w:r>
    </w:p>
    <w:p>
      <w:r>
        <w:t>لان المعطيات الخارجية هذه القوالب ننساه</w:t>
      </w:r>
    </w:p>
    <w:p>
      <w:r>
        <w:t>اذا اذا قلت الحيوان جنس ماذا اقصد به؟ اقصد ان هذه الطبيعة تناغمت مع ذلك القالب المنطقي الذي هو معقول يصدق على كثيرين مختلف الحقيقة</w:t>
      </w:r>
    </w:p>
    <w:p>
      <w:r>
        <w:t>ولا يمكن ان يكون مفهوم الحيوان فصلا</w:t>
      </w:r>
    </w:p>
    <w:p>
      <w:r>
        <w:t>اذا جعلته فصلا فانك اخطأت التفكير</w:t>
      </w:r>
    </w:p>
    <w:p>
      <w:r>
        <w:t>تخربط في التفكير لان ما راعيت تلك القوالب السرمدية المنطقية</w:t>
      </w:r>
    </w:p>
    <w:p>
      <w:r>
        <w:t>جيد</w:t>
      </w:r>
    </w:p>
    <w:p>
      <w:r>
        <w:t>تقول لشيخنا تعين الباب الاول الكليات الخمس</w:t>
      </w:r>
    </w:p>
    <w:p>
      <w:r>
        <w:t>التي هي معقولات فلس وجهناها جهة التعريف صارت في الحقل المنطقي</w:t>
      </w:r>
    </w:p>
    <w:p>
      <w:r>
        <w:t>فهمنا هذا</w:t>
      </w:r>
    </w:p>
    <w:p>
      <w:r>
        <w:t>قوارب صورية ليست مملوءة بشيء</w:t>
      </w:r>
    </w:p>
    <w:p>
      <w:r>
        <w:t>فالمفكر وهو يتعامل مع الواقعيات اذا اراد اراد ان يعرف مجهولا تصوريا يجب ان يعرفه بالجنس والفصل</w:t>
      </w:r>
    </w:p>
    <w:p>
      <w:r>
        <w:t>اذا لم يتأتى له ذلك يعرفه بالخواص</w:t>
      </w:r>
    </w:p>
    <w:p>
      <w:r>
        <w:t>يعني باللوازم</w:t>
      </w:r>
    </w:p>
    <w:p>
      <w:r>
        <w:t>اللوازم التي لا تنفك</w:t>
      </w:r>
    </w:p>
    <w:p>
      <w:r>
        <w:t>ففي باب التعريف يجب ان يأتي بهذه اللبنات</w:t>
      </w:r>
    </w:p>
    <w:p>
      <w:r>
        <w:t>هذه اللبنة تكون منظمات وفقا لتلك القوالب الخمس</w:t>
      </w:r>
    </w:p>
    <w:p>
      <w:r>
        <w:t>او القوالب الخمسة واللي هي الكليات الخمس</w:t>
      </w:r>
    </w:p>
    <w:p>
      <w:r>
        <w:t>تعين باب الكليات الخمس</w:t>
      </w:r>
    </w:p>
    <w:p>
      <w:r>
        <w:t>جيد</w:t>
      </w:r>
    </w:p>
    <w:p>
      <w:r>
        <w:t>جميل</w:t>
      </w:r>
    </w:p>
    <w:p>
      <w:r>
        <w:t>ثم ندرسه بالتحليل والتركيب</w:t>
      </w:r>
    </w:p>
    <w:p>
      <w:r>
        <w:t>ندرس تفاصيل هذه الكليات يتشكل باب باب في المنطقي باب الكليات الخمس</w:t>
      </w:r>
    </w:p>
    <w:p>
      <w:r>
        <w:t>لماذا انا عابرت التقسيم العلمي الى حضوري وحصولي وحصولي الى تسلل تصديق</w:t>
      </w:r>
    </w:p>
    <w:p>
      <w:r>
        <w:t>متعمدا</w:t>
      </w:r>
    </w:p>
    <w:p>
      <w:r>
        <w:t>اذا هذه اللبنات التي نأخذها من الواقع</w:t>
      </w:r>
    </w:p>
    <w:p>
      <w:r>
        <w:t>ونعرف بها الأشياء ليس اعتباطا وإنما وفق معايير هي الكليات الخمس</w:t>
      </w:r>
    </w:p>
    <w:p>
      <w:r>
        <w:t>تعرف للإنسان هكذا ناطق حيوان</w:t>
      </w:r>
    </w:p>
    <w:p>
      <w:r>
        <w:t>يقول لك لا خطأ</w:t>
      </w:r>
    </w:p>
    <w:p>
      <w:r>
        <w:t>المنطق يقول الجنس مبهم</w:t>
      </w:r>
    </w:p>
    <w:p>
      <w:r>
        <w:t>يأتي من الفصل فتقول حيوان ناضج</w:t>
      </w:r>
    </w:p>
    <w:p>
      <w:r>
        <w:t>هذه المعياريات هي القواعد المنطقية</w:t>
      </w:r>
    </w:p>
    <w:p>
      <w:r>
        <w:t>ندرسها في ابواب</w:t>
      </w:r>
    </w:p>
    <w:p>
      <w:r>
        <w:t>الان تفهمنا كيف تعين باب الكليات الخمس وما هي الكليات الخمس? كقوالب صورية</w:t>
      </w:r>
    </w:p>
    <w:p>
      <w:r>
        <w:t>تملى بمعطيات تملأ بما تمليه هي من معايير</w:t>
      </w:r>
    </w:p>
    <w:p>
      <w:r>
        <w:t>لا يمكن لك ان تضع مفهوم الانسان تحت قالب الجنس</w:t>
      </w:r>
    </w:p>
    <w:p>
      <w:r>
        <w:t>مفهوم الجنس ابدا لا يمكن لك</w:t>
      </w:r>
    </w:p>
    <w:p>
      <w:r>
        <w:t>لان هذا معيار</w:t>
      </w:r>
    </w:p>
    <w:p>
      <w:r>
        <w:t>واذا فعلت انت بارادتك تخطئ لا تعرف الاشياء التعريف الصحيح</w:t>
      </w:r>
    </w:p>
    <w:p>
      <w:r>
        <w:t>نأتي الان الى باب العلم الذي هو لا يمت بصلة الى المنطق</w:t>
      </w:r>
    </w:p>
    <w:p>
      <w:r>
        <w:t>لا يمت الى بصلة الى المنطق</w:t>
      </w:r>
    </w:p>
    <w:p>
      <w:r>
        <w:t>بحث فلسفي</w:t>
      </w:r>
    </w:p>
    <w:p>
      <w:r>
        <w:t>لان المفكر الذي يتحرك فكريا في اي حقل كان</w:t>
      </w:r>
    </w:p>
    <w:p>
      <w:r>
        <w:t>هندسة كيمياء فلك رياضيات</w:t>
      </w:r>
    </w:p>
    <w:p>
      <w:r>
        <w:t>فيزياء علم اصول</w:t>
      </w:r>
    </w:p>
    <w:p>
      <w:r>
        <w:t>يريد من خلال الكليات الخمس ان يصل الى التعريف</w:t>
      </w:r>
    </w:p>
    <w:p>
      <w:r>
        <w:t>قال بالتعريف</w:t>
      </w:r>
    </w:p>
    <w:p>
      <w:r>
        <w:t>وقالب التعريف كما سيأتي هو الذي يوصلنا الى التصور</w:t>
      </w:r>
    </w:p>
    <w:p>
      <w:r>
        <w:t>اذا يجب ان ان تكون عندي اطلالة عن التصور</w:t>
      </w:r>
    </w:p>
    <w:p>
      <w:r>
        <w:t>والاقيس كذلك قوالب منطقية تملأ بالمعطيات الخارجية لنصل الى معطى خارجي وفقا لهذه القوالب الاقيسة</w:t>
      </w:r>
    </w:p>
    <w:p>
      <w:r>
        <w:t>حتى نصل الى التصديق فيكون عندي اطار على التصديق</w:t>
      </w:r>
    </w:p>
    <w:p>
      <w:r>
        <w:t>وهي بحوث منطقية فاصادر عليها</w:t>
      </w:r>
    </w:p>
    <w:p>
      <w:r>
        <w:t>كاصول موضوعة مبينة في الحقل المنطقي ساقول العلم مطلق الكاشفية ينقسم الى علم حضوري انا في متن الوجود اذا خرجنا من النظم المنطقي علم حضوري ما عنده علاقة بالمنطق مطلقا والى العلم الح يعني التعين النظم المنطقي</w:t>
      </w:r>
    </w:p>
    <w:p>
      <w:r>
        <w:t>فالواقع ليس حاضرا</w:t>
      </w:r>
    </w:p>
    <w:p>
      <w:r>
        <w:t>الواقع حاضر من خلال ماذا? من خلال التعينات الذهنية</w:t>
      </w:r>
    </w:p>
    <w:p>
      <w:r>
        <w:t>تعينات ذهنية هي هي التصورات والتصديقة</w:t>
      </w:r>
    </w:p>
    <w:p>
      <w:r>
        <w:t>اذا الحقن المنطقي حيث كان الفكر ويكون بحكومته</w:t>
      </w:r>
    </w:p>
    <w:p>
      <w:r>
        <w:t>يحكم على المفكر تفكر هكذا يلزمك</w:t>
      </w:r>
    </w:p>
    <w:p>
      <w:r>
        <w:t>ثم علم الحصول ينقسم الى تصور وتصديق</w:t>
      </w:r>
    </w:p>
    <w:p>
      <w:r>
        <w:t>ثم التقسيمات الثانوية التي تأتي</w:t>
      </w:r>
    </w:p>
    <w:p>
      <w:r>
        <w:t>اذا انا اذا كنت في حراك فكري اريد اصل الى معلومة</w:t>
      </w:r>
    </w:p>
    <w:p>
      <w:r>
        <w:t>الى تعين من تعينات الوجود</w:t>
      </w:r>
    </w:p>
    <w:p>
      <w:r>
        <w:t>في اي حقل كنت? وجود هندسي ووجود فلسفي ووجود اخلاقي ووجود لا يهم</w:t>
      </w:r>
    </w:p>
    <w:p>
      <w:r>
        <w:t>اريد اصل الى مجهول تصديقي</w:t>
      </w:r>
    </w:p>
    <w:p>
      <w:r>
        <w:t>يجب ان امر بهذه المراحل</w:t>
      </w:r>
    </w:p>
    <w:p>
      <w:r>
        <w:t>التقسيم العلمي العلمي لا تصول وتصديق يفهمني هذه المسألة</w:t>
      </w:r>
    </w:p>
    <w:p>
      <w:r>
        <w:t>ان التصديق فرع التصور والتصور كيف نصل اليه من خلال التعريف? لبنة التعريف ما هي? لبنة التعريف هي? لبنة خارجية نأخذها اما من الخارج او من عراق النفس واقعيات</w:t>
      </w:r>
    </w:p>
    <w:p>
      <w:r>
        <w:t>ثم هكذا اوظفها كما شاء اعتباطيا ام خاضعة معايير هي الكليات الخمس معايير الكليات الخمس معايير المنطوقة</w:t>
      </w:r>
    </w:p>
    <w:p>
      <w:r>
        <w:t>اذا بعد التصور والتصديق خلاص كمقدمة فهمنا التصور وفهمنا التصديق</w:t>
      </w:r>
    </w:p>
    <w:p>
      <w:r>
        <w:t>لان الفكر الذي يريد ان يصل الى مجهول تصديقي</w:t>
      </w:r>
    </w:p>
    <w:p>
      <w:r>
        <w:t>يعني بقضية يريد يثبت فيها حيثية من حيثيات الواقع</w:t>
      </w:r>
    </w:p>
    <w:p>
      <w:r>
        <w:t>يجب ان يمر بهذا الترتيب المنطقي</w:t>
      </w:r>
    </w:p>
    <w:p>
      <w:r>
        <w:t>تصور ثم التصديق</w:t>
      </w:r>
    </w:p>
    <w:p>
      <w:r>
        <w:t>يعني التصديق فرع التصور</w:t>
      </w:r>
    </w:p>
    <w:p>
      <w:r>
        <w:t>وهذا في السجل المعرفي واضح</w:t>
      </w:r>
    </w:p>
    <w:p>
      <w:r>
        <w:t>تريد تبين مسألة تدلل على المسألة</w:t>
      </w:r>
    </w:p>
    <w:p>
      <w:r>
        <w:t>وتبدأ في التدليل المخاطب يسكتك</w:t>
      </w:r>
    </w:p>
    <w:p>
      <w:r>
        <w:t>يوقفك يقول عرفني على الاقل المفردات</w:t>
      </w:r>
    </w:p>
    <w:p>
      <w:r>
        <w:t>تريد تبين ان النبي معصوم النبي معصوم وتأتي بمباشرة بالدليل</w:t>
      </w:r>
    </w:p>
    <w:p>
      <w:r>
        <w:t>القرآن عرفني النبوة ما معناها? عرفني العصمة ما معناه? اذا التصديق متفرغ على التصور</w:t>
      </w:r>
    </w:p>
    <w:p>
      <w:r>
        <w:t>اذا عندنا قيمة تصور وتصديق اذا في المنطق عندنا قيمتان</w:t>
      </w:r>
    </w:p>
    <w:p>
      <w:r>
        <w:t>التعريف الموصل الى التصور والحجة الموصلة الى التصديق</w:t>
      </w:r>
    </w:p>
    <w:p>
      <w:r>
        <w:t>انسى التصور وانسى التصديق ركز على التعريف الموصل والحجة الموصل</w:t>
      </w:r>
    </w:p>
    <w:p>
      <w:r>
        <w:t>هكذا الشمسية عرف المنطق</w:t>
      </w:r>
    </w:p>
    <w:p>
      <w:r>
        <w:t>عرف آآ موضوع علم المنطق</w:t>
      </w:r>
    </w:p>
    <w:p>
      <w:r>
        <w:t>هو آآ التعريف الموصل الى التصور</w:t>
      </w:r>
    </w:p>
    <w:p>
      <w:r>
        <w:t>والحجة الموصلة الى التصديق</w:t>
      </w:r>
    </w:p>
    <w:p>
      <w:r>
        <w:t>ان شاء الله في الحصة الاتية نكمل هذه الخلاصة</w:t>
      </w:r>
    </w:p>
    <w:p>
      <w:r>
        <w:t>واللهم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