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تعالى نستعين</w:t>
      </w:r>
    </w:p>
    <w:p>
      <w:r>
        <w:t>الصلاة والسلام على محمد واله الطيبين الطاهرين</w:t>
      </w:r>
    </w:p>
    <w:p>
      <w:r>
        <w:t>اللهم صل على محمد وال محمد</w:t>
      </w:r>
    </w:p>
    <w:p>
      <w:r>
        <w:t>اللهم ارزقنا التوفيق والاخلاص</w:t>
      </w:r>
    </w:p>
    <w:p>
      <w:r>
        <w:t>نكمل الخلاصة</w:t>
      </w:r>
    </w:p>
    <w:p>
      <w:r>
        <w:t>الان القسم الثاني من الخلاصة</w:t>
      </w:r>
    </w:p>
    <w:p>
      <w:r>
        <w:t>اذا تموضع هذه الابواب خاضع لنظام تكويني</w:t>
      </w:r>
    </w:p>
    <w:p>
      <w:r>
        <w:t>ما هو نظام تكويني? في حراك معرفي امر بهذه المراحل</w:t>
      </w:r>
    </w:p>
    <w:p>
      <w:r>
        <w:t>اريد ان اصل الى التصور</w:t>
      </w:r>
    </w:p>
    <w:p>
      <w:r>
        <w:t>ما هي ادوات التصور? لبنة تنتمي الى الواقع</w:t>
      </w:r>
    </w:p>
    <w:p>
      <w:r>
        <w:t>انا كمفكر في الهندسة في علم الاصول في في علم الرياضيات علم الفلك</w:t>
      </w:r>
    </w:p>
    <w:p>
      <w:r>
        <w:t>علم البيولوجية</w:t>
      </w:r>
    </w:p>
    <w:p>
      <w:r>
        <w:t>اتي بالواقعيات التي تسانخ تناسب علمي اوظفها للوصول الى التصور والوصول الى التصديق</w:t>
      </w:r>
    </w:p>
    <w:p>
      <w:r>
        <w:t>هذا التوظيف توظيف يخضع لمعايير</w:t>
      </w:r>
    </w:p>
    <w:p>
      <w:r>
        <w:t>هذه المعايير هي المنطق</w:t>
      </w:r>
    </w:p>
    <w:p>
      <w:r>
        <w:t>ثم جاء العقل البشري قال اذا بدأ بالت وانتهى بالتصديق</w:t>
      </w:r>
    </w:p>
    <w:p>
      <w:r>
        <w:t>التصور يعني يستخدم هذه الادوات التي تناسب علمه</w:t>
      </w:r>
    </w:p>
    <w:p>
      <w:r>
        <w:t>لوصول للوصول الى آآ المعلوم التصوري الذي كان مجهولا تصوريا او يتحرك للوصول الى المعلوم التصديقي الذي كان مجهولا تصديقيا</w:t>
      </w:r>
    </w:p>
    <w:p>
      <w:r>
        <w:t>ما هي آآ المواد المواد التي يستخدمها في تصوير يعني في تعريف مفاهيمه التي يستخدمها يأتيها من حقله</w:t>
      </w:r>
    </w:p>
    <w:p>
      <w:r>
        <w:t>والمواد التي يستخدمها في الاستدلال يأتيها من حقله ليس من الرياضيات اذا كان بيولوجيا</w:t>
      </w:r>
    </w:p>
    <w:p>
      <w:r>
        <w:t>واذا كان رياضيا لا يأتي بالمواد البيولوجية غير معقول</w:t>
      </w:r>
    </w:p>
    <w:p>
      <w:r>
        <w:t>هذه المواد تنتمي العلم العلم الخاص ثم اذا كنا في باب التصور يعني يتحرك لتجلية التصور بعدما كان مبهما مجهولا نعم يوظف تلك اللبنات التي تنتمي الى علمه علم بيولوجية وفقا لمعايير ملزمة</w:t>
      </w:r>
    </w:p>
    <w:p>
      <w:r>
        <w:t>هذه المعايير هي المنطق</w:t>
      </w:r>
    </w:p>
    <w:p>
      <w:r>
        <w:t>يأتي المنطق يقول خلينا من هذه المواد التي تدرس في العلوم</w:t>
      </w:r>
    </w:p>
    <w:p>
      <w:r>
        <w:t>ندرس هذه المعايير نبوبها ندرسها بالتحليل والتركيب لوحدها</w:t>
      </w:r>
    </w:p>
    <w:p>
      <w:r>
        <w:t>بدون ما يملأ</w:t>
      </w:r>
    </w:p>
    <w:p>
      <w:r>
        <w:t>تملأ بشيء وهذا معنى الصورنة</w:t>
      </w:r>
    </w:p>
    <w:p>
      <w:r>
        <w:t>المنطق السوري هذا هو معناه</w:t>
      </w:r>
    </w:p>
    <w:p>
      <w:r>
        <w:t>اذا المنطق لا تجد فيه مواد طبيعية ابدا مواد طبيعية يعني تنتمي الى الواقع الخارجي</w:t>
      </w:r>
    </w:p>
    <w:p>
      <w:r>
        <w:t>ابدا</w:t>
      </w:r>
    </w:p>
    <w:p>
      <w:r>
        <w:t>ابدا</w:t>
      </w:r>
    </w:p>
    <w:p>
      <w:r>
        <w:t>اتقوا الله عالم وكل عالم حي فالله حي المنطقي ما عنده علاقة بهذه القضايا هذه القضايا تنتمي الى الالهيات او الى الفلسفة الى بالمعنى الاخص الله هو حي عالم ما عنده منطقي</w:t>
      </w:r>
    </w:p>
    <w:p>
      <w:r>
        <w:t>اه علاقة بها</w:t>
      </w:r>
    </w:p>
    <w:p>
      <w:r>
        <w:t>المنطقي عنده علاقة بهذه بهذا بهذه السورنة</w:t>
      </w:r>
    </w:p>
    <w:p>
      <w:r>
        <w:t>اه الف باء باء جيم</w:t>
      </w:r>
    </w:p>
    <w:p>
      <w:r>
        <w:t>باء يختفي الحد الأوسط</w:t>
      </w:r>
    </w:p>
    <w:p>
      <w:r>
        <w:t>اش يجيب? طبق عن تاع على جميع الحقول المعرفية</w:t>
      </w:r>
    </w:p>
    <w:p>
      <w:r>
        <w:t>لك ذلك في الهندسة كلها تخضع لهذه الثورنة</w:t>
      </w:r>
    </w:p>
    <w:p>
      <w:r>
        <w:t>الف باء باء جيم الف جيم</w:t>
      </w:r>
    </w:p>
    <w:p>
      <w:r>
        <w:t>باء يختفي حد اوسط</w:t>
      </w:r>
    </w:p>
    <w:p>
      <w:r>
        <w:t>علة النتيجة والعلة لا تكون على مستوى النتيجة</w:t>
      </w:r>
    </w:p>
    <w:p>
      <w:r>
        <w:t>اختفي</w:t>
      </w:r>
    </w:p>
    <w:p>
      <w:r>
        <w:t>فالمنطق يدرس تلك الصورنة</w:t>
      </w:r>
    </w:p>
    <w:p>
      <w:r>
        <w:t>كليات الخمس كقوالب منطقية</w:t>
      </w:r>
    </w:p>
    <w:p>
      <w:r>
        <w:t>اما الكليات الخمس كمواد معرفية في الحقول المعرفية</w:t>
      </w:r>
    </w:p>
    <w:p>
      <w:r>
        <w:t>تلك باب اخر</w:t>
      </w:r>
    </w:p>
    <w:p>
      <w:r>
        <w:t>نعم</w:t>
      </w:r>
    </w:p>
    <w:p>
      <w:r>
        <w:t>تريد تعرف الخلية</w:t>
      </w:r>
    </w:p>
    <w:p>
      <w:r>
        <w:t>تعرفها بادوات فيزيائية</w:t>
      </w:r>
    </w:p>
    <w:p>
      <w:r>
        <w:t>ادوات رياضية فلكية لا</w:t>
      </w:r>
    </w:p>
    <w:p>
      <w:r>
        <w:t>تعرف الخلية في البيولوجيا</w:t>
      </w:r>
    </w:p>
    <w:p>
      <w:r>
        <w:t>بمواد تنتمي الى البيولوجيا اذا اين المنطق هنا? المنطق في البيولوجيا ما عنده دخل بالبيولوجيا</w:t>
      </w:r>
    </w:p>
    <w:p>
      <w:r>
        <w:t>الخلية وهذه الامور ما عندها دخل</w:t>
      </w:r>
    </w:p>
    <w:p>
      <w:r>
        <w:t>المنطقي اذا اراد البيولوجي يعرف الخلية مفهوم الخلية يريد لي ياتي بادوات تنتمي الى البيولوجية</w:t>
      </w:r>
    </w:p>
    <w:p>
      <w:r>
        <w:t>يضعها مرتبا</w:t>
      </w:r>
    </w:p>
    <w:p>
      <w:r>
        <w:t>هذا الترتيب السوري المنطقي يدرسه في ابواب</w:t>
      </w:r>
    </w:p>
    <w:p>
      <w:r>
        <w:t>وينسى الخلية وينسى الكتلة وينسى وينسى الوجود وينسى الحسن والقبح هذه كلها تنتمي الى الحقول المعرفية ما عنده علاقة بها هو</w:t>
      </w:r>
    </w:p>
    <w:p>
      <w:r>
        <w:t>ويهتم بالصورنة</w:t>
      </w:r>
    </w:p>
    <w:p>
      <w:r>
        <w:t>يقول اذا اردت ان تعرف المفهوم في حقلك المعرفي مفهوم الخلية يجب ان تأتي بالجنس والفصل اذا اردت ان تفهم الخلية في مكوناتها</w:t>
      </w:r>
    </w:p>
    <w:p>
      <w:r>
        <w:t>ثم انت كخبير في في البيولوجيا هي الخلية من السلخ الموجودات التي لها جنس وفاصل</w:t>
      </w:r>
    </w:p>
    <w:p>
      <w:r>
        <w:t>قد لا تكون من صرخي الذي لها جنس وف وهذي ما عندها علاقة بالمنطق</w:t>
      </w:r>
    </w:p>
    <w:p>
      <w:r>
        <w:t>المنطقي كصورنا يقول لك اذا لم تكن الخلية من سلخ المخلوقات التي لها جنس وفصل</w:t>
      </w:r>
    </w:p>
    <w:p>
      <w:r>
        <w:t>عندها لوازم ام لا? حتما في الوجود</w:t>
      </w:r>
    </w:p>
    <w:p>
      <w:r>
        <w:t>الخلية ليست وحدها خالية</w:t>
      </w:r>
    </w:p>
    <w:p>
      <w:r>
        <w:t>عريانة وزن تلفها يقول نعم</w:t>
      </w:r>
    </w:p>
    <w:p>
      <w:r>
        <w:t>قابلة للإنقسام مثلا</w:t>
      </w:r>
    </w:p>
    <w:p>
      <w:r>
        <w:t>فتأتي بهذه اللوازم ترتبها ترتيبا ما تعرف الخلية في حقلك</w:t>
      </w:r>
    </w:p>
    <w:p>
      <w:r>
        <w:t>هذا الترتيب الماصوري</w:t>
      </w:r>
    </w:p>
    <w:p>
      <w:r>
        <w:t>يدرس في المنطق في حقل منطقي</w:t>
      </w:r>
    </w:p>
    <w:p>
      <w:r>
        <w:t>في المنطق ليس في المنطق</w:t>
      </w:r>
    </w:p>
    <w:p>
      <w:r>
        <w:t>في المنطق باب التعريف</w:t>
      </w:r>
    </w:p>
    <w:p>
      <w:r>
        <w:t>اذا تعين باب جديد باب التعريف</w:t>
      </w:r>
    </w:p>
    <w:p>
      <w:r>
        <w:t>يتلاعب بالكليات الخمس</w:t>
      </w:r>
    </w:p>
    <w:p>
      <w:r>
        <w:t>ترتيبا وتقديما وتأخيرا</w:t>
      </w:r>
    </w:p>
    <w:p>
      <w:r>
        <w:t>صوريا كذلك صوريا</w:t>
      </w:r>
    </w:p>
    <w:p>
      <w:r>
        <w:t>الحد التام متشكل بالجنس والفصل</w:t>
      </w:r>
    </w:p>
    <w:p>
      <w:r>
        <w:t>تقولو من الجنس والفسق? قل ما عندي علاقة هادي فالحقول المعرفية</w:t>
      </w:r>
    </w:p>
    <w:p>
      <w:r>
        <w:t>اذا اراد ان يعرف ان يعرف الفيزياء الفلكي مفرداته المجهولة</w:t>
      </w:r>
    </w:p>
    <w:p>
      <w:r>
        <w:t>يأتي عندي الى معياري</w:t>
      </w:r>
    </w:p>
    <w:p>
      <w:r>
        <w:t>تعرفها هكذا</w:t>
      </w:r>
    </w:p>
    <w:p>
      <w:r>
        <w:t>اما مواد التعريف ما عندي علاقة انا بالمنطقية ذي</w:t>
      </w:r>
    </w:p>
    <w:p>
      <w:r>
        <w:t>رجع الى حقرك المعرفي انت</w:t>
      </w:r>
    </w:p>
    <w:p>
      <w:r>
        <w:t>فتاة قوالب تعريفية فارغة من يملئها بالمواد الحقول المعرفية كل في بابه</w:t>
      </w:r>
    </w:p>
    <w:p>
      <w:r>
        <w:t>كل في حقله</w:t>
      </w:r>
    </w:p>
    <w:p>
      <w:r>
        <w:t>اذا رأت تلك المعايير الموازين الإلزامات معرفاته في حقله المعرفي تكون دقيقة</w:t>
      </w:r>
    </w:p>
    <w:p>
      <w:r>
        <w:t>وتكون علمية فاعلة</w:t>
      </w:r>
    </w:p>
    <w:p>
      <w:r>
        <w:t>فيأتي التعريف بعد الكليات الخمس</w:t>
      </w:r>
    </w:p>
    <w:p>
      <w:r>
        <w:t>لان باب التعريف هو التلاعب</w:t>
      </w:r>
    </w:p>
    <w:p>
      <w:r>
        <w:t>نتلاعب بالكليات الخمس</w:t>
      </w:r>
    </w:p>
    <w:p>
      <w:r>
        <w:t>تقول الجنس القرين مع الفصل حده انت</w:t>
      </w:r>
    </w:p>
    <w:p>
      <w:r>
        <w:t>الجنس البعيد مع الفصل حد النقص</w:t>
      </w:r>
    </w:p>
    <w:p>
      <w:r>
        <w:t>الجنس القرين مع الخاصة رسم تام</w:t>
      </w:r>
    </w:p>
    <w:p>
      <w:r>
        <w:t>جسم بعيد او سن غير موجود مع الخاصة خاصة شوية ناقصة</w:t>
      </w:r>
    </w:p>
    <w:p>
      <w:r>
        <w:t>العربي العام يقول لا يصلح للتعريف لانه يطال حقائق متعددة</w:t>
      </w:r>
    </w:p>
    <w:p>
      <w:r>
        <w:t>تقول من انسان ماشي حتى الحمار يمشي</w:t>
      </w:r>
    </w:p>
    <w:p>
      <w:r>
        <w:t>العام لا يعرف به</w:t>
      </w:r>
    </w:p>
    <w:p>
      <w:r>
        <w:t>المنطقي يعلمك هذا</w:t>
      </w:r>
    </w:p>
    <w:p>
      <w:r>
        <w:t>ما تعرف الإنسان بالمشي</w:t>
      </w:r>
    </w:p>
    <w:p>
      <w:r>
        <w:t>لأنه الطالب الصغير يكتشف المشكلة</w:t>
      </w:r>
    </w:p>
    <w:p>
      <w:r>
        <w:t>يقول حتى الحمار والصدر يمشي</w:t>
      </w:r>
    </w:p>
    <w:p>
      <w:r>
        <w:t>اذا انت ما عرفت للإنسان ما ميزته</w:t>
      </w:r>
    </w:p>
    <w:p>
      <w:r>
        <w:t>هذه الآليات الفارسي باللغة الفرنسية</w:t>
      </w:r>
    </w:p>
    <w:p>
      <w:r>
        <w:t>اليات باللغة العربية هي القوالب المنطقية</w:t>
      </w:r>
    </w:p>
    <w:p>
      <w:r>
        <w:t>هذه القواعد السرمدية</w:t>
      </w:r>
    </w:p>
    <w:p>
      <w:r>
        <w:t>ثم تبويبها على ضوء التحليل والتركيب</w:t>
      </w:r>
    </w:p>
    <w:p>
      <w:r>
        <w:t>في شكل ابواب باب الكليات باب التعريف باب القضايا قبل</w:t>
      </w:r>
    </w:p>
    <w:p>
      <w:r>
        <w:t>باب الاقيسا باب البرهان هذا يسمى الحقل المنطقي</w:t>
      </w:r>
    </w:p>
    <w:p>
      <w:r>
        <w:t>واليته هو ماذا? التحليل والتركيب</w:t>
      </w:r>
    </w:p>
    <w:p>
      <w:r>
        <w:t>نعم</w:t>
      </w:r>
    </w:p>
    <w:p>
      <w:r>
        <w:t>التحليل والتركيب</w:t>
      </w:r>
    </w:p>
    <w:p>
      <w:r>
        <w:t>وليس علما كاشفا</w:t>
      </w:r>
    </w:p>
    <w:p>
      <w:r>
        <w:t>كاشف لواقعية</w:t>
      </w:r>
    </w:p>
    <w:p>
      <w:r>
        <w:t>خذها قاعدة مني</w:t>
      </w:r>
    </w:p>
    <w:p>
      <w:r>
        <w:t>وانما هو علم معياري في الزمت</w:t>
      </w:r>
    </w:p>
    <w:p>
      <w:r>
        <w:t>الزامات لمن? للمفكر</w:t>
      </w:r>
    </w:p>
    <w:p>
      <w:r>
        <w:t>يجب ان يخضع لها فكره حتى يصل الى التصورات الصحيحة</w:t>
      </w:r>
    </w:p>
    <w:p>
      <w:r>
        <w:t>والتصديقات الصحيحة</w:t>
      </w:r>
    </w:p>
    <w:p>
      <w:r>
        <w:t>غير هذا زيفون</w:t>
      </w:r>
    </w:p>
    <w:p>
      <w:r>
        <w:t>غير هذا زيفون</w:t>
      </w:r>
    </w:p>
    <w:p>
      <w:r>
        <w:t>جيت</w:t>
      </w:r>
    </w:p>
    <w:p>
      <w:r>
        <w:t>الان تعين باب التعريف</w:t>
      </w:r>
    </w:p>
    <w:p>
      <w:r>
        <w:t>وآآ فصلناه في بابه</w:t>
      </w:r>
    </w:p>
    <w:p>
      <w:r>
        <w:t>جيد الان انا فيزيائي</w:t>
      </w:r>
    </w:p>
    <w:p>
      <w:r>
        <w:t>اريد اعرف الثقل مثلا او الجاذبية</w:t>
      </w:r>
    </w:p>
    <w:p>
      <w:r>
        <w:t>اين المنطق? واين علم المنطق? واين فكري انا? انت اذا اردت ان تعرف الجاذبية تعرف بفن الطبخ او بأدوات فلكية لا تعرفها معطيات فيزيائية</w:t>
      </w:r>
    </w:p>
    <w:p>
      <w:r>
        <w:t>جاذبية هي آآ جسمان بينهما آآ ارتباط اخذ ورد يعني فيه جاذبة وفيه دافعة</w:t>
      </w:r>
    </w:p>
    <w:p>
      <w:r>
        <w:t>حط جسمه جاذبة ودافعة هذي كلها مفردات فيزيائية</w:t>
      </w:r>
    </w:p>
    <w:p>
      <w:r>
        <w:t>هذا الفيزياء</w:t>
      </w:r>
    </w:p>
    <w:p>
      <w:r>
        <w:t>منطقين</w:t>
      </w:r>
    </w:p>
    <w:p>
      <w:r>
        <w:t>المنطق وهو يعرف الجاذبية يعرف فوظويا ام بترتيب خاص? يخظع لترتيب خاص</w:t>
      </w:r>
    </w:p>
    <w:p>
      <w:r>
        <w:t>العام ثم الخاص</w:t>
      </w:r>
    </w:p>
    <w:p>
      <w:r>
        <w:t>هذا الترتيب الخاص هو المنطق</w:t>
      </w:r>
    </w:p>
    <w:p>
      <w:r>
        <w:t>كمعيار صار مادي</w:t>
      </w:r>
    </w:p>
    <w:p>
      <w:r>
        <w:t>دراسة هذا الترتيب في الترتيب في باب خاص هو باب التعريف هذا هو الحقل المنطقي هذا هو علم المنطق</w:t>
      </w:r>
    </w:p>
    <w:p>
      <w:r>
        <w:t>ثم ندخل الى القضايا</w:t>
      </w:r>
    </w:p>
    <w:p>
      <w:r>
        <w:t>القضايا كيف تتعين في الدين? بالحكم</w:t>
      </w:r>
    </w:p>
    <w:p>
      <w:r>
        <w:t>بين الحكم فعل النفساني</w:t>
      </w:r>
    </w:p>
    <w:p>
      <w:r>
        <w:t>اكشن</w:t>
      </w:r>
    </w:p>
    <w:p>
      <w:r>
        <w:t>فعل نفساني</w:t>
      </w:r>
    </w:p>
    <w:p>
      <w:r>
        <w:t>اين يدرس في علم النفس العقلي؟ ما عنده علاقة بالمنطق</w:t>
      </w:r>
    </w:p>
    <w:p>
      <w:r>
        <w:t>علم النفس العقلي يدرس خصوصيات النفس</w:t>
      </w:r>
    </w:p>
    <w:p>
      <w:r>
        <w:t>ما دخل الحكم في المنطق باعتباره مسألة تنتمي الى علم النص لا الحكم باعتباره يولد لنا قضايا مقدمات القياس هناك نوظف في الحقل المنطقي</w:t>
      </w:r>
    </w:p>
    <w:p>
      <w:r>
        <w:t>الحكم ما هو ممارسة ذهنية يعني ممارسة فكرية</w:t>
      </w:r>
    </w:p>
    <w:p>
      <w:r>
        <w:t>بين مفردتين</w:t>
      </w:r>
    </w:p>
    <w:p>
      <w:r>
        <w:t>من اين جاءتنا المفردتين? من من التعريف</w:t>
      </w:r>
    </w:p>
    <w:p>
      <w:r>
        <w:t>التعريف اعطانا التصور الاول</w:t>
      </w:r>
    </w:p>
    <w:p>
      <w:r>
        <w:t>في حقل من الحقول فيزياء كيمياء فلك</w:t>
      </w:r>
    </w:p>
    <w:p>
      <w:r>
        <w:t>واعطانا التصور الثاني</w:t>
      </w:r>
    </w:p>
    <w:p>
      <w:r>
        <w:t>ثم انا وجد توافق بين التصور الاول</w:t>
      </w:r>
    </w:p>
    <w:p>
      <w:r>
        <w:t>ربطت بين التصور والتصور الثاني على اساس الموافقة</w:t>
      </w:r>
    </w:p>
    <w:p>
      <w:r>
        <w:t>فتتشكل قضية الف باء</w:t>
      </w:r>
    </w:p>
    <w:p>
      <w:r>
        <w:t>ببركة الحكم</w:t>
      </w:r>
    </w:p>
    <w:p>
      <w:r>
        <w:t>اذا تعين الحكم هو قضية</w:t>
      </w:r>
    </w:p>
    <w:p>
      <w:r>
        <w:t>باعتبار ان التصديق عبارة عن عبارة عن اه قضية تأتينا من استدلال واستدلال مواده وهي الاقضية</w:t>
      </w:r>
    </w:p>
    <w:p>
      <w:r>
        <w:t>فالحكم دخل على الخط في الحقل المنطقي</w:t>
      </w:r>
    </w:p>
    <w:p>
      <w:r>
        <w:t>دخول بالذات ام بالعرب? دخول بالعرب? بالذات في علم النفس علم النفس العقلي</w:t>
      </w:r>
    </w:p>
    <w:p>
      <w:r>
        <w:t>نعم</w:t>
      </w:r>
    </w:p>
    <w:p>
      <w:r>
        <w:t>اسناد شيء لشيء لموافقة لتوافق بينهما</w:t>
      </w:r>
    </w:p>
    <w:p>
      <w:r>
        <w:t>فعل نفساني اللي انت ربطت بين الف وباء</w:t>
      </w:r>
    </w:p>
    <w:p>
      <w:r>
        <w:t>بين الامام والعصمة بين النبوة والعصمة بين الله والوجود</w:t>
      </w:r>
    </w:p>
    <w:p>
      <w:r>
        <w:t>بين الماء والشفافية</w:t>
      </w:r>
    </w:p>
    <w:p>
      <w:r>
        <w:t>بين النار والاحتراق</w:t>
      </w:r>
    </w:p>
    <w:p>
      <w:r>
        <w:t>تشكلت القضايا</w:t>
      </w:r>
    </w:p>
    <w:p>
      <w:r>
        <w:t>انت الان في القضايا</w:t>
      </w:r>
    </w:p>
    <w:p>
      <w:r>
        <w:t>الله الماء بارد الانسان كريم النبي معصوم</w:t>
      </w:r>
    </w:p>
    <w:p>
      <w:r>
        <w:t>الامام حجة</w:t>
      </w:r>
    </w:p>
    <w:p>
      <w:r>
        <w:t>الجسم مجذوب يخضع للجاذبية</w:t>
      </w:r>
    </w:p>
    <w:p>
      <w:r>
        <w:t>النار حارة مجموعة من القاضيات</w:t>
      </w:r>
    </w:p>
    <w:p>
      <w:r>
        <w:t>النار مجموعة من القضايا</w:t>
      </w:r>
    </w:p>
    <w:p>
      <w:r>
        <w:t>القضية قضية قضية قضية ما هو الملاك الذي جعلك تقول قضية قضية قضية? اذا في قالب قضوي خضعت له كل هذه التركيبات تنتمي الى حقول متعددة خضعت لقالب قالب كلي وهو مفهوم القضية</w:t>
      </w:r>
    </w:p>
    <w:p>
      <w:r>
        <w:t>مريض الخضر ما عنده علاقة بالعلوم الاخرى</w:t>
      </w:r>
    </w:p>
    <w:p>
      <w:r>
        <w:t>يدرسوا الحقل المنطقي</w:t>
      </w:r>
    </w:p>
    <w:p>
      <w:r>
        <w:t>القضية تنتمي الى من? الى المنطق</w:t>
      </w:r>
    </w:p>
    <w:p>
      <w:r>
        <w:t>فيأتي الحقل المنطقي يبوبها بعد التعريف</w:t>
      </w:r>
    </w:p>
    <w:p>
      <w:r>
        <w:t>فيأتي بابل القضية</w:t>
      </w:r>
    </w:p>
    <w:p>
      <w:r>
        <w:t>لا بالقضية</w:t>
      </w:r>
    </w:p>
    <w:p>
      <w:r>
        <w:t>اذا وصلنا الى القضية قضية لا تهمنا القضايا في الحقول المعرفية في الحقل المنطقي لا نتناول النار حارة الله موجود الامام معصوم النبي حجة شفاف النار محرقة الشمس ساطعة</w:t>
      </w:r>
    </w:p>
    <w:p>
      <w:r>
        <w:t>هذه تنتمي الى الحقول المعرفية</w:t>
      </w:r>
    </w:p>
    <w:p>
      <w:r>
        <w:t>انا ادرس في الحقل المنطقي هذا القالب القضوي</w:t>
      </w:r>
    </w:p>
    <w:p>
      <w:r>
        <w:t>نعم تركيب خبري يحتمل الصدق والكذب</w:t>
      </w:r>
    </w:p>
    <w:p>
      <w:r>
        <w:t>كل من خضع الى هذا القالب القالب فهو يحتمل الصدق والكذب بمعنى يعني يحكي واقعية قد يحكيها حقيقة قد يحكيها كذبا</w:t>
      </w:r>
    </w:p>
    <w:p>
      <w:r>
        <w:t>دراسة هذا القالب اللي هو ينتمي الى حقل منطقي</w:t>
      </w:r>
    </w:p>
    <w:p>
      <w:r>
        <w:t>تشكل باب في الحقل المنطقي في علم المنطقة اسمها باب القضايا</w:t>
      </w:r>
    </w:p>
    <w:p>
      <w:r>
        <w:t>نعم ثم نقسم هذه القضية</w:t>
      </w:r>
    </w:p>
    <w:p>
      <w:r>
        <w:t>قضية باعتبار الايجاب والسلب موجبة سالبة</w:t>
      </w:r>
    </w:p>
    <w:p>
      <w:r>
        <w:t>نعم</w:t>
      </w:r>
    </w:p>
    <w:p>
      <w:r>
        <w:t>قضية بع الموضوع مع كلية الموضوع شخصية الموضوع كلية الموضوع لها اقسام متعددة</w:t>
      </w:r>
    </w:p>
    <w:p>
      <w:r>
        <w:t>نقسمها باعتبار سور كلية جزئية نعم</w:t>
      </w:r>
    </w:p>
    <w:p>
      <w:r>
        <w:t>باعتبار تواجد قضية حقيقية قضية ذهنية قضية خارجية</w:t>
      </w:r>
    </w:p>
    <w:p>
      <w:r>
        <w:t>هذه التقسيمات كلها ندرسها في حقول معرفية</w:t>
      </w:r>
    </w:p>
    <w:p>
      <w:r>
        <w:t>ام ندرسها كسورنة كليا</w:t>
      </w:r>
    </w:p>
    <w:p>
      <w:r>
        <w:t>تقول كصورنة كلية</w:t>
      </w:r>
    </w:p>
    <w:p>
      <w:r>
        <w:t>هذا هو باب القضايا</w:t>
      </w:r>
    </w:p>
    <w:p>
      <w:r>
        <w:t>نعم تقول الماء شفاف</w:t>
      </w:r>
    </w:p>
    <w:p>
      <w:r>
        <w:t>طالب ذكي امامك يقول لك شيخنا قضية حقيقية</w:t>
      </w:r>
    </w:p>
    <w:p>
      <w:r>
        <w:t>كيف عرف انها قضية حقيقية? الماء شفاف ينتمي الى ماذا? ينتمي الى الفيزياء او الكيمياء اي حقل تجريبي لا يهمني</w:t>
      </w:r>
    </w:p>
    <w:p>
      <w:r>
        <w:t>نعم</w:t>
      </w:r>
    </w:p>
    <w:p>
      <w:r>
        <w:t>الامام معصوم قضية حقيقية</w:t>
      </w:r>
    </w:p>
    <w:p>
      <w:r>
        <w:t>الطالب يقول قضية حقيقة</w:t>
      </w:r>
    </w:p>
    <w:p>
      <w:r>
        <w:t>من اين عرفت? ايها الجن</w:t>
      </w:r>
    </w:p>
    <w:p>
      <w:r>
        <w:t>من اين عرفت انه قضية حقيقية? شيخنا عندي قوالب صورية</w:t>
      </w:r>
    </w:p>
    <w:p>
      <w:r>
        <w:t>هذه القضية اذا خضعت لهذه المعايير وهذه معايير هذه القوانين الصورية انا اعرف</w:t>
      </w:r>
    </w:p>
    <w:p>
      <w:r>
        <w:t>ما هو المعيار? يقول موضوع القضية</w:t>
      </w:r>
    </w:p>
    <w:p>
      <w:r>
        <w:t>آآ النار حارة هذا النار النار</w:t>
      </w:r>
    </w:p>
    <w:p>
      <w:r>
        <w:t>نار خارجية نار ذهنية نار ذهنية مفهوم النار سهم النار</w:t>
      </w:r>
    </w:p>
    <w:p>
      <w:r>
        <w:t>سهم النار مفهوم النار يحرق ولا يحرق ولا يحزن</w:t>
      </w:r>
    </w:p>
    <w:p>
      <w:r>
        <w:t>يكشف عن واقعية تحرق</w:t>
      </w:r>
    </w:p>
    <w:p>
      <w:r>
        <w:t>هذه هي طبيعة مفهوم النار</w:t>
      </w:r>
    </w:p>
    <w:p>
      <w:r>
        <w:t>النار الخارجية تحرق</w:t>
      </w:r>
    </w:p>
    <w:p>
      <w:r>
        <w:t>اما اذا انا افتيت محرقة</w:t>
      </w:r>
    </w:p>
    <w:p>
      <w:r>
        <w:t>تخيل انت ما في اي نار في دار الوجود</w:t>
      </w:r>
    </w:p>
    <w:p>
      <w:r>
        <w:t>يتغير الحكم</w:t>
      </w:r>
    </w:p>
    <w:p>
      <w:r>
        <w:t>يعني النار محرقة تنتفي</w:t>
      </w:r>
    </w:p>
    <w:p>
      <w:r>
        <w:t>لا تقول لي شيخنا النار محرقة</w:t>
      </w:r>
    </w:p>
    <w:p>
      <w:r>
        <w:t>لان الموضوع ليس خارجيا وليس ذهنيا</w:t>
      </w:r>
    </w:p>
    <w:p>
      <w:r>
        <w:t>في طبيعته في طبيعته</w:t>
      </w:r>
    </w:p>
    <w:p>
      <w:r>
        <w:t>بيفهم انه قضية حقيقية</w:t>
      </w:r>
    </w:p>
    <w:p>
      <w:r>
        <w:t>نعم</w:t>
      </w:r>
    </w:p>
    <w:p>
      <w:r>
        <w:t>اذا قال ابصرت نارا محرقة شديدة الاحراق</w:t>
      </w:r>
    </w:p>
    <w:p>
      <w:r>
        <w:t>ابصرت</w:t>
      </w:r>
    </w:p>
    <w:p>
      <w:r>
        <w:t>والطالب يقول قضية خارجية</w:t>
      </w:r>
    </w:p>
    <w:p>
      <w:r>
        <w:t>كل من المدرسة كل من في في المدرسة مجتهد ما شاء الله طلاب يخافون الله تعالى يتباحثون ويواظبون على الدرس داخلين بنية الخدمة لله تعالى</w:t>
      </w:r>
    </w:p>
    <w:p>
      <w:r>
        <w:t>يراعون هذا القانون الالهي فيجتهد</w:t>
      </w:r>
    </w:p>
    <w:p>
      <w:r>
        <w:t>تقول كل الطلبة في في المدرسة مجتهدون</w:t>
      </w:r>
    </w:p>
    <w:p>
      <w:r>
        <w:t>قضية خارجية</w:t>
      </w:r>
    </w:p>
    <w:p>
      <w:r>
        <w:t>فما تتكلم عن الطالب كحقيقة</w:t>
      </w:r>
    </w:p>
    <w:p>
      <w:r>
        <w:t>تكلم كطالب في سياق خارجي</w:t>
      </w:r>
    </w:p>
    <w:p>
      <w:r>
        <w:t>قضية خارجية</w:t>
      </w:r>
    </w:p>
    <w:p>
      <w:r>
        <w:t>كيف انا ميزت? هذا الامر? بتلك القوالب المنطقية التي تسمى القضايا في بعد تقسيمها</w:t>
      </w:r>
    </w:p>
    <w:p>
      <w:r>
        <w:t>نعم</w:t>
      </w:r>
    </w:p>
    <w:p>
      <w:r>
        <w:t>اقول الانسان نعم</w:t>
      </w:r>
    </w:p>
    <w:p>
      <w:r>
        <w:t>الانسان بخيل</w:t>
      </w:r>
    </w:p>
    <w:p>
      <w:r>
        <w:t>الانسان بخيل</w:t>
      </w:r>
    </w:p>
    <w:p>
      <w:r>
        <w:t>كل الانسان لا لم كل انسان</w:t>
      </w:r>
    </w:p>
    <w:p>
      <w:r>
        <w:t>بعض الانسان لم اقل مهملة السور فالطالب تقولو هادي اي نوعية هادي هادي القضية من حيث الصور</w:t>
      </w:r>
    </w:p>
    <w:p>
      <w:r>
        <w:t>الانسان بخيل</w:t>
      </w:r>
    </w:p>
    <w:p>
      <w:r>
        <w:t>يقول شيخنا هادي مهملة</w:t>
      </w:r>
    </w:p>
    <w:p>
      <w:r>
        <w:t>لان ما عندها سور لا كلي ولا جزئي</w:t>
      </w:r>
    </w:p>
    <w:p>
      <w:r>
        <w:t>من جعل يقول انها قضية مهملة هو ذلك القانون المنطقي</w:t>
      </w:r>
    </w:p>
    <w:p>
      <w:r>
        <w:t>في باب القضايا</w:t>
      </w:r>
    </w:p>
    <w:p>
      <w:r>
        <w:t>في باب القضايا</w:t>
      </w:r>
    </w:p>
    <w:p>
      <w:r>
        <w:t>يقول مفهوم مفهوم الكلي يصدق على كثيرين</w:t>
      </w:r>
    </w:p>
    <w:p>
      <w:r>
        <w:t>نعم او الكلية مفهوم الكلية احسن</w:t>
      </w:r>
    </w:p>
    <w:p>
      <w:r>
        <w:t>مفهوم الكلية خطأ</w:t>
      </w:r>
    </w:p>
    <w:p>
      <w:r>
        <w:t>مفهوم الكل يصدق على كثيرين</w:t>
      </w:r>
    </w:p>
    <w:p>
      <w:r>
        <w:t>قال مفهوم الكلية</w:t>
      </w:r>
    </w:p>
    <w:p>
      <w:r>
        <w:t>يصدق على كثيرين</w:t>
      </w:r>
    </w:p>
    <w:p>
      <w:r>
        <w:t>المفهوم الكلي يمكن يصدق على كثيرين</w:t>
      </w:r>
    </w:p>
    <w:p>
      <w:r>
        <w:t>مفهوم في اي نظم خارجي اما ديني ديني</w:t>
      </w:r>
    </w:p>
    <w:p>
      <w:r>
        <w:t>راس قضية منطقية</w:t>
      </w:r>
    </w:p>
    <w:p>
      <w:r>
        <w:t>مفهوم الكلي مفهوم منطقي خلاص قضية منطقية</w:t>
      </w:r>
    </w:p>
    <w:p>
      <w:r>
        <w:t>اذا هذه الاجوبة الجميلة من اين جاءت? لان هذا الطالب العزيز هاظم تلك القوالب الصورية</w:t>
      </w:r>
    </w:p>
    <w:p>
      <w:r>
        <w:t>بمجرد ان تعطيه قضية تنتمي اي الى اي حقل من الحقول المعرفية يدرجها تحت القالب المناسب</w:t>
      </w:r>
    </w:p>
    <w:p>
      <w:r>
        <w:t>اذا سألت الطالب الانسان مؤمن من حيث الصور يقول جزئية</w:t>
      </w:r>
    </w:p>
    <w:p>
      <w:r>
        <w:t>او بعضية لا خطأ اشتبهت</w:t>
      </w:r>
    </w:p>
    <w:p>
      <w:r>
        <w:t>قضية مهملة</w:t>
      </w:r>
    </w:p>
    <w:p>
      <w:r>
        <w:t>نعم القضية المهملة في قوة الجزئية شيء اخر</w:t>
      </w:r>
    </w:p>
    <w:p>
      <w:r>
        <w:t>الانسان مؤمن</w:t>
      </w:r>
    </w:p>
    <w:p>
      <w:r>
        <w:t>مهملة مهملة الصور</w:t>
      </w:r>
    </w:p>
    <w:p>
      <w:r>
        <w:t>هذا الانسان مؤمن</w:t>
      </w:r>
    </w:p>
    <w:p>
      <w:r>
        <w:t>تقول القضية كلية</w:t>
      </w:r>
    </w:p>
    <w:p>
      <w:r>
        <w:t>كلية الموضوع اشتباه شخصية</w:t>
      </w:r>
    </w:p>
    <w:p>
      <w:r>
        <w:t>اسم الاشارة</w:t>
      </w:r>
    </w:p>
    <w:p>
      <w:r>
        <w:t>قضية</w:t>
      </w:r>
    </w:p>
    <w:p>
      <w:r>
        <w:t>خارجية شخصية</w:t>
      </w:r>
    </w:p>
    <w:p>
      <w:r>
        <w:t>تقول بعض الانسان مسلم يعني الانسان هوما صديق متعددة دائرة مسلمة فيهم مسيحي فيه الوثني فيه الملحد بعض الانسان المؤمن يقول جزئيا قضية جزئية في مقابل الكلي جزئي يعني بعضية بعض صادق صحيح? فاهم المنطق هذا</w:t>
      </w:r>
    </w:p>
    <w:p>
      <w:r>
        <w:t>هذا فاهم المنطق جيدا</w:t>
      </w:r>
    </w:p>
    <w:p>
      <w:r>
        <w:t>نعم</w:t>
      </w:r>
    </w:p>
    <w:p>
      <w:r>
        <w:t>نعم</w:t>
      </w:r>
    </w:p>
    <w:p>
      <w:r>
        <w:t>تقول كل شريك الباري</w:t>
      </w:r>
    </w:p>
    <w:p>
      <w:r>
        <w:t>كل شريك الباري موجود من حيث الصور يقول كليا من حيث الموضوع يقول آآ حقيقية كل شريك بريء موجود من حيث الصدق يقول زائفة كل شريك البانيه موجود? لا كل شريك الباري معدوم</w:t>
      </w:r>
    </w:p>
    <w:p>
      <w:r>
        <w:t>من حيث الصدق زائفة</w:t>
      </w:r>
    </w:p>
    <w:p>
      <w:r>
        <w:t>لاحظت? حيثيات متعددة</w:t>
      </w:r>
    </w:p>
    <w:p>
      <w:r>
        <w:t>تخيل الطالب العزيز كل هذه الحيثيات ضابطها</w:t>
      </w:r>
    </w:p>
    <w:p>
      <w:r>
        <w:t>بعد قوة فكر وقوة النقد وقوة التحليل فيه تكون قوية</w:t>
      </w:r>
    </w:p>
    <w:p>
      <w:r>
        <w:t>نعم</w:t>
      </w:r>
    </w:p>
    <w:p>
      <w:r>
        <w:t>في القرآن الكريم مملوء بالقضية المهملة القضية الكلية جزئية قضية خارجية موجود</w:t>
      </w:r>
    </w:p>
    <w:p>
      <w:r>
        <w:t>لان القرآن في نصوص في لغة تخاطب العقل</w:t>
      </w:r>
    </w:p>
    <w:p>
      <w:r>
        <w:t>والحكمة الالهية حكمة الهية</w:t>
      </w:r>
    </w:p>
    <w:p>
      <w:r>
        <w:t>من تعيناتها المنطق</w:t>
      </w:r>
    </w:p>
    <w:p>
      <w:r>
        <w:t>اذا هذه القرآنية يجب ان تراعي المنطق</w:t>
      </w:r>
    </w:p>
    <w:p>
      <w:r>
        <w:t>يجب ان تراعي المنطق</w:t>
      </w:r>
    </w:p>
    <w:p>
      <w:r>
        <w:t>سمعت شخصا اه يقول الامام الصادق لا يحتاج الى منطقة لستة</w:t>
      </w:r>
    </w:p>
    <w:p>
      <w:r>
        <w:t>نعم</w:t>
      </w:r>
    </w:p>
    <w:p>
      <w:r>
        <w:t>دعك من ارسطو</w:t>
      </w:r>
    </w:p>
    <w:p>
      <w:r>
        <w:t>انظر الى المنطق هو منطق</w:t>
      </w:r>
    </w:p>
    <w:p>
      <w:r>
        <w:t>انساني ام ارسطي؟ تقول لا يا شيخ ان المنطق انساني</w:t>
      </w:r>
    </w:p>
    <w:p>
      <w:r>
        <w:t>يعني الامام الصادق لا يحتاج الى الامور الانسانية</w:t>
      </w:r>
    </w:p>
    <w:p>
      <w:r>
        <w:t>يعني الامام الصادق يؤسس لفكر خرافي</w:t>
      </w:r>
    </w:p>
    <w:p>
      <w:r>
        <w:t>لفكر متناقض</w:t>
      </w:r>
    </w:p>
    <w:p>
      <w:r>
        <w:t>نعم، مع الاسف الشديد الان هذه القنوات والوسائل التواصل الاجتماع بعد ظهور الناتو والقنوات صار الحمار يتحدث والعالم يتحدث</w:t>
      </w:r>
    </w:p>
    <w:p>
      <w:r>
        <w:t>نعم والفنان التافه يتحدث وهذه الدائرة تتحدث والامة الانسانية</w:t>
      </w:r>
    </w:p>
    <w:p>
      <w:r>
        <w:t>كلها دخلت في فوضى والله يعلم متى نخرج هذه الفوضى</w:t>
      </w:r>
    </w:p>
    <w:p>
      <w:r>
        <w:t>الله يعلم</w:t>
      </w:r>
    </w:p>
    <w:p>
      <w:r>
        <w:t>الله يعلم</w:t>
      </w:r>
    </w:p>
    <w:p>
      <w:r>
        <w:t>انا سمعت شابا عراقيا يريد يريد يضرب الاسلام</w:t>
      </w:r>
    </w:p>
    <w:p>
      <w:r>
        <w:t>اش يقول هذا الاسلام? آآ يتحدث عن قبلة القدس والق والقدس قبلة كانت هناك ثم تغيرت الى الى الى مكة الى مكة الى الكعبة تجاه اتجاه الكعبة والقدس مع ان هذا المسجد بناه عبدالملك بن مروان</w:t>
      </w:r>
    </w:p>
    <w:p>
      <w:r>
        <w:t>يعني بعد الاسلام شنو ذي الخرطي هذا? مسكين هذا هذا مسجد الصخرة</w:t>
      </w:r>
    </w:p>
    <w:p>
      <w:r>
        <w:t>بناه اخو عبد الملك بن مروان</w:t>
      </w:r>
    </w:p>
    <w:p>
      <w:r>
        <w:t>لغرض سياسي</w:t>
      </w:r>
    </w:p>
    <w:p>
      <w:r>
        <w:t>لأن عبد الله بن الزبير كان حاكم مكة</w:t>
      </w:r>
    </w:p>
    <w:p>
      <w:r>
        <w:t>فيخاف عبد الملك بن مروان</w:t>
      </w:r>
    </w:p>
    <w:p>
      <w:r>
        <w:t>يخاف من الشاميين</w:t>
      </w:r>
    </w:p>
    <w:p>
      <w:r>
        <w:t>يروحون الحج ويتأثرون خطاب عبد الله بن الزبير ضد الامويين الزبيريون كانوا ماسكين مساحة كبيرة من من العالم الاسلامي في ذلك الزمان الى الكوفة</w:t>
      </w:r>
    </w:p>
    <w:p>
      <w:r>
        <w:t>من الجزيرة الى الكوفة</w:t>
      </w:r>
    </w:p>
    <w:p>
      <w:r>
        <w:t>فمنع الحجاج لمنع الشاميين سواء هذا اه مسجد الصخرة صاحب القبة الصفراء هذه الآن</w:t>
      </w:r>
    </w:p>
    <w:p>
      <w:r>
        <w:t>اه واخذ حجرة من اه من اه اه منطقة معراج النبي</w:t>
      </w:r>
    </w:p>
    <w:p>
      <w:r>
        <w:t>فاخذ وضعها في وسط المسجد وصار اه الشاميون يطوفون حول هذه اه الحجرة مدة ثلاث سنوات يحجون هناك</w:t>
      </w:r>
    </w:p>
    <w:p>
      <w:r>
        <w:t>حتى قتل عبدالله بن الزبير</w:t>
      </w:r>
    </w:p>
    <w:p>
      <w:r>
        <w:t>هذا بناه عبدالملك بن مروان</w:t>
      </w:r>
    </w:p>
    <w:p>
      <w:r>
        <w:t>لغرض سياسي</w:t>
      </w:r>
    </w:p>
    <w:p>
      <w:r>
        <w:t>ما عندهم لا علاقة باليدين ولا يخافون الله تعالى ولا ولا ولا شيء</w:t>
      </w:r>
    </w:p>
    <w:p>
      <w:r>
        <w:t>ما دخلوا الصخرة بالمسجد الاقصى الابراهيمي</w:t>
      </w:r>
    </w:p>
    <w:p>
      <w:r>
        <w:t>ما عنده علاقة</w:t>
      </w:r>
    </w:p>
    <w:p>
      <w:r>
        <w:t>صرنا هذا من الزخراء</w:t>
      </w:r>
    </w:p>
    <w:p>
      <w:r>
        <w:t>احدث في زمن الاموي</w:t>
      </w:r>
    </w:p>
    <w:p>
      <w:r>
        <w:t>القدس الذي اذكروا القرآن ان القدس الذي بناه ابراهيم عليه السلام</w:t>
      </w:r>
    </w:p>
    <w:p>
      <w:r>
        <w:t>وجدده سليمان هذا جهل مسكين</w:t>
      </w:r>
    </w:p>
    <w:p>
      <w:r>
        <w:t>جهل</w:t>
      </w:r>
    </w:p>
    <w:p>
      <w:r>
        <w:t>يضرب الاسلام بجهله</w:t>
      </w:r>
    </w:p>
    <w:p>
      <w:r>
        <w:t>فهذه القنوات وهذه التواصل الاجتماعي فيها الركيك والغث والسمين الكثير الكثير الاسف الشديد نعم والناس تحب الساندوتشات تحب هذا السهل وتغرق في ظلماته وفي ظلاله مع الاسف الشديد</w:t>
      </w:r>
    </w:p>
    <w:p>
      <w:r>
        <w:t>ان شاء الله في الحصة اه الاتية نكمل هذه الخلاصة</w:t>
      </w:r>
    </w:p>
    <w:p>
      <w:r>
        <w:t>اللهم صل على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