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w:t>
      </w:r>
    </w:p>
    <w:p>
      <w:r>
        <w:t>الله يا الله</w:t>
      </w:r>
    </w:p>
    <w:p>
      <w:r>
        <w:t>والحمد لله</w:t>
      </w:r>
    </w:p>
    <w:p>
      <w:r>
        <w:t>والله اكبر</w:t>
      </w:r>
    </w:p>
    <w:p>
      <w:r>
        <w:t>اعوذ بالله من الشيطان الرجيم</w:t>
      </w:r>
    </w:p>
    <w:p>
      <w:r>
        <w:t>بسم الله الرحمن الرحيم وبه تعالى نستعين</w:t>
      </w:r>
    </w:p>
    <w:p>
      <w:r>
        <w:t>والصلاة والسلام على محمد واله الطيبين الطاهرين</w:t>
      </w:r>
    </w:p>
    <w:p>
      <w:r>
        <w:t>اللهم صل على محمد وال محمد</w:t>
      </w:r>
    </w:p>
    <w:p>
      <w:r>
        <w:t>اللهم ارزقنا التوفيق والاخلاص</w:t>
      </w:r>
    </w:p>
    <w:p>
      <w:r>
        <w:t>وصلنا معكم الى الفصل السادس في الجدل</w:t>
      </w:r>
    </w:p>
    <w:p>
      <w:r>
        <w:t>موظوع جديد</w:t>
      </w:r>
    </w:p>
    <w:p>
      <w:r>
        <w:t>تعريف القياس الجدلي</w:t>
      </w:r>
    </w:p>
    <w:p>
      <w:r>
        <w:t>الجدل صناعة علمية</w:t>
      </w:r>
    </w:p>
    <w:p>
      <w:r>
        <w:t>صناعة من الصنائع بقيد علمية اخرج صنائع كلها</w:t>
      </w:r>
    </w:p>
    <w:p>
      <w:r>
        <w:t>لان الصنائع متعددة صنائع الحرفية وغيرها وغيرها المحاماة علمية يعني حقل علمي يقتدر معها</w:t>
      </w:r>
    </w:p>
    <w:p>
      <w:r>
        <w:t>على اقامة الحجة</w:t>
      </w:r>
    </w:p>
    <w:p>
      <w:r>
        <w:t>من المقدمات قد تكون يقينية قد تكون ظنية المهم المهم الملاك والتسليم وليس اه نحو القضية</w:t>
      </w:r>
    </w:p>
    <w:p>
      <w:r>
        <w:t>على اي مطلوب يرد? اي مطلوب الذي ينقلب بعد العملية الجدلية? نتيجة</w:t>
      </w:r>
    </w:p>
    <w:p>
      <w:r>
        <w:t>على محافظة اي وضع يتفق على وجه يتوجه اليها لا يتوجه اليها مناقضة بحسب بحسب الامكان</w:t>
      </w:r>
    </w:p>
    <w:p>
      <w:r>
        <w:t>المهم انه يقنع الطرف المقابل والطرف المقابل يسكت</w:t>
      </w:r>
    </w:p>
    <w:p>
      <w:r>
        <w:t>يذعن لا يستطيع ان يجيب قدر الامكان</w:t>
      </w:r>
    </w:p>
    <w:p>
      <w:r>
        <w:t>اذا دققتم جيدا في هذا التعريف تجدون فيه خلط خلطا واضحا ما هو? نحن في صدد علم من العلوم وهو الجدل وادخل فيه المصنف والشارع قد ادخل فيه آآ الممارسة العملية</w:t>
      </w:r>
    </w:p>
    <w:p>
      <w:r>
        <w:t>الممارسة العملية</w:t>
      </w:r>
    </w:p>
    <w:p>
      <w:r>
        <w:t>كنا في الكليات الخمس والتعريف والقضايا والبرهان</w:t>
      </w:r>
    </w:p>
    <w:p>
      <w:r>
        <w:t>نتحدث عن العلم بما هو علم ما عندنا علاقة بالفاعل المعرفي كيف يوظف يوظف المنطق في علومه? يعني لا ندخل الفاعل المعرفي</w:t>
      </w:r>
    </w:p>
    <w:p>
      <w:r>
        <w:t>المبرهن المستدل هنا في هذا الفصل في هذا الخلط مرة نتحدث عن الصناعة كعلم كحقل معرفي علم الجدل وندخل فيه مرة اخرى فاعل الجدل المماري وهذا ليس جيدا</w:t>
      </w:r>
    </w:p>
    <w:p>
      <w:r>
        <w:t>يجب ان نبقى في العلم مواعيده</w:t>
      </w:r>
    </w:p>
    <w:p>
      <w:r>
        <w:t>ننقح القواعد</w:t>
      </w:r>
    </w:p>
    <w:p>
      <w:r>
        <w:t>لا ندخل الممارس</w:t>
      </w:r>
    </w:p>
    <w:p>
      <w:r>
        <w:t>نعم</w:t>
      </w:r>
    </w:p>
    <w:p>
      <w:r>
        <w:t>الجدل صناعة علمية</w:t>
      </w:r>
    </w:p>
    <w:p>
      <w:r>
        <w:t>جيد</w:t>
      </w:r>
    </w:p>
    <w:p>
      <w:r>
        <w:t>نحن الان في حقل معرف يقتدر معها على اقامة الحجة هي قد تدير راح الى ماذا? الى المجادل فاعل الجدل</w:t>
      </w:r>
    </w:p>
    <w:p>
      <w:r>
        <w:t>ما تدخل فاعل الجدل ان تعطيه ضابطة للعلم ما هو? علم يسعى الى اثبات امور بمقدمات مسلمة ما ندخل الممارس</w:t>
      </w:r>
    </w:p>
    <w:p>
      <w:r>
        <w:t>ما عندنا علاقة الواقعة الخارجي</w:t>
      </w:r>
    </w:p>
    <w:p>
      <w:r>
        <w:t>العلوم مجموعة مسائل تدور حول موضوع واحد</w:t>
      </w:r>
    </w:p>
    <w:p>
      <w:r>
        <w:t>ما عندها علاقة بالواقع الخارجي</w:t>
      </w:r>
    </w:p>
    <w:p>
      <w:r>
        <w:t>الواقع الخارجي ليس مسائل علمية</w:t>
      </w:r>
    </w:p>
    <w:p>
      <w:r>
        <w:t>الواقع الخارج يلاحظ والعلم لا التأسيس المعرفي للقضايا</w:t>
      </w:r>
    </w:p>
    <w:p>
      <w:r>
        <w:t>نعم</w:t>
      </w:r>
    </w:p>
    <w:p>
      <w:r>
        <w:t>سيتبين لكم ما قلته لاحقا</w:t>
      </w:r>
    </w:p>
    <w:p>
      <w:r>
        <w:t>اقول لما فرغ الماتن من القياسات البرهانية</w:t>
      </w:r>
    </w:p>
    <w:p>
      <w:r>
        <w:t>التي تنطلق من يقينيات وتصل الى نتيجة يقينية</w:t>
      </w:r>
    </w:p>
    <w:p>
      <w:r>
        <w:t>التي الغرض منها هذه القياسات البرهانية</w:t>
      </w:r>
    </w:p>
    <w:p>
      <w:r>
        <w:t>التي الغرض منها معرفة الحق</w:t>
      </w:r>
    </w:p>
    <w:p>
      <w:r>
        <w:t>معرفة الحق يعني الواقع الخارجي كما هو</w:t>
      </w:r>
    </w:p>
    <w:p>
      <w:r>
        <w:t>من جهة ما هو حق ليس من جهة اخرى قد يستخدم الحق لغرض الافحام لغرض المغالطة لا من جهة ما هو حق ولا فرق فيه بينما يعلم الانسان منه لنفسه ويناجيها به يعني اما التواصل المعرفي نفسي واما تواصل معرفي مع الاخرين</w:t>
      </w:r>
    </w:p>
    <w:p>
      <w:r>
        <w:t>نعم</w:t>
      </w:r>
    </w:p>
    <w:p>
      <w:r>
        <w:t>وبينما يعلمه يعلمه لغيره</w:t>
      </w:r>
    </w:p>
    <w:p>
      <w:r>
        <w:t>لما فرغ من القياسات البرهانية كذا كذا شرع</w:t>
      </w:r>
    </w:p>
    <w:p>
      <w:r>
        <w:t>شرع في القياسات الجدلية</w:t>
      </w:r>
    </w:p>
    <w:p>
      <w:r>
        <w:t>جيد ما هو المحور الدلالي? التي هي ليس الغرض منها الحق والباطل</w:t>
      </w:r>
    </w:p>
    <w:p>
      <w:r>
        <w:t>هذه نكتة في في الجدل</w:t>
      </w:r>
    </w:p>
    <w:p>
      <w:r>
        <w:t>لا يسعى نحو آآ الحق او الباطل</w:t>
      </w:r>
    </w:p>
    <w:p>
      <w:r>
        <w:t>لا هو يريد يثبت مدعاة باي طريقة كانت ويفحم الخصم ويسكت الخصم</w:t>
      </w:r>
    </w:p>
    <w:p>
      <w:r>
        <w:t>جيد بل بل هنا اظربية بل هو طلب ما يفحم به الخصم في المناظرة والمجادلة</w:t>
      </w:r>
    </w:p>
    <w:p>
      <w:r>
        <w:t>يفحم الخصم</w:t>
      </w:r>
    </w:p>
    <w:p>
      <w:r>
        <w:t>يعني يسكت الخصم</w:t>
      </w:r>
    </w:p>
    <w:p>
      <w:r>
        <w:t>ويقطعه على الاحتجاج</w:t>
      </w:r>
    </w:p>
    <w:p>
      <w:r>
        <w:t>طرف المقابل بعد يسكت</w:t>
      </w:r>
    </w:p>
    <w:p>
      <w:r>
        <w:t>ويظهر به على خصمه</w:t>
      </w:r>
    </w:p>
    <w:p>
      <w:r>
        <w:t>يظهر يعني يتغلب هنا</w:t>
      </w:r>
    </w:p>
    <w:p>
      <w:r>
        <w:t>عند السامعين عند الحاضرين</w:t>
      </w:r>
    </w:p>
    <w:p>
      <w:r>
        <w:t>سواء كان حقا او غيره فالحق لا يراد بعينه انما يراد اذا استخدمنا الحق للافحام وللاسكات</w:t>
      </w:r>
    </w:p>
    <w:p>
      <w:r>
        <w:t>اذا هنا لاحظت عندنا حقل معرفي علم الجدل يجب ان نبينه في خصوصياته</w:t>
      </w:r>
    </w:p>
    <w:p>
      <w:r>
        <w:t>ذهبنا الى فعل الجدل يعني اذا عرفت هذا فحد القياس الجدلي انه صناعة علمية الى هنا جميل انه يتحدث عن الجدل والجدل قياس يقتدر معها انظر يقتدر راحل الفاعل على اقامة الحجة من المقدمات المسلمة على اي مطلوب اريد</w:t>
      </w:r>
    </w:p>
    <w:p>
      <w:r>
        <w:t>اريد يعني ما وعلى محافظة اي وضع وظع يعني المعتقد ما يعتقده اه هذا المجادل</w:t>
      </w:r>
    </w:p>
    <w:p>
      <w:r>
        <w:t>على اي وضع يتفق على وجه الله يتوجه المناقضة لا تتوجه المناقضة على محافظة وضعه</w:t>
      </w:r>
    </w:p>
    <w:p>
      <w:r>
        <w:t>على محافظة معتقده بحسب الامكان</w:t>
      </w:r>
    </w:p>
    <w:p>
      <w:r>
        <w:t>يبذل كل جهد والصناعة ملك نفساني انظر ورجع الى الملكة النفسانية</w:t>
      </w:r>
    </w:p>
    <w:p>
      <w:r>
        <w:t>هنا توصيف لواقع وليس بعلم يا سماحة الشيخ</w:t>
      </w:r>
    </w:p>
    <w:p>
      <w:r>
        <w:t>والصناعة ملك نفسانية ملكة نفسانية هنا الان تصف المجادل وليس العلم</w:t>
      </w:r>
    </w:p>
    <w:p>
      <w:r>
        <w:t>وانت الان في القياس الجدلي</w:t>
      </w:r>
    </w:p>
    <w:p>
      <w:r>
        <w:t>هذا هو الخلط في المنهج</w:t>
      </w:r>
    </w:p>
    <w:p>
      <w:r>
        <w:t>خلط منهجي</w:t>
      </w:r>
    </w:p>
    <w:p>
      <w:r>
        <w:t>والعجيب انا ارسطو في الاورجانون في المنطق اشار الى هذه المسألة</w:t>
      </w:r>
    </w:p>
    <w:p>
      <w:r>
        <w:t>يحدث كثير الخلط في المنهج نكون في سياق خاص ثم نتحرك في سياق اخر هذه المغالطة</w:t>
      </w:r>
    </w:p>
    <w:p>
      <w:r>
        <w:t>المغالطة المنهجية</w:t>
      </w:r>
    </w:p>
    <w:p>
      <w:r>
        <w:t>نعم</w:t>
      </w:r>
    </w:p>
    <w:p>
      <w:r>
        <w:t>ملكنا الثاني انت تصف حقيقة خارجية</w:t>
      </w:r>
    </w:p>
    <w:p>
      <w:r>
        <w:t>والعلم ليس حقيقة خارجية العلم هو مجموعة مسائل واذا قلنا الجدل قياس فتبين هذا القياس ما هو؟ انتهى الأمر</w:t>
      </w:r>
    </w:p>
    <w:p>
      <w:r>
        <w:t>نعم</w:t>
      </w:r>
    </w:p>
    <w:p>
      <w:r>
        <w:t>ما عندك علاقة بالمجادل</w:t>
      </w:r>
    </w:p>
    <w:p>
      <w:r>
        <w:t>يقتدر يعني مكن لهذا الإنسان صاحب هذا الملك</w:t>
      </w:r>
    </w:p>
    <w:p>
      <w:r>
        <w:t>يقتدر يعني يمكن يمكنه بها على استعمال موضوعات نحو غرض ما صادرا عن بصيرة بحسب الامكان فيها</w:t>
      </w:r>
    </w:p>
    <w:p>
      <w:r>
        <w:t>نعم وهي شاملة للعملية والعلمية</w:t>
      </w:r>
    </w:p>
    <w:p>
      <w:r>
        <w:t>نعم</w:t>
      </w:r>
    </w:p>
    <w:p>
      <w:r>
        <w:t>موضوعات يعني معتقد موضوعات معتقد</w:t>
      </w:r>
    </w:p>
    <w:p>
      <w:r>
        <w:t>فقولنا علمية يقتدر معها يخرج عنها الاخر</w:t>
      </w:r>
    </w:p>
    <w:p>
      <w:r>
        <w:t>يعني غير العلمية من الحرف وكذا</w:t>
      </w:r>
    </w:p>
    <w:p>
      <w:r>
        <w:t>وقولنا على محافظة اي وضع يتفق</w:t>
      </w:r>
    </w:p>
    <w:p>
      <w:r>
        <w:t>بالوضع الرأي المعتقد او الملتزم كالمذاهب والملل يعني معتقدات</w:t>
      </w:r>
    </w:p>
    <w:p>
      <w:r>
        <w:t>وقولنا بحسب الامكان اشارة على ان عجز المجادل على تحصيل بعض المطالب المتعذرة لا يقدح في صناعة الجدل</w:t>
      </w:r>
    </w:p>
    <w:p>
      <w:r>
        <w:t>كعجز الطبيب عن ازالة بعض الامراض وهذا حتى في البرهان</w:t>
      </w:r>
    </w:p>
    <w:p>
      <w:r>
        <w:t>فاعل البرهان قد يعجز عن رد الاشكال وقد يعجز عن التدليل على مبناه وان كان مبناه حقيقيا</w:t>
      </w:r>
    </w:p>
    <w:p>
      <w:r>
        <w:t>لاحظت هنا في صدد مواصفة او توصيف خارجي</w:t>
      </w:r>
    </w:p>
    <w:p>
      <w:r>
        <w:t>ونحن الان في القياس الجدلي ما عندنا التوصيف الخارجي</w:t>
      </w:r>
    </w:p>
    <w:p>
      <w:r>
        <w:t>هذا هو خلط في المنهج</w:t>
      </w:r>
    </w:p>
    <w:p>
      <w:r>
        <w:t>ما عندك تا علاقة بالمجادل</w:t>
      </w:r>
    </w:p>
    <w:p>
      <w:r>
        <w:t>انت الان بين القياس الجدلي بين قوسين بحث الظاهرات فقط</w:t>
      </w:r>
    </w:p>
    <w:p>
      <w:r>
        <w:t>وليس بحث اه واقعية</w:t>
      </w:r>
    </w:p>
    <w:p>
      <w:r>
        <w:t>السائل والمجيب قال وناقض الوضع باقامة الحجة سائل</w:t>
      </w:r>
    </w:p>
    <w:p>
      <w:r>
        <w:t>الطرف المقابل يسمى السائل لانه ينقض الحجة</w:t>
      </w:r>
    </w:p>
    <w:p>
      <w:r>
        <w:t>يبطل حجة المجادل</w:t>
      </w:r>
    </w:p>
    <w:p>
      <w:r>
        <w:t>وغاية سعيه ان يلزم وحافظه مجيب محافظه يعني من يحمل المعتقد</w:t>
      </w:r>
    </w:p>
    <w:p>
      <w:r>
        <w:t>مجيب وغاية سعيه الا يلزم ان لا يبطل حجته او يفحم</w:t>
      </w:r>
    </w:p>
    <w:p>
      <w:r>
        <w:t>اذا هذه مواصفات لمن؟ مواصفات للفعل الخارجي</w:t>
      </w:r>
    </w:p>
    <w:p>
      <w:r>
        <w:t>الفعل الجدلي الخارجي</w:t>
      </w:r>
    </w:p>
    <w:p>
      <w:r>
        <w:t>ما عندنا ما عنده علاقة بالقياس الجدلي</w:t>
      </w:r>
    </w:p>
    <w:p>
      <w:r>
        <w:t>اعمل كما عملت في البرهان</w:t>
      </w:r>
    </w:p>
    <w:p>
      <w:r>
        <w:t>البرهان ما لم تتحدث عن المبرهان</w:t>
      </w:r>
    </w:p>
    <w:p>
      <w:r>
        <w:t>تتحدث عن البرهان فقط</w:t>
      </w:r>
    </w:p>
    <w:p>
      <w:r>
        <w:t>بين قوسين انتهى الامر</w:t>
      </w:r>
    </w:p>
    <w:p>
      <w:r>
        <w:t>ما تجيب لي المجادل والمبرهن لا هذه مواصفات خارجية واقع خارجية</w:t>
      </w:r>
    </w:p>
    <w:p>
      <w:r>
        <w:t>واقعة خارجية</w:t>
      </w:r>
    </w:p>
    <w:p>
      <w:r>
        <w:t>مثل من يتحدث عن علم الكلام</w:t>
      </w:r>
    </w:p>
    <w:p>
      <w:r>
        <w:t>يقول لك العلم الكلام عنده موظوع</w:t>
      </w:r>
    </w:p>
    <w:p>
      <w:r>
        <w:t>المعتقد الديني بشكل عام او الله تعالى كما يرى البعض ثم عندك انت آآ المقدمات مقدمات الحقل يعني المبادئ التصورية والتصديقية ثم التوحيد ندخل في الأبواب الأساسية المسائل ثم العدل ثم النبوة والامامة والمعهد</w:t>
      </w:r>
    </w:p>
    <w:p>
      <w:r>
        <w:t>وتبين علم الكلام بين قوسين</w:t>
      </w:r>
    </w:p>
    <w:p>
      <w:r>
        <w:t>ما عندك علاقة بالمتكلم وخصوصيات المتكلم وممارسة المتكلم</w:t>
      </w:r>
    </w:p>
    <w:p>
      <w:r>
        <w:t>لا تتكلم انت الان في القياس الجدلي</w:t>
      </w:r>
    </w:p>
    <w:p>
      <w:r>
        <w:t>القياس الجدلي ما عندك علاقة بالمجرم</w:t>
      </w:r>
    </w:p>
    <w:p>
      <w:r>
        <w:t>نعم</w:t>
      </w:r>
    </w:p>
    <w:p>
      <w:r>
        <w:t>اذا هذه لماذا جاء بصناعة؟ صناعة يعني مهنة</w:t>
      </w:r>
    </w:p>
    <w:p>
      <w:r>
        <w:t>لا هذا هو الخلط</w:t>
      </w:r>
    </w:p>
    <w:p>
      <w:r>
        <w:t>هذا الخلط هذا ليس القياس الجدلي</w:t>
      </w:r>
    </w:p>
    <w:p>
      <w:r>
        <w:t>هذا المجادل</w:t>
      </w:r>
    </w:p>
    <w:p>
      <w:r>
        <w:t>اقول الجدل انظر الجدلي نحن في الجدل ام في الجدل? في الجدل وليس في الجدل</w:t>
      </w:r>
    </w:p>
    <w:p>
      <w:r>
        <w:t>يقال لشخصين احدهما سائل وهو الذي ينقذ وظعنا ما عقيدة ما</w:t>
      </w:r>
    </w:p>
    <w:p>
      <w:r>
        <w:t>نعم</w:t>
      </w:r>
    </w:p>
    <w:p>
      <w:r>
        <w:t>يقول النبي ليس بمعصوم</w:t>
      </w:r>
    </w:p>
    <w:p>
      <w:r>
        <w:t>هذا هو السائل</w:t>
      </w:r>
    </w:p>
    <w:p>
      <w:r>
        <w:t>وانا احمل هذا الوضع</w:t>
      </w:r>
    </w:p>
    <w:p>
      <w:r>
        <w:t>يعني هذا المعتقد النبي معصوم</w:t>
      </w:r>
    </w:p>
    <w:p>
      <w:r>
        <w:t>فهو ينقض علي</w:t>
      </w:r>
    </w:p>
    <w:p>
      <w:r>
        <w:t>وانا اجادله</w:t>
      </w:r>
    </w:p>
    <w:p>
      <w:r>
        <w:t>نعم</w:t>
      </w:r>
    </w:p>
    <w:p>
      <w:r>
        <w:t>الجدلي يقال لشخصين احدهما سائل وهو الذي ينقذ وضعا</w:t>
      </w:r>
    </w:p>
    <w:p>
      <w:r>
        <w:t>وضعا معتقدا مثل مثل النبي معصوم</w:t>
      </w:r>
    </w:p>
    <w:p>
      <w:r>
        <w:t>بالعصمة المطلقة</w:t>
      </w:r>
    </w:p>
    <w:p>
      <w:r>
        <w:t>باقامة الحجة من مقدمات يتسلمها من الخاص</w:t>
      </w:r>
    </w:p>
    <w:p>
      <w:r>
        <w:t>يعني مقدمات اه هو يقبلها طرف المقابل يقبرها</w:t>
      </w:r>
    </w:p>
    <w:p>
      <w:r>
        <w:t>يقبلها</w:t>
      </w:r>
    </w:p>
    <w:p>
      <w:r>
        <w:t>وغاية ان يلزم صاحبه هذه هي الغاية الزام التبكيت الاسكات</w:t>
      </w:r>
    </w:p>
    <w:p>
      <w:r>
        <w:t>نعم</w:t>
      </w:r>
    </w:p>
    <w:p>
      <w:r>
        <w:t>وفي في نعم يعني يشبه المحاورة من الان الى ان المحاورة آآ ليس هذا هو هدفها</w:t>
      </w:r>
    </w:p>
    <w:p>
      <w:r>
        <w:t>المحاور يريد يعرف ما عندك انت من شيء وهو كذلك يريد ان يعرف ما عندك من شيء</w:t>
      </w:r>
    </w:p>
    <w:p>
      <w:r>
        <w:t>اما الجدل لا له غاية والافحام والاسكات</w:t>
      </w:r>
    </w:p>
    <w:p>
      <w:r>
        <w:t>والثاني طرف المقابل مجيب</w:t>
      </w:r>
    </w:p>
    <w:p>
      <w:r>
        <w:t>يعني انا اجيبه وينقض على العصمة المطلقة للنبي</w:t>
      </w:r>
    </w:p>
    <w:p>
      <w:r>
        <w:t>انا اجيبه</w:t>
      </w:r>
    </w:p>
    <w:p>
      <w:r>
        <w:t>وهو الذي يحفظ رأيا مما مما بمقدمة مشهورة رأي ما</w:t>
      </w:r>
    </w:p>
    <w:p>
      <w:r>
        <w:t>وهو الذي يحفظ رأيا ما هذا المحور المحور الدلالي</w:t>
      </w:r>
    </w:p>
    <w:p>
      <w:r>
        <w:t>يعرف المجيب وهو الذي يحفظ رأي ما يعني معتقدا ما مقدمات مشهورة لانها لو كانت يقينية هذا برهان</w:t>
      </w:r>
    </w:p>
    <w:p>
      <w:r>
        <w:t>وغاية سعي هذا المجيب الا يلزم ان تبقى هذه العقيدة متينة لا يغلب</w:t>
      </w:r>
    </w:p>
    <w:p>
      <w:r>
        <w:t>ثم مبادئ الجدل</w:t>
      </w:r>
    </w:p>
    <w:p>
      <w:r>
        <w:t>قال ومبادئ الجدل عند السائل هي ما يتسلمه عن المجيب</w:t>
      </w:r>
    </w:p>
    <w:p>
      <w:r>
        <w:t>هنا لا يتحدث عن عن المجادل عن الجدل</w:t>
      </w:r>
    </w:p>
    <w:p>
      <w:r>
        <w:t>ومبادئ الجدل عند السائل هي ما يتسلمه عن المجيب</w:t>
      </w:r>
    </w:p>
    <w:p>
      <w:r>
        <w:t>اذا انت لا في الجدل في امور مقبولة بين الطرفين</w:t>
      </w:r>
    </w:p>
    <w:p>
      <w:r>
        <w:t>وعند المجيب الذائعات وهي المشهورات هي مشهورات الحقيقية آآ اذا كانت آآ اذا كنت انت في دائرة الحق ثم يقنيات</w:t>
      </w:r>
    </w:p>
    <w:p>
      <w:r>
        <w:t>آآ اما اذا كنت في مشهور من الذائعات</w:t>
      </w:r>
    </w:p>
    <w:p>
      <w:r>
        <w:t>اذا بنينا على ان اجتماع الناقضين مثلا قضية ادراكية تحكي الواقع</w:t>
      </w:r>
    </w:p>
    <w:p>
      <w:r>
        <w:t>اذا وهي ليست قضية ادراكية وانما هي معيار</w:t>
      </w:r>
    </w:p>
    <w:p>
      <w:r>
        <w:t>سلمنا انها قضية</w:t>
      </w:r>
    </w:p>
    <w:p>
      <w:r>
        <w:t>في البرهانيات اليقينيات التي هي اساسية في اليقينيات هي من اليقينيات</w:t>
      </w:r>
    </w:p>
    <w:p>
      <w:r>
        <w:t>عند المشهور الكل يؤمن باجتماع النقيضين محال</w:t>
      </w:r>
    </w:p>
    <w:p>
      <w:r>
        <w:t>آآ فهما او بدون بدون وعي</w:t>
      </w:r>
    </w:p>
    <w:p>
      <w:r>
        <w:t>هذه السنة المشهورة في الحقيقة</w:t>
      </w:r>
    </w:p>
    <w:p>
      <w:r>
        <w:t>يعني اما مطلقة يراها الجمهور ويحمدها بحسب العقل عملي</w:t>
      </w:r>
    </w:p>
    <w:p>
      <w:r>
        <w:t>لاحظت هنا اه ماذا هو المنهجي مرة انا اكون في العقل النظري للعقل العملي</w:t>
      </w:r>
    </w:p>
    <w:p>
      <w:r>
        <w:t>اجتماع الناقضين العقل النظري</w:t>
      </w:r>
    </w:p>
    <w:p>
      <w:r>
        <w:t>هنا يأتي بالعقل العملي كقولنا العدل الحسن</w:t>
      </w:r>
    </w:p>
    <w:p>
      <w:r>
        <w:t>الكل يؤمن بهذه القضية العملية</w:t>
      </w:r>
    </w:p>
    <w:p>
      <w:r>
        <w:t>العدل حسب</w:t>
      </w:r>
    </w:p>
    <w:p>
      <w:r>
        <w:t>ويسمى اراء محمودة</w:t>
      </w:r>
    </w:p>
    <w:p>
      <w:r>
        <w:t>نعم او بحسب خلق او عادة او قوة من القوى النفسانية كحمية او رقة او بحسب استقراء</w:t>
      </w:r>
    </w:p>
    <w:p>
      <w:r>
        <w:t>ما هو الاستقراء الاحصاء الجزئيات واعطاء الملاك الواقعي</w:t>
      </w:r>
    </w:p>
    <w:p>
      <w:r>
        <w:t>احيانا ليس الملاك الواقعي</w:t>
      </w:r>
    </w:p>
    <w:p>
      <w:r>
        <w:t>وبال جملة يعني بنحو الكلية بحسب شيء غير بديهيات العقل النظري</w:t>
      </w:r>
    </w:p>
    <w:p>
      <w:r>
        <w:t>نعم من البديهيات في العقل النظري هذه ترجع الى اليقينيات</w:t>
      </w:r>
    </w:p>
    <w:p>
      <w:r>
        <w:t>واما محدودة هذه عامة</w:t>
      </w:r>
    </w:p>
    <w:p>
      <w:r>
        <w:t>كل يعي بها يعيها ويقبلها</w:t>
      </w:r>
    </w:p>
    <w:p>
      <w:r>
        <w:t>واما محدودة يراها جماعة او اهل صناعة تخصصية</w:t>
      </w:r>
    </w:p>
    <w:p>
      <w:r>
        <w:t>كامتناع التسلسل عند الفلاسفة والمتكلمين</w:t>
      </w:r>
    </w:p>
    <w:p>
      <w:r>
        <w:t>نعم</w:t>
      </w:r>
    </w:p>
    <w:p>
      <w:r>
        <w:t>اذا هذا احصاء لمن? احصاء لي هذه المنطلقات في الجدل</w:t>
      </w:r>
    </w:p>
    <w:p>
      <w:r>
        <w:t>منطلقات اراء معتقدات</w:t>
      </w:r>
    </w:p>
    <w:p>
      <w:r>
        <w:t>اذا هنا توصيف هنا لا لا يستدل تصف لي واقع</w:t>
      </w:r>
    </w:p>
    <w:p>
      <w:r>
        <w:t>اقول لما كانت غاية البرهان هي اظهار الحق اذا كان العبارة الصحيحة في النطق هكذا</w:t>
      </w:r>
    </w:p>
    <w:p>
      <w:r>
        <w:t>لما كانت غاية البرهان هي اظهار الحق</w:t>
      </w:r>
    </w:p>
    <w:p>
      <w:r>
        <w:t>احيانا انا اخطئ اتسرع والا الدقة اللغوية هكذا</w:t>
      </w:r>
    </w:p>
    <w:p>
      <w:r>
        <w:t>لما كانت غايته البرهان هي ظهور الحق كان تجاوب لما كانت مبادئه اعني المقدمات المستعملة في الجدل في في البرهان هي اليقينيات لا غير</w:t>
      </w:r>
    </w:p>
    <w:p>
      <w:r>
        <w:t>اليقينيات يعني النقيض مرفوض مطلقا</w:t>
      </w:r>
    </w:p>
    <w:p>
      <w:r>
        <w:t>لاجتماع النقيضين</w:t>
      </w:r>
    </w:p>
    <w:p>
      <w:r>
        <w:t>يعني تصل الى كلية نافية لنقيضها مطلقا والا البرهان لا يكون يقينين</w:t>
      </w:r>
    </w:p>
    <w:p>
      <w:r>
        <w:t>وهذا مر علينا لا نفيض فيه</w:t>
      </w:r>
    </w:p>
    <w:p>
      <w:r>
        <w:t>ولما كانت غاية الجدل هي الغلبة على الخاص حيث يدركه الجمهور كانت مبادئه مسلمات ومشهورات يعني لا ترقى الى اليقين</w:t>
      </w:r>
    </w:p>
    <w:p>
      <w:r>
        <w:t>واذا فيها يقينيات ليس من حيث هي آآ يقنية اولى من حيث العام</w:t>
      </w:r>
    </w:p>
    <w:p>
      <w:r>
        <w:t>ذائعات عامة مشهورات عامة</w:t>
      </w:r>
    </w:p>
    <w:p>
      <w:r>
        <w:t>نعم فمبادئ الجدل عند السائل هي المسلمات</w:t>
      </w:r>
    </w:p>
    <w:p>
      <w:r>
        <w:t>انظر يدخل التوصيف الخارجي ويبقى في دائرة القياس الجدلي</w:t>
      </w:r>
    </w:p>
    <w:p>
      <w:r>
        <w:t>وحط نعم</w:t>
      </w:r>
    </w:p>
    <w:p>
      <w:r>
        <w:t>فمبادئ الجدل عند السائل هي المسلمات هنا يتحدث عن الجدل ليس عن المجادل التي سلمها المجيب نعم المفروض يقول التي يسلمها المجيب على نحو الكلية التي سلمها المجيب واعترف بها واما عند المجيب فالذائعات وهي المنشورات الحقيقية</w:t>
      </w:r>
    </w:p>
    <w:p>
      <w:r>
        <w:t>وانما قيد بالحقيقية احترازا من المشهورات غير الحقيقية</w:t>
      </w:r>
    </w:p>
    <w:p>
      <w:r>
        <w:t>كقولنا انصر اخاك ظالما او مظلوما</w:t>
      </w:r>
    </w:p>
    <w:p>
      <w:r>
        <w:t>فان المشهور الحقيقي يقابله وهو قولنا لا تنصر الظالم وان كان اخاك</w:t>
      </w:r>
    </w:p>
    <w:p>
      <w:r>
        <w:t>هذه انا رأيتها رواية لا ادري رواية عامية او خاصية عند العامة او الخاصة انصر اخاك ظالما او مظلوما الرواية موجودة</w:t>
      </w:r>
    </w:p>
    <w:p>
      <w:r>
        <w:t>مروية عن النبي صلى الله عليه واله قال يا رسول الله عرفنا كيف ننصر اه اخانا اه مظلوم كيف ننصره هو ظالما? خلاف البداهة البداعة بداة العقل العملي يقول ان تأخذ بيده يعني تمنحه عن الظلم فقد نصبته تمنحه عن الظلم نعم</w:t>
      </w:r>
    </w:p>
    <w:p>
      <w:r>
        <w:t>اما اذا اخذنا هكذا مطلقا بدون هذا القيد التوضيحي من النبي</w:t>
      </w:r>
    </w:p>
    <w:p>
      <w:r>
        <w:t>انصر اخاك ظالما او مظلوما فاه اه هذا مشهور غير حقيقي</w:t>
      </w:r>
    </w:p>
    <w:p>
      <w:r>
        <w:t>نعم فان المشهور الحقيقي يقابله وهو لا تنصر الظالم وان كان اخاك</w:t>
      </w:r>
    </w:p>
    <w:p>
      <w:r>
        <w:t>قال ارسطو طاليس ان القياسات الجدلية هي المؤلفة من الذائعات</w:t>
      </w:r>
    </w:p>
    <w:p>
      <w:r>
        <w:t>وانما قال ذلك يعني من الذائعات لكون الجدل صناعة معدة لم مخاطبة كل انسان وفي كل مسألة كلية على طريق الاتصاف بالعقل عامي</w:t>
      </w:r>
    </w:p>
    <w:p>
      <w:r>
        <w:t>العقل العامي في مقابل العقل الدقي الفلسفي</w:t>
      </w:r>
    </w:p>
    <w:p>
      <w:r>
        <w:t>وانما يتوصل الى ذلك بالمقدمات المشهورة والمسلمة من الخصوم</w:t>
      </w:r>
    </w:p>
    <w:p>
      <w:r>
        <w:t>وليس اليقين يعني وليس بيقين وهذا الفن فن الجدل انفع من البرهان من آآ من البرهان في المجتمع المدني</w:t>
      </w:r>
    </w:p>
    <w:p>
      <w:r>
        <w:t>وتأتي الخطاب بعد ذلك انفع من الجدل</w:t>
      </w:r>
    </w:p>
    <w:p>
      <w:r>
        <w:t>لان الشعر يحرك خيالات الانسان سيأتي ان شاء الله بيانه بالتفصيل لا نتعجل</w:t>
      </w:r>
    </w:p>
    <w:p>
      <w:r>
        <w:t>نعم</w:t>
      </w:r>
    </w:p>
    <w:p>
      <w:r>
        <w:t>اذا عرفت هذا فاعلم ان المشهورات اما ان تكون مطلقة مشهورة عند الجمهور او محدودة في دائرة تكون مشهورة عند قوم دون قوم</w:t>
      </w:r>
    </w:p>
    <w:p>
      <w:r>
        <w:t>نعم</w:t>
      </w:r>
    </w:p>
    <w:p>
      <w:r>
        <w:t>تريد تدخل في التجارة وتريد تعرف قواعد مشهورة عند التجار فقط</w:t>
      </w:r>
    </w:p>
    <w:p>
      <w:r>
        <w:t>لا يمكن للفنان ان يعطيك هذه القواعد</w:t>
      </w:r>
    </w:p>
    <w:p>
      <w:r>
        <w:t>اذا اردت ان تعرف الفن فالقواعد عند الفن</w:t>
      </w:r>
    </w:p>
    <w:p>
      <w:r>
        <w:t>افعل كذا افعل كذا لا تفعل كذا</w:t>
      </w:r>
    </w:p>
    <w:p>
      <w:r>
        <w:t>لا يعطيها التاجر</w:t>
      </w:r>
    </w:p>
    <w:p>
      <w:r>
        <w:t>هذه هي المحدودة</w:t>
      </w:r>
    </w:p>
    <w:p>
      <w:r>
        <w:t>والاولى اما ان يحمدها الجمهور بحسب العقل العملي وهي المسماة بالاراء المحمودة</w:t>
      </w:r>
    </w:p>
    <w:p>
      <w:r>
        <w:t>لانها محمودة عند رأيي كقولنا العدل حسن والظلم قبيح</w:t>
      </w:r>
    </w:p>
    <w:p>
      <w:r>
        <w:t>هذه ليست قضايا محمودة ابدا في حقيقتها</w:t>
      </w:r>
    </w:p>
    <w:p>
      <w:r>
        <w:t>باعتبار الجمهور نعم</w:t>
      </w:r>
    </w:p>
    <w:p>
      <w:r>
        <w:t>اما في حقيقتها محمودة وانما هذيا بديات العقل بديهيات العقل العملي</w:t>
      </w:r>
    </w:p>
    <w:p>
      <w:r>
        <w:t>عندها شق الرئيس وعندها المحقق التونسي</w:t>
      </w:r>
    </w:p>
    <w:p>
      <w:r>
        <w:t>انها اه محمودة مشهورات محمودة لا ابدا</w:t>
      </w:r>
    </w:p>
    <w:p>
      <w:r>
        <w:t>الشهرة علامة على بداهتها وليست هي الملاك للبداه</w:t>
      </w:r>
    </w:p>
    <w:p>
      <w:r>
        <w:t>وان البداعة للظلم قبيح والعدل الحسن هو ضياء الهي يغمر الانسان</w:t>
      </w:r>
    </w:p>
    <w:p>
      <w:r>
        <w:t>يدرك العدل انه يدرك الظلم انه قبيح</w:t>
      </w:r>
    </w:p>
    <w:p>
      <w:r>
        <w:t>واما ان يحمد بحسب خلق وراجع الى مبدأ نفساني</w:t>
      </w:r>
    </w:p>
    <w:p>
      <w:r>
        <w:t>ونعني بالخلق الملكة النفساني الحاصل من كثرة الافعال الصادرة عنه انه حتى يحصل الفعل معها بسهولة</w:t>
      </w:r>
    </w:p>
    <w:p>
      <w:r>
        <w:t>ما يسمى في فلسفة الاخلاق هذا الخلق الفضيلة</w:t>
      </w:r>
    </w:p>
    <w:p>
      <w:r>
        <w:t>الفضيلة هي ملكة آآ تجعله يتجلى بالافعال الاخلاقية باريحية</w:t>
      </w:r>
    </w:p>
    <w:p>
      <w:r>
        <w:t>وبسهولة</w:t>
      </w:r>
    </w:p>
    <w:p>
      <w:r>
        <w:t>نعم</w:t>
      </w:r>
    </w:p>
    <w:p>
      <w:r>
        <w:t>كالحكم بوجوب محافظة اه بوجوب محافظة ماذا? حرام اه حرم لا ادري ماذا يقصد بها فانه تقتضيه الحميا الانسانية</w:t>
      </w:r>
    </w:p>
    <w:p>
      <w:r>
        <w:t>مم الحرم يعني العرظ فانه تقتضيه الحمية الانسانية</w:t>
      </w:r>
    </w:p>
    <w:p>
      <w:r>
        <w:t>الفطرة الثانية</w:t>
      </w:r>
    </w:p>
    <w:p>
      <w:r>
        <w:t>او الحرم مثلا الحدود الدولة مو هكذا</w:t>
      </w:r>
    </w:p>
    <w:p>
      <w:r>
        <w:t>كاقتضاء الرقة والرحمة قبح تعذيب الحيوان بغير جرم ولا فائدة</w:t>
      </w:r>
    </w:p>
    <w:p>
      <w:r>
        <w:t>اذا التحسين والتقبيح عند المحقق التوصي بتبع شيخ الرئيس هي المشهورات بناءات عقلائية</w:t>
      </w:r>
    </w:p>
    <w:p>
      <w:r>
        <w:t>ما يراه العقلاء وهذه كارثة في فلسفة الاخلاق او اه او يقبلها الجمهور بحسب العادة كاقتضاء العادة والحياء اه قبح كشف العورة وحسن سطرها</w:t>
      </w:r>
    </w:p>
    <w:p>
      <w:r>
        <w:t>ويقبلها الجمهور بحسب قوة اخرى من القوة النفسانية</w:t>
      </w:r>
    </w:p>
    <w:p>
      <w:r>
        <w:t>او تكون مقبولة بحسب الاستقراء كقولنا آآ الملك الفقير ظالم لاحتياجه</w:t>
      </w:r>
    </w:p>
    <w:p>
      <w:r>
        <w:t>نعم الملك ليفلس يظلم يعني يأخذ حقوق الناس</w:t>
      </w:r>
    </w:p>
    <w:p>
      <w:r>
        <w:t>لماذا? لاحتياجه</w:t>
      </w:r>
    </w:p>
    <w:p>
      <w:r>
        <w:t>احتياجه آآ مع ان استقرأنا وجدنا الملك اذا فلس بخزينة تفلس يبدأ اما الضرائب الآن</w:t>
      </w:r>
    </w:p>
    <w:p>
      <w:r>
        <w:t>هذه هذا الظلم المقنن واما لا يأخذ بالغصب</w:t>
      </w:r>
    </w:p>
    <w:p>
      <w:r>
        <w:t>وبالجملة بنحو كليا</w:t>
      </w:r>
    </w:p>
    <w:p>
      <w:r>
        <w:t>كل ما يحكم به الجمهور بسبب قوة غير بديهية</w:t>
      </w:r>
    </w:p>
    <w:p>
      <w:r>
        <w:t>بديهية العقل النظري النظري</w:t>
      </w:r>
    </w:p>
    <w:p>
      <w:r>
        <w:t>هذا البحث اه في جزئياته لا ينتمي الى المنطق</w:t>
      </w:r>
    </w:p>
    <w:p>
      <w:r>
        <w:t>ينتمي الى فلسفة الاخلاق وبعضه ينتمي الى المنطق</w:t>
      </w:r>
    </w:p>
    <w:p>
      <w:r>
        <w:t>المهم القاعدة الكلية ان الجدل لا يهمه اليقين والبراني</w:t>
      </w:r>
    </w:p>
    <w:p>
      <w:r>
        <w:t>وان كانت مقدماته يقينية</w:t>
      </w:r>
    </w:p>
    <w:p>
      <w:r>
        <w:t>المهم هو يسعى الى الافحام الاسكات</w:t>
      </w:r>
    </w:p>
    <w:p>
      <w:r>
        <w:t>نعم</w:t>
      </w:r>
    </w:p>
    <w:p>
      <w:r>
        <w:t>وبالجملة كل ما يحكم به الجمهور بسبب قوة غير بديهة بديهة العقل النظري</w:t>
      </w:r>
    </w:p>
    <w:p>
      <w:r>
        <w:t>اما الثانية عن المشهورات المحدودة فهي التي تكون مشهورة عند قوم دون اخرين</w:t>
      </w:r>
    </w:p>
    <w:p>
      <w:r>
        <w:t>في صناعة الماء صناعة التجارة الفن الحقول المعرفية الفلسفية وهكذا</w:t>
      </w:r>
    </w:p>
    <w:p>
      <w:r>
        <w:t>كشهرة امتناع التسلسل عند الفلاسفة وعند المتكلمين لا التسلسل ليست مسألة كلامية</w:t>
      </w:r>
    </w:p>
    <w:p>
      <w:r>
        <w:t>تسلسل مسألة تنتمي الى العلل والمعلولات</w:t>
      </w:r>
    </w:p>
    <w:p>
      <w:r>
        <w:t>وهي مسأل الفلسفة بامتياز</w:t>
      </w:r>
    </w:p>
    <w:p>
      <w:r>
        <w:t>المتكلم يأخذها كاصل موضوعي</w:t>
      </w:r>
    </w:p>
    <w:p>
      <w:r>
        <w:t>متكلم هو يصدق علينا مجادل</w:t>
      </w:r>
    </w:p>
    <w:p>
      <w:r>
        <w:t>لماذا? لان عنده اوضاع جاء بها الدين</w:t>
      </w:r>
    </w:p>
    <w:p>
      <w:r>
        <w:t>فهو يفهم الخصم لاثباتها</w:t>
      </w:r>
    </w:p>
    <w:p>
      <w:r>
        <w:t>او لاست ودفع الشبهات</w:t>
      </w:r>
    </w:p>
    <w:p>
      <w:r>
        <w:t>لا يبحث عن الواقع كالفيلسوف</w:t>
      </w:r>
    </w:p>
    <w:p>
      <w:r>
        <w:t>لا هو عنده اوضاع دينية</w:t>
      </w:r>
    </w:p>
    <w:p>
      <w:r>
        <w:t>هذه الأوضاع الدينية ينافح عنها</w:t>
      </w:r>
    </w:p>
    <w:p>
      <w:r>
        <w:t>نعم</w:t>
      </w:r>
    </w:p>
    <w:p>
      <w:r>
        <w:t>فهو جدلي اكثر مما هو يبحث عن الواقع</w:t>
      </w:r>
    </w:p>
    <w:p>
      <w:r>
        <w:t>جيد</w:t>
      </w:r>
    </w:p>
    <w:p>
      <w:r>
        <w:t>المشهورات يأتي ان شاء الله</w:t>
      </w:r>
    </w:p>
    <w:p>
      <w:r>
        <w:t>اللهم صل على محمد وال محمد</w:t>
      </w:r>
    </w:p>
    <w:p>
      <w:r>
        <w:t>اللهم صل على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