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وآله محمد</w:t>
      </w:r>
    </w:p>
    <w:p>
      <w:r>
        <w:t>اللهم ارزقنا التوفيق والإخلاص</w:t>
      </w:r>
    </w:p>
    <w:p>
      <w:r>
        <w:t>وصلنا معكم الى المشهورات</w:t>
      </w:r>
    </w:p>
    <w:p>
      <w:r>
        <w:t>قال والواجبة آآ والواجبة قبولها مشهورة بحسب الاغلب</w:t>
      </w:r>
    </w:p>
    <w:p>
      <w:r>
        <w:t>نعم وليس محدودة جدا</w:t>
      </w:r>
    </w:p>
    <w:p>
      <w:r>
        <w:t>ولا تنعكس يعني وليس كل المشهورات واجبة آآ ابو الهناء تستعمل في الجدل لشهرتها</w:t>
      </w:r>
    </w:p>
    <w:p>
      <w:r>
        <w:t>هذه الواجب قبولها لا تستخدم في الجدل بما هي آآ ضرورية</w:t>
      </w:r>
    </w:p>
    <w:p>
      <w:r>
        <w:t>لا بما هي مشهورة</w:t>
      </w:r>
    </w:p>
    <w:p>
      <w:r>
        <w:t>لان الجدل يبني على المشهورة قلت لكم الجدل قد تكون عنده يقينيات</w:t>
      </w:r>
    </w:p>
    <w:p>
      <w:r>
        <w:t>لكن لا يستخدمها كيقينية تستخدمها كمشهورات</w:t>
      </w:r>
    </w:p>
    <w:p>
      <w:r>
        <w:t>وتستعمل هذه الواجبة الواجبة قبولها وتستعمل في الجدل لشهرتها</w:t>
      </w:r>
    </w:p>
    <w:p>
      <w:r>
        <w:t>يعني يعني من حيثية الشهرة وليس من حيث اليقين</w:t>
      </w:r>
    </w:p>
    <w:p>
      <w:r>
        <w:t>لا لوجوب قبولها لوجوب قبولها يعني ضرورية</w:t>
      </w:r>
    </w:p>
    <w:p>
      <w:r>
        <w:t>وليس كل مشهور صادقا</w:t>
      </w:r>
    </w:p>
    <w:p>
      <w:r>
        <w:t>وليس كل مشهور صادقا</w:t>
      </w:r>
    </w:p>
    <w:p>
      <w:r>
        <w:t>وليس كل صادق كذلك آآ مشهورا</w:t>
      </w:r>
    </w:p>
    <w:p>
      <w:r>
        <w:t>بل يقابل الشنيع مصطلحات مصطلحات</w:t>
      </w:r>
    </w:p>
    <w:p>
      <w:r>
        <w:t>خلاف المشهور نعم الشنيع</w:t>
      </w:r>
    </w:p>
    <w:p>
      <w:r>
        <w:t>كما ان الصادق يقابل الكاذب</w:t>
      </w:r>
    </w:p>
    <w:p>
      <w:r>
        <w:t>نعم اذا هنا المحقق التونسي اشار الى نقطة واحدة فقط والباقي كلها اصطلاحات واضحة جدا</w:t>
      </w:r>
    </w:p>
    <w:p>
      <w:r>
        <w:t>قد نستخدم اليقينيات في الجدل لا بأس لان الجدل هو اهمه الافحام</w:t>
      </w:r>
    </w:p>
    <w:p>
      <w:r>
        <w:t>باي طريقة كانت</w:t>
      </w:r>
    </w:p>
    <w:p>
      <w:r>
        <w:t>لكن هنا اليقينيات الواجب قبولها يستخدمها كمشهورات</w:t>
      </w:r>
    </w:p>
    <w:p>
      <w:r>
        <w:t>عن الطرف المقابل يراها مشهورة وليس يراها آآ يقينية</w:t>
      </w:r>
    </w:p>
    <w:p>
      <w:r>
        <w:t>اقول قد بينا اننا مبادئ الجدل انما هي المشهورات</w:t>
      </w:r>
    </w:p>
    <w:p>
      <w:r>
        <w:t>وبينا اقسام هذه المشهورات بالتفصيل فيما سبق</w:t>
      </w:r>
    </w:p>
    <w:p>
      <w:r>
        <w:t>بعضها ينتمي الى العقل النظري وبعضها ينتمي الى العقل العملي</w:t>
      </w:r>
    </w:p>
    <w:p>
      <w:r>
        <w:t>وصنف واحد من التقريرات وهي المسلمة من المخاطبين فالمجيب يؤلف اقيسة من المشهورات</w:t>
      </w:r>
    </w:p>
    <w:p>
      <w:r>
        <w:t>المطلقة او المحدودة اما مطلقة عند الجميع او محدودة في حقل في حقل في دائرة في محيط سواء كان حق ما غير حق قد يكون حقا يكون حقا يعني قد يكون يقينيا والسائل طرف المقابل يؤلفها يؤلف من المسلمة من المجيب</w:t>
      </w:r>
    </w:p>
    <w:p>
      <w:r>
        <w:t>سواء كان مشهور او غير مشهور</w:t>
      </w:r>
    </w:p>
    <w:p>
      <w:r>
        <w:t>ولما كانت غاية الجدل هي الالزام والدفع لا التيقن جاز وقوع الاصناف الثلاثة من القضايا</w:t>
      </w:r>
    </w:p>
    <w:p>
      <w:r>
        <w:t>وهي واجبة والممكن والممتنع في مواضيع</w:t>
      </w:r>
    </w:p>
    <w:p>
      <w:r>
        <w:t>الواجب يعني الظرورية ضرورية ضرورية النسبة</w:t>
      </w:r>
    </w:p>
    <w:p>
      <w:r>
        <w:t>والممكن امكان النسبة والممتنع ممتنع النسبة</w:t>
      </w:r>
    </w:p>
    <w:p>
      <w:r>
        <w:t>ولهذا يقول جاز</w:t>
      </w:r>
    </w:p>
    <w:p>
      <w:r>
        <w:t>يعني جاز ان يستخدم اليقينيات</w:t>
      </w:r>
    </w:p>
    <w:p>
      <w:r>
        <w:t>والواجبة قبولها قد تكون مشهورة وهو الاغلاط</w:t>
      </w:r>
    </w:p>
    <w:p>
      <w:r>
        <w:t>بديهية اسمها اجتماع النقيضين</w:t>
      </w:r>
    </w:p>
    <w:p>
      <w:r>
        <w:t>بديهية</w:t>
      </w:r>
    </w:p>
    <w:p>
      <w:r>
        <w:t>اساس البرهان عندهما عندهم</w:t>
      </w:r>
    </w:p>
    <w:p>
      <w:r>
        <w:t>انا عندي ليست بديهية</w:t>
      </w:r>
    </w:p>
    <w:p>
      <w:r>
        <w:t>بديهية بالمعنى المعرفي</w:t>
      </w:r>
    </w:p>
    <w:p>
      <w:r>
        <w:t>لان هي ليست قضية وانما هي ملاك البداهة</w:t>
      </w:r>
    </w:p>
    <w:p>
      <w:r>
        <w:t>نعم</w:t>
      </w:r>
    </w:p>
    <w:p>
      <w:r>
        <w:t>والواجب قبولها قد تكون مشهورة وهو الاغلب كالقضايا الاولية</w:t>
      </w:r>
    </w:p>
    <w:p>
      <w:r>
        <w:t>القضايا الاولية</w:t>
      </w:r>
    </w:p>
    <w:p>
      <w:r>
        <w:t>يعني البديهيات والحسية الحسية يعني الشهودية</w:t>
      </w:r>
    </w:p>
    <w:p>
      <w:r>
        <w:t>والتي قياستها مع يعني الفطريات وقد لا تكون</w:t>
      </w:r>
    </w:p>
    <w:p>
      <w:r>
        <w:t>وهو النادر قد لا تكون هناك</w:t>
      </w:r>
    </w:p>
    <w:p>
      <w:r>
        <w:t>كالحكم كالحكم المجرب فانه قد يكون خفيا عند شخص ظاهر عند الاخر فلا يكون مشهورا</w:t>
      </w:r>
    </w:p>
    <w:p>
      <w:r>
        <w:t>نعم</w:t>
      </w:r>
    </w:p>
    <w:p>
      <w:r>
        <w:t>مثلا الماء يتبخر بالحرارة تجري بمشهور</w:t>
      </w:r>
    </w:p>
    <w:p>
      <w:r>
        <w:t>تجري بي مشهور اما لماء الحجر ينجذب المشهور يعرف ان الحجر ينجذب</w:t>
      </w:r>
    </w:p>
    <w:p>
      <w:r>
        <w:t>لكن ملاك الإنجذاب</w:t>
      </w:r>
    </w:p>
    <w:p>
      <w:r>
        <w:t>المشهور يعرف هذا لا ابدا</w:t>
      </w:r>
    </w:p>
    <w:p>
      <w:r>
        <w:t>فالصنف الأول يقع في مبادئ الجدل من حيث انها مشهورة</w:t>
      </w:r>
    </w:p>
    <w:p>
      <w:r>
        <w:t>او من حيث انه مشهور لأن الصمت يتحدث عن الصنف</w:t>
      </w:r>
    </w:p>
    <w:p>
      <w:r>
        <w:t>فالصنف الأول من القضايا البديهية الفطرية الشهودية الحسية</w:t>
      </w:r>
    </w:p>
    <w:p>
      <w:r>
        <w:t>الفطرية يقع في مبادئ مبادئ الجدل يعني يستخدمه المجادل في افحامه من حيث ان هذا الصنف مشهور او من حيث ان هذه المقدمات مشهورة لا من حيث انه واجبة القبول? يعني ظرورية? الحيثية تختلف</w:t>
      </w:r>
    </w:p>
    <w:p>
      <w:r>
        <w:t>وكل واجب وكل واجب القبول مشهور بحسب الاغلب</w:t>
      </w:r>
    </w:p>
    <w:p>
      <w:r>
        <w:t>ولا ينعكس وليس كل مشهور</w:t>
      </w:r>
    </w:p>
    <w:p>
      <w:r>
        <w:t>ضروري واجب القبول</w:t>
      </w:r>
    </w:p>
    <w:p>
      <w:r>
        <w:t>القاعدة مهمة جدا وحتى اليقين بيقيني ليس كل يقيني مشهور عند الناس</w:t>
      </w:r>
    </w:p>
    <w:p>
      <w:r>
        <w:t>فان الاغلب في المشورة انها لا تكون واجبة قبول اغلب الاغلب اذا عندنا بعض البديهيات مشهورة وعندنا بعض المشهورات بديهية وليس كل المشهورات الاغلب من المشهورات ليست بديهية وليست فطرية وليس كل مشهور صادقة نعم قد يكون المشهور كذبا</w:t>
      </w:r>
    </w:p>
    <w:p>
      <w:r>
        <w:t>فان المشهور لا يقابل الكذب</w:t>
      </w:r>
    </w:p>
    <w:p>
      <w:r>
        <w:t>حتى يجب ان يكون صادقا</w:t>
      </w:r>
    </w:p>
    <w:p>
      <w:r>
        <w:t>بل يقابل الشنيع</w:t>
      </w:r>
    </w:p>
    <w:p>
      <w:r>
        <w:t>نعم</w:t>
      </w:r>
    </w:p>
    <w:p>
      <w:r>
        <w:t>كما ان الصادق يقابل الكذب</w:t>
      </w:r>
    </w:p>
    <w:p>
      <w:r>
        <w:t>وانما يقابل المشهور الشنيع لان المشتهر لا ينكر نعم والشنيع ينكر وهما متقابلان نعم اذا ما يخالف المشهور ليس آآ الكذب</w:t>
      </w:r>
    </w:p>
    <w:p>
      <w:r>
        <w:t>انما الشنيع الكاذب في مقابل الصادق يعني انت مو حريص الواقع الخارجي</w:t>
      </w:r>
    </w:p>
    <w:p>
      <w:r>
        <w:t>مثلا تحرز ان شريك الباري لا هوية له في الوجود</w:t>
      </w:r>
    </w:p>
    <w:p>
      <w:r>
        <w:t>فيقول شخص شريك الباري موجود هذا باطن في مقابل الصدق</w:t>
      </w:r>
    </w:p>
    <w:p>
      <w:r>
        <w:t>نعم</w:t>
      </w:r>
    </w:p>
    <w:p>
      <w:r>
        <w:t>اما اذا بنينا على ان الظلم قبيح في المشهور يعني قضية مشهورة هي ليست قضية مشهورة قضية بديهية في العقل العملي</w:t>
      </w:r>
    </w:p>
    <w:p>
      <w:r>
        <w:t>نبني على انها من القضايا المشهورة الظلم قبيح ياتي شخص يقول لا الظلم جميل هذا شنيع</w:t>
      </w:r>
    </w:p>
    <w:p>
      <w:r>
        <w:t>شنيع شنيع نعم يتعجب منه الناس وين كورونه</w:t>
      </w:r>
    </w:p>
    <w:p>
      <w:r>
        <w:t>نعم واضح الان? هذه فقط اشارة الى مسألة وهي قد نستقدم البديهيات الشهودات الحسية الفطريات</w:t>
      </w:r>
    </w:p>
    <w:p>
      <w:r>
        <w:t>في الجدل باعتبارها مشهورات وليس باعتبارها يقينية</w:t>
      </w:r>
    </w:p>
    <w:p>
      <w:r>
        <w:t>وهل كل مشهور يقيني? لا اغلب المنشورات ليست يقينية</w:t>
      </w:r>
    </w:p>
    <w:p>
      <w:r>
        <w:t>هذا هو المطلب ما في شيء مهم</w:t>
      </w:r>
    </w:p>
    <w:p>
      <w:r>
        <w:t>قال وربما كان المتقابلان مشهورين بحسب اراء مختلفة</w:t>
      </w:r>
    </w:p>
    <w:p>
      <w:r>
        <w:t>هذه هي النسبانية</w:t>
      </w:r>
    </w:p>
    <w:p>
      <w:r>
        <w:t>هذه هي النسبانية</w:t>
      </w:r>
    </w:p>
    <w:p>
      <w:r>
        <w:t>اساس النسبانية في الاخلاق وفي المعارف هذا اياب</w:t>
      </w:r>
    </w:p>
    <w:p>
      <w:r>
        <w:t>نعم في جهة مشهورة في جهة غير مشهورة</w:t>
      </w:r>
    </w:p>
    <w:p>
      <w:r>
        <w:t>لكن هذا معقول اين في الامور الباطلة</w:t>
      </w:r>
    </w:p>
    <w:p>
      <w:r>
        <w:t>في الامور الباطلة باطلة او الظنية</w:t>
      </w:r>
    </w:p>
    <w:p>
      <w:r>
        <w:t>في اليقينيات اذا بنينا على هذا الامر هي مشهورة في بقعة من الارض وغير مشهورة في بقعة من الارض</w:t>
      </w:r>
    </w:p>
    <w:p>
      <w:r>
        <w:t>نبني صرح النسبانية في المعرفة وهذه كارثة</w:t>
      </w:r>
    </w:p>
    <w:p>
      <w:r>
        <w:t>نعم</w:t>
      </w:r>
    </w:p>
    <w:p>
      <w:r>
        <w:t>وربك وربما كان المتقابلان مشهورين بحسب اراء مختلفة</w:t>
      </w:r>
    </w:p>
    <w:p>
      <w:r>
        <w:t>كالقول بان اللذة مؤثرة او او مؤثر مؤثرة مؤثرة</w:t>
      </w:r>
    </w:p>
    <w:p>
      <w:r>
        <w:t>لان اللذة مؤثرة</w:t>
      </w:r>
    </w:p>
    <w:p>
      <w:r>
        <w:t>اللذة هي ادراك ما يلائم النفس</w:t>
      </w:r>
    </w:p>
    <w:p>
      <w:r>
        <w:t>ما يلائم الانسان</w:t>
      </w:r>
    </w:p>
    <w:p>
      <w:r>
        <w:t>نعم او مطلق ما يلائم</w:t>
      </w:r>
    </w:p>
    <w:p>
      <w:r>
        <w:t>اللذة هي ادراك ما يلائم</w:t>
      </w:r>
    </w:p>
    <w:p>
      <w:r>
        <w:t>ما يلائم الذات</w:t>
      </w:r>
    </w:p>
    <w:p>
      <w:r>
        <w:t>اذا انت عممت العنوان ينطبق على الله تعالى</w:t>
      </w:r>
    </w:p>
    <w:p>
      <w:r>
        <w:t>تقول الله ملتز نعم ملتذ لماذا? لان اللذة ادراك الملائم</w:t>
      </w:r>
    </w:p>
    <w:p>
      <w:r>
        <w:t>والذات الالهية تلائم ذاته المقدسة وكمالاته تلائم ذاته المقدسة</w:t>
      </w:r>
    </w:p>
    <w:p>
      <w:r>
        <w:t>فهذه اللذة بهذا المعنى صحيحة</w:t>
      </w:r>
    </w:p>
    <w:p>
      <w:r>
        <w:t>اما اللذة هي للقوة الحيوانية ما تنطبق على الله تعالى يتنزه عن القوى الحيوانية يعني اللذة الحسية ما موجودة في الذات الالهية</w:t>
      </w:r>
    </w:p>
    <w:p>
      <w:r>
        <w:t>نعم يقول وربما كان المتقابلان مشهورين بحسب مختلفة كالقول بأن اللذة مؤثرة او ليست مؤثرة وقد يستعملها الجدلي في وقتين لغرظين اذن الجدل يستخدم اي مشهور نعم في بقعة يستخدم المشهور المقبول بقعة المشهور هذا غير مقبول لا يستخدمه</w:t>
      </w:r>
    </w:p>
    <w:p>
      <w:r>
        <w:t>اقول لما كانت الشهرة قد تستند الى الاخلاق والملكات المستندة الى الامزجة والى العوائد كما مر علينا سابقا</w:t>
      </w:r>
    </w:p>
    <w:p>
      <w:r>
        <w:t>في الدرس السابق وكانت هذه مما تختلف كثيرا النسبانية</w:t>
      </w:r>
    </w:p>
    <w:p>
      <w:r>
        <w:t>نعم النسبانية الاخلاقية</w:t>
      </w:r>
    </w:p>
    <w:p>
      <w:r>
        <w:t>كانت القضايا المتقابلة مشهورة بحسب الاراء المختلفة</w:t>
      </w:r>
    </w:p>
    <w:p>
      <w:r>
        <w:t>اما بينة اما بين العوام كقولنا حفظ المال اثر اثر او انفاقه نعم يعني حفظ المال اما اثر يعني مترجح واما انفاقه هو المترجح</w:t>
      </w:r>
    </w:p>
    <w:p>
      <w:r>
        <w:t>فان العوام يوجد بينهم اختلاف في ذلك</w:t>
      </w:r>
    </w:p>
    <w:p>
      <w:r>
        <w:t>نعم هل انت الاثر يعني المرجح او حفظ المال? ام انفاق المال? نعم</w:t>
      </w:r>
    </w:p>
    <w:p>
      <w:r>
        <w:t>او بين الخواص بين الخواص يعني مشترك</w:t>
      </w:r>
    </w:p>
    <w:p>
      <w:r>
        <w:t>مثل ان الجميل اثر عند الخواص من اللذة</w:t>
      </w:r>
    </w:p>
    <w:p>
      <w:r>
        <w:t>واللذة اثر عند العوام من الجميل</w:t>
      </w:r>
    </w:p>
    <w:p>
      <w:r>
        <w:t>نعم</w:t>
      </w:r>
    </w:p>
    <w:p>
      <w:r>
        <w:t>وكقولنا اللذة مؤثرة عند طالبي النعم وهم اه وموت الشهداء اثر عند طالبي المعالي</w:t>
      </w:r>
    </w:p>
    <w:p>
      <w:r>
        <w:t>نعم</w:t>
      </w:r>
    </w:p>
    <w:p>
      <w:r>
        <w:t>فهذا هو مرة يكون هنا مشهور ومرة هنا لا يكون مشهور</w:t>
      </w:r>
    </w:p>
    <w:p>
      <w:r>
        <w:t>المهم الجدلي يستخدم الاثنين</w:t>
      </w:r>
    </w:p>
    <w:p>
      <w:r>
        <w:t>كل في مكانه</w:t>
      </w:r>
    </w:p>
    <w:p>
      <w:r>
        <w:t>بذكائه وقد يستعمل الجدل المتقابلين في وقتين لغرظين</w:t>
      </w:r>
    </w:p>
    <w:p>
      <w:r>
        <w:t>يعني يعرف البيئة التي يتناقش فيها نعم البيئة التي يتناقش فيها</w:t>
      </w:r>
    </w:p>
    <w:p>
      <w:r>
        <w:t>نعم</w:t>
      </w:r>
    </w:p>
    <w:p>
      <w:r>
        <w:t>فان الجدل له علاقة الثقافية</w:t>
      </w:r>
    </w:p>
    <w:p>
      <w:r>
        <w:t>يجب ان تعرف المحيط الثقافي الثقافية التي نشأ فيها من تجادله من تناظره</w:t>
      </w:r>
    </w:p>
    <w:p>
      <w:r>
        <w:t>نعم</w:t>
      </w:r>
    </w:p>
    <w:p>
      <w:r>
        <w:t>قد يكون عندك انت قضية مشهورة تبني عليها الجدل وهي ليست مشهورة عنده</w:t>
      </w:r>
    </w:p>
    <w:p>
      <w:r>
        <w:t>لا يسلم لك ما يقبلها</w:t>
      </w:r>
    </w:p>
    <w:p>
      <w:r>
        <w:t>ويفشل الجدل</w:t>
      </w:r>
    </w:p>
    <w:p>
      <w:r>
        <w:t>نعم مادة الجدل وصورته</w:t>
      </w:r>
    </w:p>
    <w:p>
      <w:r>
        <w:t>المادة والصورة هنا بالمعنى الارسطي</w:t>
      </w:r>
    </w:p>
    <w:p>
      <w:r>
        <w:t>مادة ما صورة وصورة ما يوجد المادة فقال فمبادئ الجدل مسلمات اما عامة واما خاصة واما بحسب شخص حسب المناظرة واما وانما يؤلف على وجه ينتج بحسب الشهرة</w:t>
      </w:r>
    </w:p>
    <w:p>
      <w:r>
        <w:t>ليس بحسب اليقين قياسا كان او استقراء</w:t>
      </w:r>
    </w:p>
    <w:p>
      <w:r>
        <w:t>قلت لكم هذا هنا الخطأ الشائع في استخدام القياس</w:t>
      </w:r>
    </w:p>
    <w:p>
      <w:r>
        <w:t>صحيح هكذا</w:t>
      </w:r>
    </w:p>
    <w:p>
      <w:r>
        <w:t>اه وانما على وجه ينتج بحسب الشهرة ليس بحسب اليقين لان جدل</w:t>
      </w:r>
    </w:p>
    <w:p>
      <w:r>
        <w:t>قياسا يعني استنباطا</w:t>
      </w:r>
    </w:p>
    <w:p>
      <w:r>
        <w:t>استنباطا كان او استقراءا</w:t>
      </w:r>
    </w:p>
    <w:p>
      <w:r>
        <w:t>والقياس اشد الزاما</w:t>
      </w:r>
    </w:p>
    <w:p>
      <w:r>
        <w:t>يعني والاستنباط اشد الزاما</w:t>
      </w:r>
    </w:p>
    <w:p>
      <w:r>
        <w:t>لانه اقرب الى العاق</w:t>
      </w:r>
    </w:p>
    <w:p>
      <w:r>
        <w:t>الاستقراء يحتاج الى مؤونة وهي القاعدة الكلية ثواب ثبات الطبيعة وثبات القانون السرمدي</w:t>
      </w:r>
    </w:p>
    <w:p>
      <w:r>
        <w:t>نعم</w:t>
      </w:r>
    </w:p>
    <w:p>
      <w:r>
        <w:t>والاستقراء اتم اقناعا لانه اقرب الى الحس</w:t>
      </w:r>
    </w:p>
    <w:p>
      <w:r>
        <w:t>نعم</w:t>
      </w:r>
    </w:p>
    <w:p>
      <w:r>
        <w:t>اذا هذا يعود الى من? يعود الى المجادل</w:t>
      </w:r>
    </w:p>
    <w:p>
      <w:r>
        <w:t>يدرس المناخ الثقافي الثقافية</w:t>
      </w:r>
    </w:p>
    <w:p>
      <w:r>
        <w:t>ثم يبني على المسلمات التي تسانخ ذلك المناخ الثقافي</w:t>
      </w:r>
    </w:p>
    <w:p>
      <w:r>
        <w:t>تلك الانتروبولوجيا الثقافية</w:t>
      </w:r>
    </w:p>
    <w:p>
      <w:r>
        <w:t>اتذكر كنا في دعوة صاحب البيت الجزائري والمدعوم آآ ايرانيون وانا فقط الوحيد الجزائري</w:t>
      </w:r>
    </w:p>
    <w:p>
      <w:r>
        <w:t>فطبخ طبخة رائعة جدا وهو هذه الاكلة الرائعة في شمال افريقيا</w:t>
      </w:r>
    </w:p>
    <w:p>
      <w:r>
        <w:t>نعم</w:t>
      </w:r>
    </w:p>
    <w:p>
      <w:r>
        <w:t>اكلة رائعة جدا</w:t>
      </w:r>
    </w:p>
    <w:p>
      <w:r>
        <w:t>مرتبتها المرتبة الثانية في العالم</w:t>
      </w:r>
    </w:p>
    <w:p>
      <w:r>
        <w:t>طبعا هذه الاكلة معروفة عالميا ومحبوبة عالميا</w:t>
      </w:r>
    </w:p>
    <w:p>
      <w:r>
        <w:t>الثقافية الايرانية لا تعرف عنها شيئا</w:t>
      </w:r>
    </w:p>
    <w:p>
      <w:r>
        <w:t>لا تسمع عنها</w:t>
      </w:r>
    </w:p>
    <w:p>
      <w:r>
        <w:t>العرب يعرفونها</w:t>
      </w:r>
    </w:p>
    <w:p>
      <w:r>
        <w:t>العالم فرنسيون</w:t>
      </w:r>
    </w:p>
    <w:p>
      <w:r>
        <w:t>يعرفونها ويشتهون هذه الاكلة كثيرا</w:t>
      </w:r>
    </w:p>
    <w:p>
      <w:r>
        <w:t>البرنج الارز ارز ثم يسمعون بهذه الاكلة</w:t>
      </w:r>
    </w:p>
    <w:p>
      <w:r>
        <w:t>فهو مسكين طبخ كثيرا</w:t>
      </w:r>
    </w:p>
    <w:p>
      <w:r>
        <w:t>وجلسنا على السفرة ما اكلوا شيئا من هذه الاكلة</w:t>
      </w:r>
    </w:p>
    <w:p>
      <w:r>
        <w:t>اصلا ما مسوها مطلقا</w:t>
      </w:r>
    </w:p>
    <w:p>
      <w:r>
        <w:t>هذا هو الثقافية مهمة جدا في تعامله مع البشر مع الناس</w:t>
      </w:r>
    </w:p>
    <w:p>
      <w:r>
        <w:t>نعم</w:t>
      </w:r>
    </w:p>
    <w:p>
      <w:r>
        <w:t>فالجدل اعم من البرهان مادة وصورة</w:t>
      </w:r>
    </w:p>
    <w:p>
      <w:r>
        <w:t>في المادة يستخدم المسلمات قد تكون يقينية قد تكون مشهورية ولا تكون يقينية فإذن الدائرة اعم من حيث المادة المنطلقات المادة هي المنطلقات والصورة صورة القياس هنا قياس جدلي هناك قياس يقيني عن اه القياس الق يقيني يعني البرهان اليقيني دائما يركز على الاستنباط</w:t>
      </w:r>
    </w:p>
    <w:p>
      <w:r>
        <w:t>نادرا ما يستخدم الاستقراء الا في المجربات</w:t>
      </w:r>
    </w:p>
    <w:p>
      <w:r>
        <w:t>اذا سورة القياس كذلك اوسع من سورة البرهان</w:t>
      </w:r>
    </w:p>
    <w:p>
      <w:r>
        <w:t>اقول المسلمات تنقسم الى عامة اما مطلقة يسلمها الجمهور</w:t>
      </w:r>
    </w:p>
    <w:p>
      <w:r>
        <w:t>او محدودة يسلمها طائفة</w:t>
      </w:r>
    </w:p>
    <w:p>
      <w:r>
        <w:t>والى خاصة يسلمها شخص اي مسلمة بحسب مجيب يعني الطرف المقابل في النزاع وفي الس فقط لا اكثر ولا اقل</w:t>
      </w:r>
    </w:p>
    <w:p>
      <w:r>
        <w:t>والاول مشهور والجميع يقع في مقدمات الجدل</w:t>
      </w:r>
    </w:p>
    <w:p>
      <w:r>
        <w:t>في مادة الجدل</w:t>
      </w:r>
    </w:p>
    <w:p>
      <w:r>
        <w:t>انظر اذا مادة الجدل عام من مادة البرهان</w:t>
      </w:r>
    </w:p>
    <w:p>
      <w:r>
        <w:t>مادة البر فقط القضايا اليقينية</w:t>
      </w:r>
    </w:p>
    <w:p>
      <w:r>
        <w:t>اما هذا لا القضية اليقينية المشهورة العامة المشهورة في طائفة المشهورة الخاصة عند فرض هذه كلها تستخدم في الجدل فهو اعم دائرة من دائرة البرهان الذي يقتصر على اليقينيات فقط</w:t>
      </w:r>
    </w:p>
    <w:p>
      <w:r>
        <w:t>نعم</w:t>
      </w:r>
    </w:p>
    <w:p>
      <w:r>
        <w:t>هذا بحسب المادة</w:t>
      </w:r>
    </w:p>
    <w:p>
      <w:r>
        <w:t>واما بحسب الصورة فان الجدل يستعمل ما ينتج بحاجة الشهرة قياسا كان او قياسا اكتب تحتها لان الاستقرار كذلك قياس</w:t>
      </w:r>
    </w:p>
    <w:p>
      <w:r>
        <w:t>استنباطا كان او استقراء</w:t>
      </w:r>
    </w:p>
    <w:p>
      <w:r>
        <w:t>الاستنباط يعني تنتقل من الكبرى الى اضيق الى ما يندرج تحت هذه الكبرى</w:t>
      </w:r>
    </w:p>
    <w:p>
      <w:r>
        <w:t>يعني من الكل الى الجزئي</w:t>
      </w:r>
    </w:p>
    <w:p>
      <w:r>
        <w:t>والقياس المنتج والعقيم اذا كان منتجا بحصد الشهرة كالاستنتاج من موجبتين في الشكل الثاني</w:t>
      </w:r>
    </w:p>
    <w:p>
      <w:r>
        <w:t>نعم</w:t>
      </w:r>
    </w:p>
    <w:p>
      <w:r>
        <w:t>والقياس المنتج والعقيم اذا كان منتجا بحسب الشهرة كالاستنتاج من موجبات الشكل الثاني بالله عليك الشكل الثاني ينتج من موجباته من شروط الشكل الثاني اختلاف في الكيف</w:t>
      </w:r>
    </w:p>
    <w:p>
      <w:r>
        <w:t>يعني واحدة تكون سالبة والثانية تكون موجبة</w:t>
      </w:r>
    </w:p>
    <w:p>
      <w:r>
        <w:t>لكن المشهور لا يلتفت المشهور خيالي</w:t>
      </w:r>
    </w:p>
    <w:p>
      <w:r>
        <w:t>المشهور المشهورات اذا استثنينا اليق كلها مبنية على الخيال</w:t>
      </w:r>
    </w:p>
    <w:p>
      <w:r>
        <w:t>نعم</w:t>
      </w:r>
    </w:p>
    <w:p>
      <w:r>
        <w:t>وانتم لاحظوا المنابر</w:t>
      </w:r>
    </w:p>
    <w:p>
      <w:r>
        <w:t>منابر سنية او شيعية</w:t>
      </w:r>
    </w:p>
    <w:p>
      <w:r>
        <w:t>الخيال يلعب بالجمهور كما يشاء</w:t>
      </w:r>
    </w:p>
    <w:p>
      <w:r>
        <w:t>يعني اللعب على الخيال</w:t>
      </w:r>
    </w:p>
    <w:p>
      <w:r>
        <w:t>جدليات</w:t>
      </w:r>
    </w:p>
    <w:p>
      <w:r>
        <w:t>من يفهمها فقط اه الخريط والعالم الدقيق</w:t>
      </w:r>
    </w:p>
    <w:p>
      <w:r>
        <w:t>بالله عليك انت الشكل الثاني ينتج من موجباته? نعم لكن القياس اشد الزاما من الاستقراء</w:t>
      </w:r>
    </w:p>
    <w:p>
      <w:r>
        <w:t>لانه اقرب الى العقل الى القبول</w:t>
      </w:r>
    </w:p>
    <w:p>
      <w:r>
        <w:t>نعم</w:t>
      </w:r>
    </w:p>
    <w:p>
      <w:r>
        <w:t>اذا الاستنباط عقلي</w:t>
      </w:r>
    </w:p>
    <w:p>
      <w:r>
        <w:t>والاستقراء اقناعي</w:t>
      </w:r>
    </w:p>
    <w:p>
      <w:r>
        <w:t>والاستقراء اتم اقناعا لقربه من الحس</w:t>
      </w:r>
    </w:p>
    <w:p>
      <w:r>
        <w:t>لماذا? لانها استقراء جزئيات</w:t>
      </w:r>
    </w:p>
    <w:p>
      <w:r>
        <w:t>نعم</w:t>
      </w:r>
    </w:p>
    <w:p>
      <w:r>
        <w:t>والاستقراء اتم اقناعا لقرب الاستقراء من الحس الذي يشهد الجمهور كاف به</w:t>
      </w:r>
    </w:p>
    <w:p>
      <w:r>
        <w:t>الجمهور يستأنسون للحس</w:t>
      </w:r>
    </w:p>
    <w:p>
      <w:r>
        <w:t>الحس هنا بمعنى الخيال</w:t>
      </w:r>
    </w:p>
    <w:p>
      <w:r>
        <w:t>ليس بمعنى الحس الذي نلمسه مباشرة</w:t>
      </w:r>
    </w:p>
    <w:p>
      <w:r>
        <w:t>لماذا? يكون جالسا في الحسينية</w:t>
      </w:r>
    </w:p>
    <w:p>
      <w:r>
        <w:t>والخطيب يذكر له واقع وقد شاهدها بالحس في الحسينية هنا يتعامل معه بالحس معها بالحس او بالخيال بالخيال</w:t>
      </w:r>
    </w:p>
    <w:p>
      <w:r>
        <w:t>المقصود هنا الخيال</w:t>
      </w:r>
    </w:p>
    <w:p>
      <w:r>
        <w:t>يعني الحس المتلقي في الذاكرة</w:t>
      </w:r>
    </w:p>
    <w:p>
      <w:r>
        <w:t>نعم</w:t>
      </w:r>
    </w:p>
    <w:p>
      <w:r>
        <w:t>والاستقراء اقناعا لقرب الاستقرار من الحس الذي يشهده الجمهور كافة به</w:t>
      </w:r>
    </w:p>
    <w:p>
      <w:r>
        <w:t>نعم</w:t>
      </w:r>
    </w:p>
    <w:p>
      <w:r>
        <w:t>فالجدل اعم من البرهان مد وصورة</w:t>
      </w:r>
    </w:p>
    <w:p>
      <w:r>
        <w:t>اما مادة فلانه يستعمل ما يستعمله البرهان من القضايا الواجبة قبلها</w:t>
      </w:r>
    </w:p>
    <w:p>
      <w:r>
        <w:t>يعني البادية الفطريات الشهوديات وما لا يستعمله البرهان اعني المشهورات الذئحات</w:t>
      </w:r>
    </w:p>
    <w:p>
      <w:r>
        <w:t>واما سوء آآ نعم واما صورة فلان انما يستنتج آآ او يستنتج من الاقيسة المنتجة على احد الاشكال والجدلي يستنتج منها ومن الاستقراء والعقيم من الرقيسة</w:t>
      </w:r>
    </w:p>
    <w:p>
      <w:r>
        <w:t>حتى العقيم</w:t>
      </w:r>
    </w:p>
    <w:p>
      <w:r>
        <w:t>الشكل الثاني من موجباته</w:t>
      </w:r>
    </w:p>
    <w:p>
      <w:r>
        <w:t>عقيم هو يمشي الحال</w:t>
      </w:r>
    </w:p>
    <w:p>
      <w:r>
        <w:t>لان الامم خيال</w:t>
      </w:r>
    </w:p>
    <w:p>
      <w:r>
        <w:t>خمسة وتسعين بالمية من البشرية خيال</w:t>
      </w:r>
    </w:p>
    <w:p>
      <w:r>
        <w:t>خيال في خيال</w:t>
      </w:r>
    </w:p>
    <w:p>
      <w:r>
        <w:t>سبحان الله! رواية ماذا تقول? ما خاطب النبي احدا بعقله كعقل النبي</w:t>
      </w:r>
    </w:p>
    <w:p>
      <w:r>
        <w:t>ما خاطب احدا باستثناء الاولياء</w:t>
      </w:r>
    </w:p>
    <w:p>
      <w:r>
        <w:t>يعني باستثناء اهل البيت عليهم السلام وروح واحدة نور واحد</w:t>
      </w:r>
    </w:p>
    <w:p>
      <w:r>
        <w:t>يعني لا يقاس بنا احد خارج الولاية لم يخاطب النبي شخصا على مستوى عقله هو</w:t>
      </w:r>
    </w:p>
    <w:p>
      <w:r>
        <w:t>الخيال الخيال اي الخيال ولهذا القرآن الكريم تجده يكثر بالأمثلة الأمثلة ما معناها? تنزيل المطلب العقلي الراقي الى الخيال</w:t>
      </w:r>
    </w:p>
    <w:p>
      <w:r>
        <w:t>نعم في علم جديد الآن في الغرب? يسمى نعم العلوم ادراكية نعم او العلوم العرفانية بفتح ما عندها فتح العين ما عندها علاقة بالعرفان</w:t>
      </w:r>
    </w:p>
    <w:p>
      <w:r>
        <w:t>العرفانية يعني معرفة</w:t>
      </w:r>
    </w:p>
    <w:p>
      <w:r>
        <w:t>فهذا تخصص فقط في الخيال</w:t>
      </w:r>
    </w:p>
    <w:p>
      <w:r>
        <w:t>الذي يدرس في الفلسفة الاسلامية انه حس المتلقي وانتهى الامر</w:t>
      </w:r>
    </w:p>
    <w:p>
      <w:r>
        <w:t>لا تحليل ولا تركيب ولا ولا مع الاسف الشديد منسي</w:t>
      </w:r>
    </w:p>
    <w:p>
      <w:r>
        <w:t>ما اشتغلنا على الخيال</w:t>
      </w:r>
    </w:p>
    <w:p>
      <w:r>
        <w:t>هم اسسوا هذا العلم وصدقوني في رائعة جدا يا ريت ان اه الحوزوي ينفتح عليه</w:t>
      </w:r>
    </w:p>
    <w:p>
      <w:r>
        <w:t>كثير من الامور تتضح له في دينه وفي غير دينه نعم</w:t>
      </w:r>
    </w:p>
    <w:p>
      <w:r>
        <w:t>واما الصورة فلان برهان انما يستنتج من الاقيس المنتجة على احد الاشكال المنتجة للانتاج اليقيني</w:t>
      </w:r>
    </w:p>
    <w:p>
      <w:r>
        <w:t>والاقيس على احد الاشكال يعني المعايير المنطقية مراعاة بتمام المراعاة</w:t>
      </w:r>
    </w:p>
    <w:p>
      <w:r>
        <w:t>لا يستخدم الشكل الثاني بموجباته</w:t>
      </w:r>
    </w:p>
    <w:p>
      <w:r>
        <w:t>ابدا يراعي المعايير المنطقية الجدلية والجدلي يستنتج منها ومن الاستقراء</w:t>
      </w:r>
    </w:p>
    <w:p>
      <w:r>
        <w:t>والعقيم حتى القياس العقيم من العقيسة</w:t>
      </w:r>
    </w:p>
    <w:p>
      <w:r>
        <w:t>شيخنا لماذا يستعمل قياس العقيم؟ يعني خلاف المعايير المنطقية</w:t>
      </w:r>
    </w:p>
    <w:p>
      <w:r>
        <w:t>لان الهدف هو الافحام</w:t>
      </w:r>
    </w:p>
    <w:p>
      <w:r>
        <w:t>افحام الخاص بالاسكات الخاصة ليس الوصول الى الحقيقة</w:t>
      </w:r>
    </w:p>
    <w:p>
      <w:r>
        <w:t>نعم</w:t>
      </w:r>
    </w:p>
    <w:p>
      <w:r>
        <w:t>فائدة القياس الجدليات ان شاء الله</w:t>
      </w:r>
    </w:p>
    <w:p>
      <w:r>
        <w:t>اللهم صل على محمد وال محمد</w:t>
      </w:r>
    </w:p>
    <w:p>
      <w:r>
        <w:t>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