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يا الله 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فائدة القياس الجدري</w:t>
      </w:r>
    </w:p>
    <w:p>
      <w:r>
        <w:t>قال ومنفعته الزاموا المبطنين</w:t>
      </w:r>
    </w:p>
    <w:p>
      <w:r>
        <w:t>هنا المحقق التونسي رأى فقط الحيثية الايجابية</w:t>
      </w:r>
    </w:p>
    <w:p>
      <w:r>
        <w:t>اوبتيميست</w:t>
      </w:r>
    </w:p>
    <w:p>
      <w:r>
        <w:t>تفاؤلي</w:t>
      </w:r>
    </w:p>
    <w:p>
      <w:r>
        <w:t>قد يكون المجادلون اه للباطل يريد افحام المحق</w:t>
      </w:r>
    </w:p>
    <w:p>
      <w:r>
        <w:t>المهم هنا ركز على على التفاؤل الامر الايجابي</w:t>
      </w:r>
    </w:p>
    <w:p>
      <w:r>
        <w:t>ما هو الامر الايجابي? منفعته الزام المبطنين</w:t>
      </w:r>
    </w:p>
    <w:p>
      <w:r>
        <w:t>يعني ابطال ما يدعيه الباطل</w:t>
      </w:r>
    </w:p>
    <w:p>
      <w:r>
        <w:t>المبطل</w:t>
      </w:r>
    </w:p>
    <w:p>
      <w:r>
        <w:t>والذب عن الاوضاع المعتقدات</w:t>
      </w:r>
    </w:p>
    <w:p>
      <w:r>
        <w:t>واقناع اهل التحصيل من العوام والمتعلمين القاصرين عن درجة البرهان الذي لا يرقى عقله الى اليقينيات</w:t>
      </w:r>
    </w:p>
    <w:p>
      <w:r>
        <w:t>يأتي الجدل يسد الثغرة</w:t>
      </w:r>
    </w:p>
    <w:p>
      <w:r>
        <w:t>او الذين لم يصلوا الى موضعه بعد</w:t>
      </w:r>
    </w:p>
    <w:p>
      <w:r>
        <w:t>لم يصلوا الى موضع البرهان بعد</w:t>
      </w:r>
    </w:p>
    <w:p>
      <w:r>
        <w:t>نعم فهذه الية للترقي في المعلومات وفي التكوين المعرفي</w:t>
      </w:r>
    </w:p>
    <w:p>
      <w:r>
        <w:t>اقول قال صاحب المنطق من ارسطو فائدة القياس الجدلي حمل كل واحد واحد من الناس على ما يليق به من الرائي</w:t>
      </w:r>
    </w:p>
    <w:p>
      <w:r>
        <w:t>بمقدمات مشهورة عنده وعند من يتفق ان يسمع القول منه</w:t>
      </w:r>
    </w:p>
    <w:p>
      <w:r>
        <w:t>يعني عند المخاطب المخاطب</w:t>
      </w:r>
    </w:p>
    <w:p>
      <w:r>
        <w:t>وان كانت اكثر منفعة القياس الجدلي هي اه اه هنا اكثر واحسن</w:t>
      </w:r>
    </w:p>
    <w:p>
      <w:r>
        <w:t>انا فكرت اذا اه مم خبر كانت</w:t>
      </w:r>
    </w:p>
    <w:p>
      <w:r>
        <w:t>وان كانت اكثر منفعة القياس الجدلي هي اه رياضة الا وتقويته على النظر من حيث يمكن ان تحصل به قياسات كثيرة في مسألة واحدة في سبيل النفي والاثبات</w:t>
      </w:r>
    </w:p>
    <w:p>
      <w:r>
        <w:t>نعم</w:t>
      </w:r>
    </w:p>
    <w:p>
      <w:r>
        <w:t>في الماضي كان الحوزة تدرس المناظرات سواء الحوزة السنية او الحوزة الشيعية علم المناظرات مع انقطع من الحوزة مع الاسف الشديد</w:t>
      </w:r>
    </w:p>
    <w:p>
      <w:r>
        <w:t>فالمناظرات صارت عشوائية فوضوية</w:t>
      </w:r>
    </w:p>
    <w:p>
      <w:r>
        <w:t>لا تخضع لمعايير اه كانت تدرس في علم المناظرات</w:t>
      </w:r>
    </w:p>
    <w:p>
      <w:r>
        <w:t>الان الغرب بدلا من علم المناظرات</w:t>
      </w:r>
    </w:p>
    <w:p>
      <w:r>
        <w:t>واه بدلا من المنطق</w:t>
      </w:r>
    </w:p>
    <w:p>
      <w:r>
        <w:t>المنطق بقي</w:t>
      </w:r>
    </w:p>
    <w:p>
      <w:r>
        <w:t>اسسوا لعلمي ان هو كريتيكول سينكينج هذا الفكر الناقد او الفكر النقدي</w:t>
      </w:r>
    </w:p>
    <w:p>
      <w:r>
        <w:t>وترجمت بعض الكتب من من الانجليزية الى اللغة العربية</w:t>
      </w:r>
    </w:p>
    <w:p>
      <w:r>
        <w:t>وانا في تصوري هذا اه علم جدا مفيد للطالب</w:t>
      </w:r>
    </w:p>
    <w:p>
      <w:r>
        <w:t>هناك تذكر تقريبا مية وخمسين مغالطة</w:t>
      </w:r>
    </w:p>
    <w:p>
      <w:r>
        <w:t>في منطقنا تلطاش مغالطة</w:t>
      </w:r>
    </w:p>
    <w:p>
      <w:r>
        <w:t>نعم فقط</w:t>
      </w:r>
    </w:p>
    <w:p>
      <w:r>
        <w:t>نصل الى المغالطة ونشير الى بعض المصادر ان شاء الله</w:t>
      </w:r>
    </w:p>
    <w:p>
      <w:r>
        <w:t>من حيث يمكن ان ان تحصل به يعني بالجدل قياسات كثيرة في مسألة واحدة على سبيل النفي والاثبات اما في دائرة النفي نفي الوضع او اثبات الوضع</w:t>
      </w:r>
    </w:p>
    <w:p>
      <w:r>
        <w:t>ثم آآ يرجع فيها اما الاحوال ها بالتصفح يعني التدبر فيلوح الحق من اثباتها</w:t>
      </w:r>
    </w:p>
    <w:p>
      <w:r>
        <w:t>هذا كله كلام لمن لارسطو</w:t>
      </w:r>
    </w:p>
    <w:p>
      <w:r>
        <w:t>هذا الانسان حقيقة اعجوبة</w:t>
      </w:r>
    </w:p>
    <w:p>
      <w:r>
        <w:t>مو معجزة الهية في الغرب</w:t>
      </w:r>
    </w:p>
    <w:p>
      <w:r>
        <w:t>معجزة اليها في الغرب</w:t>
      </w:r>
    </w:p>
    <w:p>
      <w:r>
        <w:t>ما كان ينام في اكاديمية ارسطو اكاديمية افلاطون</w:t>
      </w:r>
    </w:p>
    <w:p>
      <w:r>
        <w:t>التي درس فيها ارسطو</w:t>
      </w:r>
    </w:p>
    <w:p>
      <w:r>
        <w:t>آآ كان في هناك حوض</w:t>
      </w:r>
    </w:p>
    <w:p>
      <w:r>
        <w:t>تسمى حوض كبير</w:t>
      </w:r>
    </w:p>
    <w:p>
      <w:r>
        <w:t>شبه مسبح</w:t>
      </w:r>
    </w:p>
    <w:p>
      <w:r>
        <w:t>فكان يجلس على على كرسي كرسي خاص اللي ممكن ان تنام فيه</w:t>
      </w:r>
    </w:p>
    <w:p>
      <w:r>
        <w:t>ويضع كرة معدنية على يده</w:t>
      </w:r>
    </w:p>
    <w:p>
      <w:r>
        <w:t>ما يقابل الماء في المسبح فهو ينام</w:t>
      </w:r>
    </w:p>
    <w:p>
      <w:r>
        <w:t>ينام كم? ثواني الكرة تسقط في الماء</w:t>
      </w:r>
    </w:p>
    <w:p>
      <w:r>
        <w:t>تعمل هذا الصوت</w:t>
      </w:r>
    </w:p>
    <w:p>
      <w:r>
        <w:t>فهو يستيقظ</w:t>
      </w:r>
    </w:p>
    <w:p>
      <w:r>
        <w:t>هذا هو فقط</w:t>
      </w:r>
    </w:p>
    <w:p>
      <w:r>
        <w:t>هذا هو النوم</w:t>
      </w:r>
    </w:p>
    <w:p>
      <w:r>
        <w:t>اربعة وعشرين ساعة هذا هو نوم ارسطو</w:t>
      </w:r>
    </w:p>
    <w:p>
      <w:r>
        <w:t>كل حياته مطالعة والدرس عندها افلاطون مطالعة</w:t>
      </w:r>
    </w:p>
    <w:p>
      <w:r>
        <w:t>بعد انبثقت هذه المعلومات منه واسس اكاديمية جديدة لا تسمى اكاديمية تسمى الليسي وفرنسا الثانويات العامة تسميها ليسي</w:t>
      </w:r>
    </w:p>
    <w:p>
      <w:r>
        <w:t>باسم الاسم الارسطي الليسي</w:t>
      </w:r>
    </w:p>
    <w:p>
      <w:r>
        <w:t>دانون في اثينا او قريب من اثينا اسس</w:t>
      </w:r>
    </w:p>
    <w:p>
      <w:r>
        <w:t>ثم هناك تأسست ما يسمى بالمشاية</w:t>
      </w:r>
    </w:p>
    <w:p>
      <w:r>
        <w:t>نعم كتبه الى الان لا زالت محور الدراسات في الغرب</w:t>
      </w:r>
    </w:p>
    <w:p>
      <w:r>
        <w:t>الى الان من يقول لك ان الغرب لا يهتم بالتراث من الحدثيين العرب</w:t>
      </w:r>
    </w:p>
    <w:p>
      <w:r>
        <w:t>اغلبهم جهلة فهذا يكذب عليكم</w:t>
      </w:r>
    </w:p>
    <w:p>
      <w:r>
        <w:t>لا التراث الغربي من اليونان القديم الى الان</w:t>
      </w:r>
    </w:p>
    <w:p>
      <w:r>
        <w:t>حاضر في مخيال الغرب بقوة</w:t>
      </w:r>
    </w:p>
    <w:p>
      <w:r>
        <w:t>بقوة</w:t>
      </w:r>
    </w:p>
    <w:p>
      <w:r>
        <w:t>ويستمد منه الفكر وآآ التأمل نعم ومنه على رأسهم ارسطو وافلاطون</w:t>
      </w:r>
    </w:p>
    <w:p>
      <w:r>
        <w:t>هذا كلام ارسطو واضح جدا</w:t>
      </w:r>
    </w:p>
    <w:p>
      <w:r>
        <w:t>اعيد التطبيق</w:t>
      </w:r>
    </w:p>
    <w:p>
      <w:r>
        <w:t>قال صاحب المنطق يعني ارسطو فائدة القياس الجدلي حمل كل واحد من الناس على ما يليق به من الرأي بمقدمات مشهورة عنده وعند من يتفق ان يسمع القول منه</w:t>
      </w:r>
    </w:p>
    <w:p>
      <w:r>
        <w:t>السي الحسينيات عندنا في العزاء الحسيني هذه الجزئيات كربلاء كلها مشهورات ليست يقينيات</w:t>
      </w:r>
    </w:p>
    <w:p>
      <w:r>
        <w:t>من المشهورات</w:t>
      </w:r>
    </w:p>
    <w:p>
      <w:r>
        <w:t>باعتبارها مسلمة عند الخطيب وعند الجمهور الجالس في الحسينية الإقناع</w:t>
      </w:r>
    </w:p>
    <w:p>
      <w:r>
        <w:t>يتم الإقناع</w:t>
      </w:r>
    </w:p>
    <w:p>
      <w:r>
        <w:t>نعم</w:t>
      </w:r>
    </w:p>
    <w:p>
      <w:r>
        <w:t>وان كانت اكثر منفعة القياس الجدلي هي رياضة الأذهان</w:t>
      </w:r>
    </w:p>
    <w:p>
      <w:r>
        <w:t>هذا بالنسبة الى الطلاب</w:t>
      </w:r>
    </w:p>
    <w:p>
      <w:r>
        <w:t>وتقويتها على النظر من حيث يمكن ان به لهذا القياس الجدلي قياسات كثيرة في مسألة واحدة على سبيل نفي الوضع او اثبات الوضع على سبيل النفي والاثبات ثم يرجع فيها ويتأمل احوالها بالتصفح والتأمل في الحق من اثباتها</w:t>
      </w:r>
    </w:p>
    <w:p>
      <w:r>
        <w:t>ترجمة جميلة جدا من نص ارستو اليوناني</w:t>
      </w:r>
    </w:p>
    <w:p>
      <w:r>
        <w:t>المترجم لا ادري من? نعم ممكن هذا الكتاب المطبوع طبعه عبدالرحمن بدوي اسمه مجلدات اورجانون منطقة رصد</w:t>
      </w:r>
    </w:p>
    <w:p>
      <w:r>
        <w:t>اذا عرفت هذا فنقول الغرض بالجدل يختلف بحسب اختلاف الاشخاص</w:t>
      </w:r>
    </w:p>
    <w:p>
      <w:r>
        <w:t>والاصل في ذلك كله ان الانسان مدني بالطبع</w:t>
      </w:r>
    </w:p>
    <w:p>
      <w:r>
        <w:t>هذا مبنى ارسطو للسياسة</w:t>
      </w:r>
    </w:p>
    <w:p>
      <w:r>
        <w:t>له كتاب اسمه سياسة من اروع الكتب الى الان ما زال محور الدراسات السياسية في الغرب</w:t>
      </w:r>
    </w:p>
    <w:p>
      <w:r>
        <w:t>وهو انما يتم احواله احوال معاشه بالمشاركة والمعاونة</w:t>
      </w:r>
    </w:p>
    <w:p>
      <w:r>
        <w:t>انسان مدني بالطبع وهو انما يتم احواله احواله احوال معاشه بالمشاركة والمعاونة خليني افكك هذه العبارة اه على هذا المبنى</w:t>
      </w:r>
    </w:p>
    <w:p>
      <w:r>
        <w:t>اكتب هنا مدنيون بالطبع كثير</w:t>
      </w:r>
    </w:p>
    <w:p>
      <w:r>
        <w:t>فهموا هنا الطبع يعني المادة</w:t>
      </w:r>
    </w:p>
    <w:p>
      <w:r>
        <w:t>لا الطبع هنا الطبع الميتافيزيقي</w:t>
      </w:r>
    </w:p>
    <w:p>
      <w:r>
        <w:t>هذا كلام ارسطو</w:t>
      </w:r>
    </w:p>
    <w:p>
      <w:r>
        <w:t>الطبع كأنه قال هكذا ان الانسان مدني بحقيقته</w:t>
      </w:r>
    </w:p>
    <w:p>
      <w:r>
        <w:t>ملاك هذه الحقيقة لان الحقيقة هذه تقتضي كمالات</w:t>
      </w:r>
    </w:p>
    <w:p>
      <w:r>
        <w:t>هذه الكمالات لا تتحقق الا اذا عاش في المجتمع</w:t>
      </w:r>
    </w:p>
    <w:p>
      <w:r>
        <w:t>نعم</w:t>
      </w:r>
    </w:p>
    <w:p>
      <w:r>
        <w:t>افراد المجتمع</w:t>
      </w:r>
    </w:p>
    <w:p>
      <w:r>
        <w:t>صاحب الميزان الشريف يقول الانسان فتاك بالطبع</w:t>
      </w:r>
    </w:p>
    <w:p>
      <w:r>
        <w:t>فتاك بالطبع حيوان بالطبع</w:t>
      </w:r>
    </w:p>
    <w:p>
      <w:r>
        <w:t>دافع وجاذبة</w:t>
      </w:r>
    </w:p>
    <w:p>
      <w:r>
        <w:t>فهم الطبع هنا الطبع الحيواني</w:t>
      </w:r>
    </w:p>
    <w:p>
      <w:r>
        <w:t>الطبع المادي ثم اجتماعي بالسخرية السخرية يعني تسخرني اسخرك للوصول الى الاغراض والهي بالفطرة</w:t>
      </w:r>
    </w:p>
    <w:p>
      <w:r>
        <w:t>هذا مبنى من? صاحب الميزان الشريف</w:t>
      </w:r>
    </w:p>
    <w:p>
      <w:r>
        <w:t>نعم</w:t>
      </w:r>
    </w:p>
    <w:p>
      <w:r>
        <w:t>ارسطو هنا لا يقصد بالطبع الطبع المادي</w:t>
      </w:r>
    </w:p>
    <w:p>
      <w:r>
        <w:t>الغرائب اذ لا يقصد الطبع الميتافيزيق يعني الحقيقة الانسانية</w:t>
      </w:r>
    </w:p>
    <w:p>
      <w:r>
        <w:t>ان الانسان مدني بالطبع وهو انما يتم احواله</w:t>
      </w:r>
    </w:p>
    <w:p>
      <w:r>
        <w:t>يعني اغراضه العقلائية كمالاته التي يريد ان يصل اليها</w:t>
      </w:r>
    </w:p>
    <w:p>
      <w:r>
        <w:t>احوال معاشه في معاشاته وفي كمالاته</w:t>
      </w:r>
    </w:p>
    <w:p>
      <w:r>
        <w:t>بالمشاركة والمعاونة هذه هي السخرية التي يسميها مدني بالسخرية</w:t>
      </w:r>
    </w:p>
    <w:p>
      <w:r>
        <w:t>نعم</w:t>
      </w:r>
    </w:p>
    <w:p>
      <w:r>
        <w:t>وحسن المشاركة انما يتم بالتزام امرين للجمهور</w:t>
      </w:r>
    </w:p>
    <w:p>
      <w:r>
        <w:t>احدها يجب الاقرار به كوجود قال تعالى والميعاد والنبوة</w:t>
      </w:r>
    </w:p>
    <w:p>
      <w:r>
        <w:t>يعني المعايير الالهية</w:t>
      </w:r>
    </w:p>
    <w:p>
      <w:r>
        <w:t>كوجود الخالق تعالى والمعاذ والنبوة هذه اسس القيم الالهية</w:t>
      </w:r>
    </w:p>
    <w:p>
      <w:r>
        <w:t>الاسس الميتافيزيقية للقيم الالهية</w:t>
      </w:r>
    </w:p>
    <w:p>
      <w:r>
        <w:t>خرج العلامة الحلي من المنطق</w:t>
      </w:r>
    </w:p>
    <w:p>
      <w:r>
        <w:t>يتحدث عن امور راقية جدا لا تمت بصلة الى المنطق</w:t>
      </w:r>
    </w:p>
    <w:p>
      <w:r>
        <w:t>احدهما يجب الاقرار به هذه العقيدة كوجود الحق تعالى الخالق تعالى والميعاد والنبوة</w:t>
      </w:r>
    </w:p>
    <w:p>
      <w:r>
        <w:t>اساسيات القيم الالهية</w:t>
      </w:r>
    </w:p>
    <w:p>
      <w:r>
        <w:t>والاخر يجب العمل به كالقوانين الشرعية من العبادات والمعاملات</w:t>
      </w:r>
    </w:p>
    <w:p>
      <w:r>
        <w:t>هذه القيم اما القيم آآ نظامية</w:t>
      </w:r>
    </w:p>
    <w:p>
      <w:r>
        <w:t>وهي المعاملات واما قيم تشريعية عبادات</w:t>
      </w:r>
    </w:p>
    <w:p>
      <w:r>
        <w:t>وفيه قيم الهية طبيعية</w:t>
      </w:r>
    </w:p>
    <w:p>
      <w:r>
        <w:t>اي لم يذكرها العلامة</w:t>
      </w:r>
    </w:p>
    <w:p>
      <w:r>
        <w:t>والذي يؤدي الى حصول هذا الاعتقاد للجمهور بسهولة نافع والمقتضي لابطال ظرب والبرهان مبني على الامور اليقينية وقد لا يعطي هذه الفائدة لكل احد لقصور بعض العقول عن اليقين لعدم استعداد وتعسره على بعضها</w:t>
      </w:r>
    </w:p>
    <w:p>
      <w:r>
        <w:t>فوضع القياس الجدلي المبني على الامور المحمودة والمقبولة عند الجمهور</w:t>
      </w:r>
    </w:p>
    <w:p>
      <w:r>
        <w:t>لذلك لنفعه بالذات في الامور المشاركة والمعاونة</w:t>
      </w:r>
    </w:p>
    <w:p>
      <w:r>
        <w:t>اذا الجدل ينفع في المجتمع المدني</w:t>
      </w:r>
    </w:p>
    <w:p>
      <w:r>
        <w:t>اذا كان الدين وبين نفسه يريد ان يصل الى الواقع الجدل هنا لا معنى له</w:t>
      </w:r>
    </w:p>
    <w:p>
      <w:r>
        <w:t>هنا اليقينيات برهانيات الجدل صناعة تنتمي الى المجتمع المدني</w:t>
      </w:r>
    </w:p>
    <w:p>
      <w:r>
        <w:t>نعم</w:t>
      </w:r>
    </w:p>
    <w:p>
      <w:r>
        <w:t>والذي يؤدي الى حصول هذا الاعتقاد للجمهور بسهولة نافع للإعتقاد بسهولة نفع بسهولة نفع جر ومجرم متعلقا بالإعتقاد والمقتضي لإبطال ضارين والبرهان والبرهان هادي واو حاليا والبرهان والحال البر مبني على الأمور اليقينية وقد لا يعطي البرهان هذه الفائدة لكل احد</w:t>
      </w:r>
    </w:p>
    <w:p>
      <w:r>
        <w:t>لماذا? لقصور بعض العقول عن اليقين لعدم استعداده</w:t>
      </w:r>
    </w:p>
    <w:p>
      <w:r>
        <w:t>يعني في البنية التكوينية عنده نقص في استعداد وتعسره على بعضهم</w:t>
      </w:r>
    </w:p>
    <w:p>
      <w:r>
        <w:t>فوضع</w:t>
      </w:r>
    </w:p>
    <w:p>
      <w:r>
        <w:t>والذي يؤدي الى حصول هذا الاعتقاد للجمهور بسهولة نافع والمقتضي لابطال ظرب ووضع</w:t>
      </w:r>
    </w:p>
    <w:p>
      <w:r>
        <w:t>فوضع القياس الجدل المبني على الامور المحمودة والمقبولة عند الجمهور لذلك لذلك لماذا? ذلك ما هو? حصول الاعتقاد بالمشهور لنفعه بالذات في الامور المشاركة والمعاورة</w:t>
      </w:r>
    </w:p>
    <w:p>
      <w:r>
        <w:t>يعني لنفعه بالذات في المجتمع المدني</w:t>
      </w:r>
    </w:p>
    <w:p>
      <w:r>
        <w:t>في المجتمع المدني</w:t>
      </w:r>
    </w:p>
    <w:p>
      <w:r>
        <w:t>ولهذا انت ترى القنوات الفضائية في هذه السجلات السياسية الدينية غير الدينية كلها جبلية</w:t>
      </w:r>
    </w:p>
    <w:p>
      <w:r>
        <w:t>العاقل وهو يشاهد هذه الحصص يتأذى في داخله</w:t>
      </w:r>
    </w:p>
    <w:p>
      <w:r>
        <w:t>كلها مغالطات وكلها زيف ومشه معنى له</w:t>
      </w:r>
    </w:p>
    <w:p>
      <w:r>
        <w:t>ولهذا قال المعلم الاول ارسطو ان من يخالف المشهورات الذائعة منهم من يحتاج الى المعاقبة</w:t>
      </w:r>
    </w:p>
    <w:p>
      <w:r>
        <w:t>كمن يجحد وجوب عبادة الخالق ويستجيز عقوق الوالدين</w:t>
      </w:r>
    </w:p>
    <w:p>
      <w:r>
        <w:t>ومنهم من يحتاج الى تعريف من جهة الحس كما لا يعرف بحرارة النار وبرودة الثلج ضع يده على النار يفهم انها حارة</w:t>
      </w:r>
    </w:p>
    <w:p>
      <w:r>
        <w:t>ضع يده على الثلج يفهم انها باردة</w:t>
      </w:r>
    </w:p>
    <w:p>
      <w:r>
        <w:t>ثمن سعة الجدل</w:t>
      </w:r>
    </w:p>
    <w:p>
      <w:r>
        <w:t>الزام المبطنين</w:t>
      </w:r>
    </w:p>
    <w:p>
      <w:r>
        <w:t>قلت لك هذه رؤيا ابليس تفاؤلية نعم والغلبة على الخاص بحيث يدركه الجمهور الجمهور يفطن بهذه الامور الجدلية والذب على الاوضاع الاوضاع للمعتقدات وحفظ الرأي رئيس حفظ الرئيس الرئيس هنا اما الحاكم واما آآ آآ رؤوس العلم عقائد العامة عن بدائع المبتدع مبتدعة</w:t>
      </w:r>
    </w:p>
    <w:p>
      <w:r>
        <w:t>المتوسلين بحي العقائدي من حقه بمقدمات مشهورة الى استتباعهم</w:t>
      </w:r>
    </w:p>
    <w:p>
      <w:r>
        <w:t>لماذا? ليحصل اغراضهم الفاسدة</w:t>
      </w:r>
    </w:p>
    <w:p>
      <w:r>
        <w:t>فيعارضهم الرأي مثل سقراط في زمانه</w:t>
      </w:r>
    </w:p>
    <w:p>
      <w:r>
        <w:t>الانبياء في ازمنتهم بمثل حججهم استبقاء من عقائد المرؤوس واقناع المحصنين من العوام في المسائل الكلية بالمشورات</w:t>
      </w:r>
    </w:p>
    <w:p>
      <w:r>
        <w:t>الامام الصادق عليه السلام حينما يدخل عليه شخص ويرى فيه العلم يخاطبه باليقينيات</w:t>
      </w:r>
    </w:p>
    <w:p>
      <w:r>
        <w:t>يدخل عليه شخص دون مستوى اليقين</w:t>
      </w:r>
    </w:p>
    <w:p>
      <w:r>
        <w:t>يخاطبه المشهورات</w:t>
      </w:r>
    </w:p>
    <w:p>
      <w:r>
        <w:t>ويحافظ على عقيدته وعلى اخلاقه</w:t>
      </w:r>
    </w:p>
    <w:p>
      <w:r>
        <w:t>نعم</w:t>
      </w:r>
    </w:p>
    <w:p>
      <w:r>
        <w:t>فيعارضهم الرئيس بمثل حججهم استبقاء</w:t>
      </w:r>
    </w:p>
    <w:p>
      <w:r>
        <w:t>استبقاء المفعول يجلي</w:t>
      </w:r>
    </w:p>
    <w:p>
      <w:r>
        <w:t>استبقاء للعقائد لعقائد المرؤوس العامة الجمهور</w:t>
      </w:r>
    </w:p>
    <w:p>
      <w:r>
        <w:t>واقناع المحصنين من العوام في المسائل الكلية بالمشهورات بالمشهورات</w:t>
      </w:r>
    </w:p>
    <w:p>
      <w:r>
        <w:t>وتسكين نفوس المتعلمين القاصرين عن درجة البرهان</w:t>
      </w:r>
    </w:p>
    <w:p>
      <w:r>
        <w:t>اذا كرهوا تقليد مبادئ العلوم</w:t>
      </w:r>
    </w:p>
    <w:p>
      <w:r>
        <w:t>ولا سبيل لهم الى الى التحقيق ما عندهم مستوى برهان</w:t>
      </w:r>
    </w:p>
    <w:p>
      <w:r>
        <w:t>اما لقصورهم او لانهم لم يصلوا الى موضع البرهان عليه</w:t>
      </w:r>
    </w:p>
    <w:p>
      <w:r>
        <w:t>على هذا المطلب اذا امكن تحصيل ما يقنعهم بالقياس الجدلي فلو لم يذكر لهم لم يحصلوا على احد الامرين لا البوناني ولا الجداري</w:t>
      </w:r>
    </w:p>
    <w:p>
      <w:r>
        <w:t>ثم تعين الجدل فتعين الجدل</w:t>
      </w:r>
    </w:p>
    <w:p>
      <w:r>
        <w:t>اخرج عن عن عن الموضوع وعود</w:t>
      </w:r>
    </w:p>
    <w:p>
      <w:r>
        <w:t>في مدارس فلسفية قوية جدا</w:t>
      </w:r>
    </w:p>
    <w:p>
      <w:r>
        <w:t>لم تشتهر بين الجمهور</w:t>
      </w:r>
    </w:p>
    <w:p>
      <w:r>
        <w:t>الى الان الجمهور لا يعرفها</w:t>
      </w:r>
    </w:p>
    <w:p>
      <w:r>
        <w:t>الجمهور العالم اقصد فيه مدرستان فلسفيتان انتشرتا بطريقة عجيبة</w:t>
      </w:r>
    </w:p>
    <w:p>
      <w:r>
        <w:t>الشيوعية والوجودية الملحدة تقريبا</w:t>
      </w:r>
    </w:p>
    <w:p>
      <w:r>
        <w:t>التي اسسها جون بورسارت الوجودية الملحدة</w:t>
      </w:r>
    </w:p>
    <w:p>
      <w:r>
        <w:t>والشيوعية كذلك ملحدة</w:t>
      </w:r>
    </w:p>
    <w:p>
      <w:r>
        <w:t>لماذا انتشرت الشيوعية واسست امبراطورية الاتحاد السوفيتي والوجودية انتشرت كذلك في اوروبا بطريقة عجيبة</w:t>
      </w:r>
    </w:p>
    <w:p>
      <w:r>
        <w:t>نعم</w:t>
      </w:r>
    </w:p>
    <w:p>
      <w:r>
        <w:t>ما هو السبب? السبب هو الخي السبب هو الخيال</w:t>
      </w:r>
    </w:p>
    <w:p>
      <w:r>
        <w:t>فلسفات الراقية انت الان من هو المشهور عند العامة? جون بورسارت ام هيتكر? جمبور سارت واذا انت قست جون بورساط كما تقيس القمر مع الشمس</w:t>
      </w:r>
    </w:p>
    <w:p>
      <w:r>
        <w:t>نفذ كل ما يستمده من الشمس</w:t>
      </w:r>
    </w:p>
    <w:p>
      <w:r>
        <w:t>لماذا انتشر انتشر? لان هيتجر نخبوي</w:t>
      </w:r>
    </w:p>
    <w:p>
      <w:r>
        <w:t>نخبوي</w:t>
      </w:r>
    </w:p>
    <w:p>
      <w:r>
        <w:t>ومبانيهم عميقة</w:t>
      </w:r>
    </w:p>
    <w:p>
      <w:r>
        <w:t>وتخصصية بامتياز</w:t>
      </w:r>
    </w:p>
    <w:p>
      <w:r>
        <w:t>جوب نزل فلسفته في الادب</w:t>
      </w:r>
    </w:p>
    <w:p>
      <w:r>
        <w:t>يعني الى الخيال كتب فلسفته في رواية فاستذوقها خيال الجمهور فانتشر</w:t>
      </w:r>
    </w:p>
    <w:p>
      <w:r>
        <w:t>الشيوعية ليس الشيوعية راحت الى ماذا? هموم الطبقة الكادحة</w:t>
      </w:r>
    </w:p>
    <w:p>
      <w:r>
        <w:t>البروجتارية كما يقول هنا</w:t>
      </w:r>
    </w:p>
    <w:p>
      <w:r>
        <w:t>مست ماذا? مست شهوات الانسان</w:t>
      </w:r>
    </w:p>
    <w:p>
      <w:r>
        <w:t>رغبات الانسان</w:t>
      </w:r>
    </w:p>
    <w:p>
      <w:r>
        <w:t>رغبات التغير الاقتصاد والامبراطورية الظالمة</w:t>
      </w:r>
    </w:p>
    <w:p>
      <w:r>
        <w:t>حياتكم حياتكم المادية طبعا في في خطر فتحرك الخيار الجمهوري معها واسسوا امبراطورية ضخمة تسمى الاتحاد السوفيتي ثم اختفت</w:t>
      </w:r>
    </w:p>
    <w:p>
      <w:r>
        <w:t>دخلت المحاق نهائيا</w:t>
      </w:r>
    </w:p>
    <w:p>
      <w:r>
        <w:t>لاحظت الخيال له دور اكثر من المعقولات في الامم والحضارات</w:t>
      </w:r>
    </w:p>
    <w:p>
      <w:r>
        <w:t>نعم</w:t>
      </w:r>
    </w:p>
    <w:p>
      <w:r>
        <w:t>موضوع النظر الجدلي</w:t>
      </w:r>
    </w:p>
    <w:p>
      <w:r>
        <w:t>الجدلي ما هو للتام الان باللغة الفرنسية</w:t>
      </w:r>
    </w:p>
    <w:p>
      <w:r>
        <w:t>ما هو موضوع الجدلي? قال وليس موضوع الجدل بمحدود يثبت ما يشاء وينفي ما يشاء والمنطلقات يختار ما يا شياطينية مشهورة مشهورة عامة مشهورة خاصة مشهورة عندها شخص لا يهمه الأمر مفتوح الموضوع</w:t>
      </w:r>
    </w:p>
    <w:p>
      <w:r>
        <w:t>مفتوح الموظوع نعم كما يقولون الفارسي يعني مفتوح وليس موضوع نظر الجدل بمحدود</w:t>
      </w:r>
    </w:p>
    <w:p>
      <w:r>
        <w:t>مفتوح</w:t>
      </w:r>
    </w:p>
    <w:p>
      <w:r>
        <w:t>بل القلب ينظر في كل سن من النظرية والعملية فن من من بيانية او تبعيضية فن من النظرية والعملية من هنا بيانية افضل يعني الفن النظري الفن العملي وما يجري مجرى المنطقية مما ينفع في غيره</w:t>
      </w:r>
    </w:p>
    <w:p>
      <w:r>
        <w:t>المهم يصل الى غرضه</w:t>
      </w:r>
    </w:p>
    <w:p>
      <w:r>
        <w:t>ما هو الافحام الاسكات التبكيت</w:t>
      </w:r>
    </w:p>
    <w:p>
      <w:r>
        <w:t>انتهى الامر</w:t>
      </w:r>
    </w:p>
    <w:p>
      <w:r>
        <w:t>ليس كلب البرهاني البرهان محدود في اليقين ياك يريد يصل الى الواقع</w:t>
      </w:r>
    </w:p>
    <w:p>
      <w:r>
        <w:t>ما عنده علاقة بالطرف المقابل</w:t>
      </w:r>
    </w:p>
    <w:p>
      <w:r>
        <w:t>ولهذا الفلاسفة ما يخطبون العوام</w:t>
      </w:r>
    </w:p>
    <w:p>
      <w:r>
        <w:t>ما عندهم علاقة بإفحام وخصم</w:t>
      </w:r>
    </w:p>
    <w:p>
      <w:r>
        <w:t>انا عندي مباني تقبل ما تقبل</w:t>
      </w:r>
    </w:p>
    <w:p>
      <w:r>
        <w:t>انا ما عندي شغل اقول لما كان الجدل مؤلفا من المقدمات المشهورة</w:t>
      </w:r>
    </w:p>
    <w:p>
      <w:r>
        <w:t>والمشهورة عامة خاصة شخصيا</w:t>
      </w:r>
    </w:p>
    <w:p>
      <w:r>
        <w:t>وكانت مثل هذه المقدمات مستعملة في كل فن</w:t>
      </w:r>
    </w:p>
    <w:p>
      <w:r>
        <w:t>في كل فن من الفنون</w:t>
      </w:r>
    </w:p>
    <w:p>
      <w:r>
        <w:t>كان موضوع نظر الجدل غير مختص بعلم دون اخر</w:t>
      </w:r>
    </w:p>
    <w:p>
      <w:r>
        <w:t>ولا محدود بالمبادئ</w:t>
      </w:r>
    </w:p>
    <w:p>
      <w:r>
        <w:t>بل قد تكون المسألة الجدلية في علوم مختلفة</w:t>
      </w:r>
    </w:p>
    <w:p>
      <w:r>
        <w:t>اما خلقية كقولنا هل اللذة جميلة ام لا? واما طبيعية كقولينا هل الحراك موجودة ام لا? واما منطقية تقولين هل العلم بالمتضادات واحد ام لا? وينظر ايضا فيما يجري مجرى المنطقي المنطقي كالدوران والمناسبة وغيرها</w:t>
      </w:r>
    </w:p>
    <w:p>
      <w:r>
        <w:t>دوران المناسبة وغيرها</w:t>
      </w:r>
    </w:p>
    <w:p>
      <w:r>
        <w:t>هذه اه تشبه المنطقية وهي ليست ما منطقية</w:t>
      </w:r>
    </w:p>
    <w:p>
      <w:r>
        <w:t>نعم</w:t>
      </w:r>
    </w:p>
    <w:p>
      <w:r>
        <w:t>وبالجملة قاعدة كل مع ما هي محوطة الجدل كل حكم مشهور اذا كان نافعا في غيره</w:t>
      </w:r>
    </w:p>
    <w:p>
      <w:r>
        <w:t>من حيث الاقناع والاسكات</w:t>
      </w:r>
    </w:p>
    <w:p>
      <w:r>
        <w:t>هذه هي محوطة الجدل</w:t>
      </w:r>
    </w:p>
    <w:p>
      <w:r>
        <w:t>هذه هي محوسة الجدل</w:t>
      </w:r>
    </w:p>
    <w:p>
      <w:r>
        <w:t>يستساغ في كل شيء</w:t>
      </w:r>
    </w:p>
    <w:p>
      <w:r>
        <w:t>نعم</w:t>
      </w:r>
    </w:p>
    <w:p>
      <w:r>
        <w:t>لماذا? لانه ينطلق من المشهورات</w:t>
      </w:r>
    </w:p>
    <w:p>
      <w:r>
        <w:t>وغايته ما الإسكات والإفحام والإقناع انتهى الأمر نعم ولهذا ليس موضوع نظر الجدل بما حدود مفتوح نعم بماذا تحصل ملكة الجدل? قلت لكم انا في هذا الفصل فصل الجدل الفصل السادس</w:t>
      </w:r>
    </w:p>
    <w:p>
      <w:r>
        <w:t>مرة الماتن والشارع يتحدثان عن الصناعة كقياس قياس جدلي في مقابل برهان في مقابل مغالطة تقياس قياس معرفي لا يفيد اليقين يفيد التبكيت والإسكات والإكراه ومرة لا يذهبان الى التوصيف الخارجي التوصيف الخارجي ما عنده علاقة بالعلم يعني يذهب الى الممارسة ممارسة الجدل نعم تحصيل ملكة الجدل ما عندها علاقة بالقياس</w:t>
      </w:r>
    </w:p>
    <w:p>
      <w:r>
        <w:t>كبعد معرفي قياس يعني صغرى كبرى</w:t>
      </w:r>
    </w:p>
    <w:p>
      <w:r>
        <w:t>نتيجة</w:t>
      </w:r>
    </w:p>
    <w:p>
      <w:r>
        <w:t>كسب الملكة هادي كذلك تسقط تصدق لماذا ما عملت فصل فصل في البرهان</w:t>
      </w:r>
    </w:p>
    <w:p>
      <w:r>
        <w:t>كسب ملكة اليقين لاحظت هذه توصيف</w:t>
      </w:r>
    </w:p>
    <w:p>
      <w:r>
        <w:t>هذا توصيف وليس وليس له صلة بالقياس الجدلي</w:t>
      </w:r>
    </w:p>
    <w:p>
      <w:r>
        <w:t>هذا عنده علاقة بالمجادل</w:t>
      </w:r>
    </w:p>
    <w:p>
      <w:r>
        <w:t>ذهاب واياك مرة يتحدث عن القياس الجدري مرة المجادل ملكاته حيثياته صفاته شروطه</w:t>
      </w:r>
    </w:p>
    <w:p>
      <w:r>
        <w:t>هذه ما عندها علاقة بالقياس الجدل</w:t>
      </w:r>
    </w:p>
    <w:p>
      <w:r>
        <w:t>نعم قال والادوات التي تفيد ارتياضة بها آآ ملكة الجدل اربعة</w:t>
      </w:r>
    </w:p>
    <w:p>
      <w:r>
        <w:t>يشير الى اه هذه الادوات</w:t>
      </w:r>
    </w:p>
    <w:p>
      <w:r>
        <w:t>ادوات اربعة</w:t>
      </w:r>
    </w:p>
    <w:p>
      <w:r>
        <w:t>استحضار المشهورات من كل نوع</w:t>
      </w:r>
    </w:p>
    <w:p>
      <w:r>
        <w:t>نعم يجب ان تكون عنده دائرة معارف في المشهورات</w:t>
      </w:r>
    </w:p>
    <w:p>
      <w:r>
        <w:t>وهذا لا يتأتى الا بالممارسة الكثيرة</w:t>
      </w:r>
    </w:p>
    <w:p>
      <w:r>
        <w:t>حتى هذه المشهورات ترسخ في في آآ خياله وفي حافظته</w:t>
      </w:r>
    </w:p>
    <w:p>
      <w:r>
        <w:t>اذا المسألة لها علاقة بالملكة الخارجية في الانسان وليس لها علاقة بالقياس الجذري</w:t>
      </w:r>
    </w:p>
    <w:p>
      <w:r>
        <w:t>توصيف لحقيقة خارجية وليس للقياس الجدلي</w:t>
      </w:r>
    </w:p>
    <w:p>
      <w:r>
        <w:t>لماذا انا ابين هذه الامور? ان شاء الله اذا وفقك الله تعالى ايها الطالب العزيز وتدرس هذا الكتاب هذه النكت لا تنساها جزاك الله خير</w:t>
      </w:r>
    </w:p>
    <w:p>
      <w:r>
        <w:t>مفيدة لطلابك</w:t>
      </w:r>
    </w:p>
    <w:p>
      <w:r>
        <w:t>نعم</w:t>
      </w:r>
    </w:p>
    <w:p>
      <w:r>
        <w:t>الاولى استحضار المشهورات من كل نوع</w:t>
      </w:r>
    </w:p>
    <w:p>
      <w:r>
        <w:t>في كل مجالين في كل حقل في كل دائرة اعدادها يعني تحددها كم هي عشرين ثلاثين نعم والاقتدار على تفصيل معاني الالفاظ المشتركة والمشك نعم اه الالفاظ المشتركة اما بالاشتراك اللفظي لفظ واحد يدل على معان متعددة او الاشتراك المعنوي لفظ واحد يدل على معنى واحد او مشككة بعد الواحد يعني الاشتراك المعنوي ناتي الى السريان الصدقي</w:t>
      </w:r>
    </w:p>
    <w:p>
      <w:r>
        <w:t>سريان الصدقي يعني المعنى في المصاديق</w:t>
      </w:r>
    </w:p>
    <w:p>
      <w:r>
        <w:t>سريان تفاوتي سريان سريان متساوي</w:t>
      </w:r>
    </w:p>
    <w:p>
      <w:r>
        <w:t>سريان متساوي التواطؤي هذا مفهوم تواطئ</w:t>
      </w:r>
    </w:p>
    <w:p>
      <w:r>
        <w:t>سريان تشكيكي شدة وظاف</w:t>
      </w:r>
    </w:p>
    <w:p>
      <w:r>
        <w:t>اول في مقابل الاولوية الاولية في المقابل الاولية</w:t>
      </w:r>
    </w:p>
    <w:p>
      <w:r>
        <w:t>آآ هذا تشكيكي</w:t>
      </w:r>
    </w:p>
    <w:p>
      <w:r>
        <w:t>بينا هذه فيما مر</w:t>
      </w:r>
    </w:p>
    <w:p>
      <w:r>
        <w:t>اعيدها فقط لتعميق المسألة</w:t>
      </w:r>
    </w:p>
    <w:p>
      <w:r>
        <w:t>نعم</w:t>
      </w:r>
    </w:p>
    <w:p>
      <w:r>
        <w:t>والاقتدار على تفصيل معاني الالفاظ المشتركة والمشككة</w:t>
      </w:r>
    </w:p>
    <w:p>
      <w:r>
        <w:t>وعلى التمييز بين المتشابهات بالفصول والخواص ليقتدي بها بايراد الفرق على اخراج الشيء من حكم يعمه وآآ غيره</w:t>
      </w:r>
    </w:p>
    <w:p>
      <w:r>
        <w:t>وعلى تحصيل التشابه بين المتبائنات بالاوصاف الايجابية والسلبية</w:t>
      </w:r>
    </w:p>
    <w:p>
      <w:r>
        <w:t>ليقتدر على ادخال الشي في حكم يثبت يثبت لغيره</w:t>
      </w:r>
    </w:p>
    <w:p>
      <w:r>
        <w:t>جدا جميل هذا الكلام من المحقق الطوسي وهو في الحقيقة للمعلم الاول انستو</w:t>
      </w:r>
    </w:p>
    <w:p>
      <w:r>
        <w:t>نعم شرحا على من حليات ان شاء الله بيان واللهم صل على محمد وال محمد</w:t>
      </w:r>
    </w:p>
    <w:p>
      <w:r>
        <w:t>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