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 والصلاة والسلام على محمد واله الطيبين الطاهرين</w:t>
      </w:r>
    </w:p>
    <w:p>
      <w:r>
        <w:t>اللهم صل على محمد وال محمد</w:t>
      </w:r>
    </w:p>
    <w:p>
      <w:r>
        <w:t>اللهم ارزقنا التوفيق والاخلاص</w:t>
      </w:r>
    </w:p>
    <w:p>
      <w:r>
        <w:t>وصلنا مع الى هذه الفقرة اقول هذه الادوات الاربعة هي الالات التي تستنبط بها مواضيع الانظار الجدلية</w:t>
      </w:r>
    </w:p>
    <w:p>
      <w:r>
        <w:t>فالعلامة الحلي هنا يشرح ما قاله الماتن في المتن وقال ان ادوات او الالات او الاليات الان ميكانيزم</w:t>
      </w:r>
    </w:p>
    <w:p>
      <w:r>
        <w:t>لي كسب من ملكة الجدل</w:t>
      </w:r>
    </w:p>
    <w:p>
      <w:r>
        <w:t>اذا هذا البحث لا يمت الى المنطق بصلة</w:t>
      </w:r>
    </w:p>
    <w:p>
      <w:r>
        <w:t>بحث راجع الى انتروبولوجيا الانسان</w:t>
      </w:r>
    </w:p>
    <w:p>
      <w:r>
        <w:t>ممكن ندرس في علم النفس العقلي</w:t>
      </w:r>
    </w:p>
    <w:p>
      <w:r>
        <w:t>لماذا? لان المنطق هي قواعد استنباط</w:t>
      </w:r>
    </w:p>
    <w:p>
      <w:r>
        <w:t>لا تهتم بالانسان ولا بملكاته</w:t>
      </w:r>
    </w:p>
    <w:p>
      <w:r>
        <w:t>نعم</w:t>
      </w:r>
    </w:p>
    <w:p>
      <w:r>
        <w:t>اقول هذه الادوات هي الالات التي تستنبط بها مواضع الانظار الجدلية</w:t>
      </w:r>
    </w:p>
    <w:p>
      <w:r>
        <w:t>مواضع الانظار الجدلية يعني معتقدات ما يعتقده المجادل</w:t>
      </w:r>
    </w:p>
    <w:p>
      <w:r>
        <w:t>وآآ يتحرز بها على الانقطاع يتحرز بها او يتحرز احسن من المجهول بها عن الإنقطاع التبكيت</w:t>
      </w:r>
    </w:p>
    <w:p>
      <w:r>
        <w:t>نعم يخسر في في الجدال</w:t>
      </w:r>
    </w:p>
    <w:p>
      <w:r>
        <w:t>وإلزام الخصم ما يريد الزامه</w:t>
      </w:r>
    </w:p>
    <w:p>
      <w:r>
        <w:t>الآلة الأولى استحضار المشهور</w:t>
      </w:r>
    </w:p>
    <w:p>
      <w:r>
        <w:t>هذه عندها علاقة ملكة حافظة</w:t>
      </w:r>
    </w:p>
    <w:p>
      <w:r>
        <w:t>استحضار المشهورات من كل نوع</w:t>
      </w:r>
    </w:p>
    <w:p>
      <w:r>
        <w:t>وجمع المقدمات الذائعة</w:t>
      </w:r>
    </w:p>
    <w:p>
      <w:r>
        <w:t>يعني المشهورة</w:t>
      </w:r>
    </w:p>
    <w:p>
      <w:r>
        <w:t>عند الجمهور</w:t>
      </w:r>
    </w:p>
    <w:p>
      <w:r>
        <w:t>وعند اصحاب اما عند الجمهور واما في دائرة خاصة في محيط خاص محيط اعلامي محيط تجاري محيط علمي محيط فني نعم واستنباط ذائعات من ذائعات</w:t>
      </w:r>
    </w:p>
    <w:p>
      <w:r>
        <w:t>نعم هذا هو الجدل</w:t>
      </w:r>
    </w:p>
    <w:p>
      <w:r>
        <w:t>الجدل استنباط ذائعات من ذهب</w:t>
      </w:r>
    </w:p>
    <w:p>
      <w:r>
        <w:t>من ذائعة يمكن لك ان تجعلها اه محور دلالي</w:t>
      </w:r>
    </w:p>
    <w:p>
      <w:r>
        <w:t>واستنباط ذائعات من ذائعات</w:t>
      </w:r>
    </w:p>
    <w:p>
      <w:r>
        <w:t>وتفصيل ذائعا الى ذوائع</w:t>
      </w:r>
    </w:p>
    <w:p>
      <w:r>
        <w:t>نعم</w:t>
      </w:r>
    </w:p>
    <w:p>
      <w:r>
        <w:t>والن الحكم من ذائع الى ذائع ونقل الحكم من ذائع الى ذائع الى شبيه به</w:t>
      </w:r>
    </w:p>
    <w:p>
      <w:r>
        <w:t>هذا كله من قوله واستنباط ذائعات من ذائعات الى اخره يمكن ان تجعله محور دلالي او محور يعني تعريف الجدل</w:t>
      </w:r>
    </w:p>
    <w:p>
      <w:r>
        <w:t>وبالجملة يستحضر اصناف المشهورات</w:t>
      </w:r>
    </w:p>
    <w:p>
      <w:r>
        <w:t>من المواد المنطقية</w:t>
      </w:r>
    </w:p>
    <w:p>
      <w:r>
        <w:t>والطبيعية والخلوقية ويعدها للحاجة اليها</w:t>
      </w:r>
    </w:p>
    <w:p>
      <w:r>
        <w:t>هنا في تصوري في خلل في العبارة</w:t>
      </w:r>
    </w:p>
    <w:p>
      <w:r>
        <w:t>وبالجملة يعني بنحو الكلية</w:t>
      </w:r>
    </w:p>
    <w:p>
      <w:r>
        <w:t>يستحضر المجادل الاصناف المشهورة</w:t>
      </w:r>
    </w:p>
    <w:p>
      <w:r>
        <w:t>انه هو يتحرك في المشهورات للوصول الى المشورات والغاية التي يريدها</w:t>
      </w:r>
    </w:p>
    <w:p>
      <w:r>
        <w:t>من بيانها من المواد المنطقية</w:t>
      </w:r>
    </w:p>
    <w:p>
      <w:r>
        <w:t>من المواد المنطقية يعني التي تستخدم مواد في صور القياس</w:t>
      </w:r>
    </w:p>
    <w:p>
      <w:r>
        <w:t>وهذه المنطقية المواد المنطقية ما عندنا</w:t>
      </w:r>
    </w:p>
    <w:p>
      <w:r>
        <w:t>منطق ما عنده مادة</w:t>
      </w:r>
    </w:p>
    <w:p>
      <w:r>
        <w:t>منطق صوري محطة</w:t>
      </w:r>
    </w:p>
    <w:p>
      <w:r>
        <w:t>من من مقصوده من المواد المنطقية ما توضع كمقدمات</w:t>
      </w:r>
    </w:p>
    <w:p>
      <w:r>
        <w:t>انت عندك الف باء وباء جيم يعطيك ماذا? الف جيم هذه هي الصورة املأ الف جيم بقضية ما الف جيم موضوع محمول نعم تقول العدل حسن عند الجمهور العدل حسن</w:t>
      </w:r>
    </w:p>
    <w:p>
      <w:r>
        <w:t>نعم</w:t>
      </w:r>
    </w:p>
    <w:p>
      <w:r>
        <w:t>الظلم ليس بحسم</w:t>
      </w:r>
    </w:p>
    <w:p>
      <w:r>
        <w:t>فالعدل ليس بظلم</w:t>
      </w:r>
    </w:p>
    <w:p>
      <w:r>
        <w:t>مثلا هذه هي المواد</w:t>
      </w:r>
    </w:p>
    <w:p>
      <w:r>
        <w:t>هذا في فلسفة الاخلاق او علم الكلام</w:t>
      </w:r>
    </w:p>
    <w:p>
      <w:r>
        <w:t>تأتي من صناعات اخرى</w:t>
      </w:r>
    </w:p>
    <w:p>
      <w:r>
        <w:t>من المواد المنطقية</w:t>
      </w:r>
    </w:p>
    <w:p>
      <w:r>
        <w:t>لو ما جعل المنطقية كان افضل</w:t>
      </w:r>
    </w:p>
    <w:p>
      <w:r>
        <w:t>من المواد الطبيعية والخلقية والرياضية وهكذا حسب المادة التي كان السجال يدور حوله</w:t>
      </w:r>
    </w:p>
    <w:p>
      <w:r>
        <w:t>نعم وغيرها ويعدها الحاجة اليها نعم يبخرها في الحافظ</w:t>
      </w:r>
    </w:p>
    <w:p>
      <w:r>
        <w:t>اذا الالة الاولى او الالية الاولى ميكانيزم الاول هو ان تكون له حافظة يضع فيها هذه المشهورات اما عامة واما خاصة الثانية الآلة الثانية الإقتدار على تفصيل معاني الألفاظ المشتركة المشتركة بالمشترك اللفظي المشتركة بالإشتراك المعنوي بينا الفرق بين المشترك المعنوي والمشترك اللفظي</w:t>
      </w:r>
    </w:p>
    <w:p>
      <w:r>
        <w:t>والمشككة والمتشابهة والمتباهلة والمترادفة هذه كلها تكن له ملكة في التفصيل بينه حتى الغاية لا يقتصر على الدعوة المجردة بل وجه الاشتراك والتشكيك</w:t>
      </w:r>
    </w:p>
    <w:p>
      <w:r>
        <w:t>ومهما اقتدر المجادل على تفصيل الاسم المشترك امكنه ان يغالط ويغلط</w:t>
      </w:r>
    </w:p>
    <w:p>
      <w:r>
        <w:t>ويكفي المجيب السائل الملاجا الملاجا يعني اللجاج فيما لا خلاف فيه</w:t>
      </w:r>
    </w:p>
    <w:p>
      <w:r>
        <w:t>حتى الامور التي لا خلاف فيها الجدل يمكن ان يثير الخلاف فيها</w:t>
      </w:r>
    </w:p>
    <w:p>
      <w:r>
        <w:t>لانها صناعة تريد التبكيت</w:t>
      </w:r>
    </w:p>
    <w:p>
      <w:r>
        <w:t>هذه هي الغاية</w:t>
      </w:r>
    </w:p>
    <w:p>
      <w:r>
        <w:t>بكل وسيلة كانت</w:t>
      </w:r>
    </w:p>
    <w:p>
      <w:r>
        <w:t>كما قال فيما مر حتى القياس من الشكل الثاني آآ بمقدمتين موجبتين</w:t>
      </w:r>
    </w:p>
    <w:p>
      <w:r>
        <w:t>مثلا يقول حيوان حساس الحيوان حد اوسط</w:t>
      </w:r>
    </w:p>
    <w:p>
      <w:r>
        <w:t>والان حساس حساس لأنه حيوان يخرج لك النتيجة الحيوان الإنسان حيوان انسان والحمار حيوان فالإنس فهو انسان لأن هذا الشكل الثاني مشروط بالاختلاف بين المقدمتين بالا هنا لم يراعي هذا الشرط ثم غالط اخذ نتيجة عجيبة وغريبة وهي كل حيوان انسان</w:t>
      </w:r>
    </w:p>
    <w:p>
      <w:r>
        <w:t>كما بين المشاغبين اذا وقع كما بين احسن كما بين المشاغبين اذا وقع بينهم خلاف بسبب اللفظ فاذا بين المراد منه زال الخلاف</w:t>
      </w:r>
    </w:p>
    <w:p>
      <w:r>
        <w:t>اذا تكون عنده ذخيرة لغوية لا يفكك بينها</w:t>
      </w:r>
    </w:p>
    <w:p>
      <w:r>
        <w:t>يقول هذا مشترك لفظي هذا مشترك معنوي هذا مترادف</w:t>
      </w:r>
    </w:p>
    <w:p>
      <w:r>
        <w:t>هذا مشكك هذا مباين</w:t>
      </w:r>
    </w:p>
    <w:p>
      <w:r>
        <w:t>هذه الامور يجب ان تكون عنده</w:t>
      </w:r>
    </w:p>
    <w:p>
      <w:r>
        <w:t>وهذه لا تتأتى الا بالممارسة</w:t>
      </w:r>
    </w:p>
    <w:p>
      <w:r>
        <w:t>نعم هكذا انسان دفعة واحدة لا</w:t>
      </w:r>
    </w:p>
    <w:p>
      <w:r>
        <w:t>وذلك مثل قول الاصوليين في الجواب المخير</w:t>
      </w:r>
    </w:p>
    <w:p>
      <w:r>
        <w:t>الاصوليون هنا آآ علماء الحق الاصولي</w:t>
      </w:r>
    </w:p>
    <w:p>
      <w:r>
        <w:t>الذي يدرس دليلية الدليل الذي يستخدم في الاستنباط الفقه ان الجميع واجب</w:t>
      </w:r>
    </w:p>
    <w:p>
      <w:r>
        <w:t>وقال بعضهم ان الواجب واحد لا بعينه</w:t>
      </w:r>
    </w:p>
    <w:p>
      <w:r>
        <w:t>وحصول الخلاف الشديد في ذلك</w:t>
      </w:r>
    </w:p>
    <w:p>
      <w:r>
        <w:t>والسبب فيه الغلط اللفظي</w:t>
      </w:r>
    </w:p>
    <w:p>
      <w:r>
        <w:t>نعم فان القائلين بوجوب الجميع انما عانوا به انه اي واحد فعله المكلف كان قد ادى به الواجب</w:t>
      </w:r>
    </w:p>
    <w:p>
      <w:r>
        <w:t>نعم</w:t>
      </w:r>
    </w:p>
    <w:p>
      <w:r>
        <w:t>ولا يجوز له الاخلال الجميع نعم</w:t>
      </w:r>
    </w:p>
    <w:p>
      <w:r>
        <w:t>يعني تسقط الذمة بفعل واحد</w:t>
      </w:r>
    </w:p>
    <w:p>
      <w:r>
        <w:t>هذا هو الجميع</w:t>
      </w:r>
    </w:p>
    <w:p>
      <w:r>
        <w:t>نعم</w:t>
      </w:r>
    </w:p>
    <w:p>
      <w:r>
        <w:t>ولا يجب عليه الجميع فيزول حينئذ الخلاف</w:t>
      </w:r>
    </w:p>
    <w:p>
      <w:r>
        <w:t>نعم</w:t>
      </w:r>
    </w:p>
    <w:p>
      <w:r>
        <w:t>اذا قوله ان الجميع واجب وان الواجب واحد لبعينه ارتفع الخلاف بين المجادلين يعني بين الاصوليين في تحديد كلمة الجميع</w:t>
      </w:r>
    </w:p>
    <w:p>
      <w:r>
        <w:t>الجميع يعني عنوان عام اذا التزم في مصداق واحد في طبيعة واحدة انتفى الامر</w:t>
      </w:r>
    </w:p>
    <w:p>
      <w:r>
        <w:t>نعم</w:t>
      </w:r>
    </w:p>
    <w:p>
      <w:r>
        <w:t>الالة الثالثة القدرة على التمييز بين المتشابهات بالفصول والخواص</w:t>
      </w:r>
    </w:p>
    <w:p>
      <w:r>
        <w:t>نعم</w:t>
      </w:r>
    </w:p>
    <w:p>
      <w:r>
        <w:t>لان تنفصل اما بالفصول انفصال داخلي تمييز داخلي</w:t>
      </w:r>
    </w:p>
    <w:p>
      <w:r>
        <w:t>داخل الذات من الفصل ذاتي مقوم</w:t>
      </w:r>
    </w:p>
    <w:p>
      <w:r>
        <w:t>ومرة لا</w:t>
      </w:r>
    </w:p>
    <w:p>
      <w:r>
        <w:t>التميز بالخاص</w:t>
      </w:r>
    </w:p>
    <w:p>
      <w:r>
        <w:t>الخاصة يعني العربي الخاص</w:t>
      </w:r>
    </w:p>
    <w:p>
      <w:r>
        <w:t>الذي يأتي بعد انعقاد الماهية</w:t>
      </w:r>
    </w:p>
    <w:p>
      <w:r>
        <w:t>نعم</w:t>
      </w:r>
    </w:p>
    <w:p>
      <w:r>
        <w:t>القدرة على التمييز بين المتشابهات بالفصول والخواص</w:t>
      </w:r>
    </w:p>
    <w:p>
      <w:r>
        <w:t>واستنباط الامور المميزة بين الامور المتقاربة جدا</w:t>
      </w:r>
    </w:p>
    <w:p>
      <w:r>
        <w:t>وهذه دقيقة جدا تحتاج الى ممارس كبيرة جدا فان الذي يظهر بيانه لا يكتسب باستنباط فصوله دربة وعادة</w:t>
      </w:r>
    </w:p>
    <w:p>
      <w:r>
        <w:t>نعم ليقتدر بذلك على اخراج شيء من حكم يعمه</w:t>
      </w:r>
    </w:p>
    <w:p>
      <w:r>
        <w:t>نعم</w:t>
      </w:r>
    </w:p>
    <w:p>
      <w:r>
        <w:t>حكم عام تخرج الخاص</w:t>
      </w:r>
    </w:p>
    <w:p>
      <w:r>
        <w:t>على اخراج الشيء وليقتدر بذلك على اخراج الشيء من حكم يعمه آآ وآآ من غيره بالفرق والامتياز بالفصول</w:t>
      </w:r>
    </w:p>
    <w:p>
      <w:r>
        <w:t>نعم</w:t>
      </w:r>
    </w:p>
    <w:p>
      <w:r>
        <w:t>امتياز بالفصول وبالخواص هذه الملكة تتحقق الدربة والإنسان بالتجربة الإنسان قد يخاف من بداية الطريق كل هذه الامور وكذا مجرد ان يدخل في يدخل في الصناعة ويتعمق فيها تصير ملكة عنده القواعد الكلية الجزئيات يستخرجها ما تشاء</w:t>
      </w:r>
    </w:p>
    <w:p>
      <w:r>
        <w:t>وينتفع بذلك في صناعة القياسات المعمولة في امت غير المدعى</w:t>
      </w:r>
    </w:p>
    <w:p>
      <w:r>
        <w:t>نعم يعني في انتاج النقيض سين تستخدم هذه الادوات لاستنباط لاسين النقيض</w:t>
      </w:r>
    </w:p>
    <w:p>
      <w:r>
        <w:t>وفي توفية غير الحدود</w:t>
      </w:r>
    </w:p>
    <w:p>
      <w:r>
        <w:t>مع ماذا في انتاج غير المدعى هذا في البعد التصديقي</w:t>
      </w:r>
    </w:p>
    <w:p>
      <w:r>
        <w:t>وفي توفية غير الحدود</w:t>
      </w:r>
    </w:p>
    <w:p>
      <w:r>
        <w:t>هنا الحدود الظاهر يقصد بها الحدود الحقيقية التي تتشكل من الذاتيات</w:t>
      </w:r>
    </w:p>
    <w:p>
      <w:r>
        <w:t>نعم</w:t>
      </w:r>
    </w:p>
    <w:p>
      <w:r>
        <w:t>وفي تفصيل المشتركة يعني هنا الاسماء المشتركة يعني الاشتراك اللفظي</w:t>
      </w:r>
    </w:p>
    <w:p>
      <w:r>
        <w:t>الاشتراك اللفظي نعم</w:t>
      </w:r>
    </w:p>
    <w:p>
      <w:r>
        <w:t>من الاشتراك اللفظي لا يستخدم في في الصناعة المنطقية</w:t>
      </w:r>
    </w:p>
    <w:p>
      <w:r>
        <w:t>الجدلي فقط يسمح لانه يستخدمه لانه يريد الالة الرابعة القدرة على تحصيل التشابه بين المتبائنات والمختلفات</w:t>
      </w:r>
    </w:p>
    <w:p>
      <w:r>
        <w:t>حتى يربط بينهما</w:t>
      </w:r>
    </w:p>
    <w:p>
      <w:r>
        <w:t>نعم</w:t>
      </w:r>
    </w:p>
    <w:p>
      <w:r>
        <w:t>صعبة هذه المتباينات والمختلفات كيف وجه الشبه بينها وهي متبايناتها مختلفة</w:t>
      </w:r>
    </w:p>
    <w:p>
      <w:r>
        <w:t>اما باوصاف ايجابية واما باشتراك في محمول واحد كاشتراك الانسان والفرس في الحياة او المشي او في نسبة منفصل نسبة منفصلة او نسبة منفصلة نسبة منفصلة يعني نسبة تنفاك ليست لازمة كقولنا نسبة الربان في السفينة الى السفينة كنسبة الملك في المدينة الى مدينة</w:t>
      </w:r>
    </w:p>
    <w:p>
      <w:r>
        <w:t>اذا هذه نسبة منفصلة</w:t>
      </w:r>
    </w:p>
    <w:p>
      <w:r>
        <w:t>ما فيه ربط علي بين كون الربان</w:t>
      </w:r>
    </w:p>
    <w:p>
      <w:r>
        <w:t>السفينة هو القائد كون الملك هو ورئيس المدينة ما فيه اهلية وماله وهذه هي النسبة المنفصلة لكن التشابه موجود وهو التسيير التسيير والتدبير</w:t>
      </w:r>
    </w:p>
    <w:p>
      <w:r>
        <w:t>نعم</w:t>
      </w:r>
    </w:p>
    <w:p>
      <w:r>
        <w:t>اذا نسبة الربان في السفينة الى السفينة كنسبة الملك في المدينة الى المدينة</w:t>
      </w:r>
    </w:p>
    <w:p>
      <w:r>
        <w:t>من حيث التدبير</w:t>
      </w:r>
    </w:p>
    <w:p>
      <w:r>
        <w:t>او في نسبة موصلة موصلة يعني آآ تربط تقاولنا نسبة البصر النفس كنسبة السمع اليها</w:t>
      </w:r>
    </w:p>
    <w:p>
      <w:r>
        <w:t>نعم هنا ما فيه</w:t>
      </w:r>
    </w:p>
    <w:p>
      <w:r>
        <w:t>آآ في هنا في هذا المثال نسبة البصر الى النفس كنسبة السبع اليها ونفيه علية ومع الولياء</w:t>
      </w:r>
    </w:p>
    <w:p>
      <w:r>
        <w:t>النفس علة الب وعلة السمع</w:t>
      </w:r>
    </w:p>
    <w:p>
      <w:r>
        <w:t>المثال الثاني له كل في دائرته لا هنا في داخل النفس</w:t>
      </w:r>
    </w:p>
    <w:p>
      <w:r>
        <w:t>ولهذا يقول نسبة موصلة</w:t>
      </w:r>
    </w:p>
    <w:p>
      <w:r>
        <w:t>واما بأوصاف سلبية كقوانين الجوهر والكم يتشاركان في انه لا ضد لهم</w:t>
      </w:r>
    </w:p>
    <w:p>
      <w:r>
        <w:t>نعم الظدية في الكم</w:t>
      </w:r>
    </w:p>
    <w:p>
      <w:r>
        <w:t>في الالوان اذا حل اللون الابيض لا يحل لون اسود</w:t>
      </w:r>
    </w:p>
    <w:p>
      <w:r>
        <w:t>اما الجواهر اصلا لا تضاد بينها</w:t>
      </w:r>
    </w:p>
    <w:p>
      <w:r>
        <w:t>ثم فيه ملاك التضاد</w:t>
      </w:r>
    </w:p>
    <w:p>
      <w:r>
        <w:t>لانها ليست من اولا نعم بينها التبادل الفلسفي</w:t>
      </w:r>
    </w:p>
    <w:p>
      <w:r>
        <w:t>النار تضاد الماء والماء يضاد النار</w:t>
      </w:r>
    </w:p>
    <w:p>
      <w:r>
        <w:t>هذا التضاد الفلسفي</w:t>
      </w:r>
    </w:p>
    <w:p>
      <w:r>
        <w:t>لهنا التضاد المنطقي</w:t>
      </w:r>
    </w:p>
    <w:p>
      <w:r>
        <w:t>مثل الالوان اذا حل اللون الابيض في جسم لا يحل فيه السواد</w:t>
      </w:r>
    </w:p>
    <w:p>
      <w:r>
        <w:t>واما باوصاف سلبية كقولون الجوهر والكم يتشاركان في انه لا ضد لهما</w:t>
      </w:r>
    </w:p>
    <w:p>
      <w:r>
        <w:t>نعم</w:t>
      </w:r>
    </w:p>
    <w:p>
      <w:r>
        <w:t>والفائدة هنا ظد الفائدة في الالة وهو ادراج الشيء في حكم ثبت لغيره بالتمثيل التمثيل يعني بالتشبيه</w:t>
      </w:r>
    </w:p>
    <w:p>
      <w:r>
        <w:t>وبالجملة الفرق بين المتشابهات والتشابه بين المتبائنات هو العلم الذي ينتفع به ذلك في وهذا في الاجناس وفي القياسات الشرطية المتصلة من حيث يقع بان الممكن في شيء ممكن في شبيهه هذه هي القاعدة الكلية</w:t>
      </w:r>
    </w:p>
    <w:p>
      <w:r>
        <w:t>نعم</w:t>
      </w:r>
    </w:p>
    <w:p>
      <w:r>
        <w:t>فهذه القواعد تتصل بالمجادل ولا تتصل بالحقل المنطقي ولهذا هو ذكي المحقق التونسي في اول الكتاب يعني اول باب الجدل</w:t>
      </w:r>
    </w:p>
    <w:p>
      <w:r>
        <w:t>ماذا قال? قال صناعة علمية</w:t>
      </w:r>
    </w:p>
    <w:p>
      <w:r>
        <w:t>صناعة يعني انسان يمارسها فركز على الممارسة والممارسة اكثر من من البعد البعد المنطقي ممكن البعد المنطقي في التعريف فقط يعني انتقال من المشهورات الى نتيجة مشهورة بعد الصورة تراعى لا تراعى هذا لا يهم</w:t>
      </w:r>
    </w:p>
    <w:p>
      <w:r>
        <w:t>لأنه قد يستخدم حتى قياس من الشكل الثاني بإيجاب المقدمتين</w:t>
      </w:r>
    </w:p>
    <w:p>
      <w:r>
        <w:t>نعم</w:t>
      </w:r>
    </w:p>
    <w:p>
      <w:r>
        <w:t>ولهذا ما في حديث طويل عن ماذا? عن القياس بما هو قياس الجدلي وراحلا ممارس راحلا مجادل</w:t>
      </w:r>
    </w:p>
    <w:p>
      <w:r>
        <w:t>وما هي الملكة التي آآ شروط الملكة التي تتكون حتى يكون المجادل قويا هذا فقط</w:t>
      </w:r>
    </w:p>
    <w:p>
      <w:r>
        <w:t>نعم</w:t>
      </w:r>
    </w:p>
    <w:p>
      <w:r>
        <w:t>الموضع في الجدل قال وكل حكم منفرد يعني هذا ما يسمى بالاوضاع المعتقدات</w:t>
      </w:r>
    </w:p>
    <w:p>
      <w:r>
        <w:t>ما هي? وكل حكم حكم يعني قضية هنا</w:t>
      </w:r>
    </w:p>
    <w:p>
      <w:r>
        <w:t>منفرد يتشعب منه احكام جزئية يصلح لان يجعل مقدمات الاقيسة يسمى موضعا او وضعا</w:t>
      </w:r>
    </w:p>
    <w:p>
      <w:r>
        <w:t>هذه هي القاعدة الجدلية</w:t>
      </w:r>
    </w:p>
    <w:p>
      <w:r>
        <w:t>عندك عندك قضية التفرع منها تفريعات</w:t>
      </w:r>
    </w:p>
    <w:p>
      <w:r>
        <w:t>اقول لما كان موظوع منطقي العلوم والامور الكلية</w:t>
      </w:r>
    </w:p>
    <w:p>
      <w:r>
        <w:t>لما كان موضوع المنطق موضوع علم المنطق ليس المنطق</w:t>
      </w:r>
    </w:p>
    <w:p>
      <w:r>
        <w:t>المنطق ما عنده موظوع</w:t>
      </w:r>
    </w:p>
    <w:p>
      <w:r>
        <w:t>المنطق عبارة عن قواعد الكلية صار مدينة ما عندها موضوع</w:t>
      </w:r>
    </w:p>
    <w:p>
      <w:r>
        <w:t>الموضوع للحقل المنطقي لعلم المنطق</w:t>
      </w:r>
    </w:p>
    <w:p>
      <w:r>
        <w:t>ولما كان موضوع علم المنطق او المنطق علم المنطق العلوم والامور الكلية</w:t>
      </w:r>
    </w:p>
    <w:p>
      <w:r>
        <w:t>وصلنا الا اذا فسرنا المسألة هكذا</w:t>
      </w:r>
    </w:p>
    <w:p>
      <w:r>
        <w:t>ليس مراد الماتن هنا الحقل المنطقي</w:t>
      </w:r>
    </w:p>
    <w:p>
      <w:r>
        <w:t>مراده هذا</w:t>
      </w:r>
    </w:p>
    <w:p>
      <w:r>
        <w:t>عندنا مجموعة من القواعد السرمدية</w:t>
      </w:r>
    </w:p>
    <w:p>
      <w:r>
        <w:t>تسمى القواعد سلمنا هل المنطق بوصفه قواعد سرمدية يولد العلوم؟ ابدا</w:t>
      </w:r>
    </w:p>
    <w:p>
      <w:r>
        <w:t>وليس من سنخه ان يولد العلوم</w:t>
      </w:r>
    </w:p>
    <w:p>
      <w:r>
        <w:t>اذا نملأه بماذا؟ ما هي الموضوعات التي نملأ بها تلك القواعد السرمدية؟ هذا راجع الى العلوم قد تكون في الفيزياء قد تكون في الكيمياء قد تكون في الفلك قد تكون في الفلسفة قد تكون في علم الاصول وهكذا</w:t>
      </w:r>
    </w:p>
    <w:p>
      <w:r>
        <w:t>اذا لما كان موضوع المنطق يعني الموضوعات التي آآ تخضع لتلك القواعد المعيارية السرمدية اه العلوم والامور الكلية طبعا لان العلوم ليست جزئية وكان الجدل من جملته وكان الجدل من جملة المنطق كذلك هو معايير نعم كان موضوع الجدل ايضا من العلوم والامور الكلية</w:t>
      </w:r>
    </w:p>
    <w:p>
      <w:r>
        <w:t>يعني تأتي آآ آآ مواد علمية فيزيائية كيميائية لا يهم</w:t>
      </w:r>
    </w:p>
    <w:p>
      <w:r>
        <w:t>كلامية وتخضعها لتلك المعايير الجدلية</w:t>
      </w:r>
    </w:p>
    <w:p>
      <w:r>
        <w:t>اذا هذه من العلوم والامور الكلية هذه الادوات المعرفية اللبنات المعرفية التي تنتمي الى الحقول</w:t>
      </w:r>
    </w:p>
    <w:p>
      <w:r>
        <w:t>المعرفية تتحدث عن العدل والحسن والقبح والظلم والمسؤولية</w:t>
      </w:r>
    </w:p>
    <w:p>
      <w:r>
        <w:t>وهذه الامور هذا فلسفة الاخلاق</w:t>
      </w:r>
    </w:p>
    <w:p>
      <w:r>
        <w:t>تتحدث عن آآ البراءة العقلية البراءة الشرعية الاستصحاب</w:t>
      </w:r>
    </w:p>
    <w:p>
      <w:r>
        <w:t>حجية خبر واحد انت في علم الاصول وهكذا هذه هي العلوم الكلية</w:t>
      </w:r>
    </w:p>
    <w:p>
      <w:r>
        <w:t>نعم فمحمولاته كذلك فمحمولات الجدل كذلك</w:t>
      </w:r>
    </w:p>
    <w:p>
      <w:r>
        <w:t>حسب الحقل المعرفي</w:t>
      </w:r>
    </w:p>
    <w:p>
      <w:r>
        <w:t>وذلك اما ان يكون من احدى الكليات امس انا في التعريف في التعريف كليات الخمس كقواعد منطقية فارغة</w:t>
      </w:r>
    </w:p>
    <w:p>
      <w:r>
        <w:t>انت تبلأها ماذا? تملأها بالحقل المعرفي الذي تنتمي اليه</w:t>
      </w:r>
    </w:p>
    <w:p>
      <w:r>
        <w:t>تقول الانسان حسب حسب الحق الذي يدرس الانسان قد نحتاجه في علم النفس في الفلسفة في علم الاناثة عن لا يهم ثم تريد ان تعرفه تبني الصرح المعرفي</w:t>
      </w:r>
    </w:p>
    <w:p>
      <w:r>
        <w:t>هنا الحقل المعطي الحقل المنطقي يعطيك ظابطة</w:t>
      </w:r>
    </w:p>
    <w:p>
      <w:r>
        <w:t>اذا تريد تعرف ماهية الانسان عليك بالجنس والفصل</w:t>
      </w:r>
    </w:p>
    <w:p>
      <w:r>
        <w:t>اما لبنات الجنس والفصل ما عنده علاقة المنطقي بها</w:t>
      </w:r>
    </w:p>
    <w:p>
      <w:r>
        <w:t>من اين تأتي بها? تأتي بها في عقلك</w:t>
      </w:r>
    </w:p>
    <w:p>
      <w:r>
        <w:t>حيوان ناطق</w:t>
      </w:r>
    </w:p>
    <w:p>
      <w:r>
        <w:t>المنطق عنده علاقة بالحيوان? لأ</w:t>
      </w:r>
    </w:p>
    <w:p>
      <w:r>
        <w:t>بالمنطق? لا</w:t>
      </w:r>
    </w:p>
    <w:p>
      <w:r>
        <w:t>نعم في علوم اخرى يتغير تغير هذه اللبنات</w:t>
      </w:r>
    </w:p>
    <w:p>
      <w:r>
        <w:t>فيقول وآآ فمحمولات الجدل كذلك</w:t>
      </w:r>
    </w:p>
    <w:p>
      <w:r>
        <w:t>وذلك باما ان يكون من احدى الكليات الخمس</w:t>
      </w:r>
    </w:p>
    <w:p>
      <w:r>
        <w:t>يعني هذه اللبنات آآ الطبيعية التي تنتمي الى الحقول المتعددة او من الحدود والرسوب</w:t>
      </w:r>
    </w:p>
    <w:p>
      <w:r>
        <w:t>في الحدود والرسوم يعني في التعريفات</w:t>
      </w:r>
    </w:p>
    <w:p>
      <w:r>
        <w:t>لان الكليات هي هذه لا غير</w:t>
      </w:r>
    </w:p>
    <w:p>
      <w:r>
        <w:t>وانما يخالف الجدل من الغرض يعني الهدف الذي يطلبه الجدلي لا من جهة الموضوع المحمول</w:t>
      </w:r>
    </w:p>
    <w:p>
      <w:r>
        <w:t>نعم</w:t>
      </w:r>
    </w:p>
    <w:p>
      <w:r>
        <w:t>اذا من كان يجاد الفعل بالكلام لبناته تنتمي الى علم الكلام</w:t>
      </w:r>
    </w:p>
    <w:p>
      <w:r>
        <w:t>النبوة الامامة الله العدل المعاد الصراط هذه اللبنات العقدية</w:t>
      </w:r>
    </w:p>
    <w:p>
      <w:r>
        <w:t>هذه اللبنات العقدية في الصناعة الجدلية هو عنده القواعد المنطقية الصرمدية</w:t>
      </w:r>
    </w:p>
    <w:p>
      <w:r>
        <w:t>قواعد الكليات الخمس قواعد التعريف حد ورسم وقواعد قضايا وقواعدها اقيس</w:t>
      </w:r>
    </w:p>
    <w:p>
      <w:r>
        <w:t>نعم</w:t>
      </w:r>
    </w:p>
    <w:p>
      <w:r>
        <w:t>المواجة دي لا فرق</w:t>
      </w:r>
    </w:p>
    <w:p>
      <w:r>
        <w:t>لا فرق بينه وبين البرهان</w:t>
      </w:r>
    </w:p>
    <w:p>
      <w:r>
        <w:t>مواد مواد</w:t>
      </w:r>
    </w:p>
    <w:p>
      <w:r>
        <w:t>ثم هذه القوالب السرمدية واحدة</w:t>
      </w:r>
    </w:p>
    <w:p>
      <w:r>
        <w:t>الغاية هو التبكيت</w:t>
      </w:r>
    </w:p>
    <w:p>
      <w:r>
        <w:t>اذا كانت الغاية هي بكيت وهو يفعل ما يشاء</w:t>
      </w:r>
    </w:p>
    <w:p>
      <w:r>
        <w:t>يخربط حتى في القواعد المنطقية</w:t>
      </w:r>
    </w:p>
    <w:p>
      <w:r>
        <w:t>نعم</w:t>
      </w:r>
    </w:p>
    <w:p>
      <w:r>
        <w:t>فهذه المحمولات هي التي يختلف المتجادلون فيها بالاثبات والابطال</w:t>
      </w:r>
    </w:p>
    <w:p>
      <w:r>
        <w:t>نعم</w:t>
      </w:r>
    </w:p>
    <w:p>
      <w:r>
        <w:t>للمحمولات يعني القضايا التي تنتمي الى الحقول المعرفية</w:t>
      </w:r>
    </w:p>
    <w:p>
      <w:r>
        <w:t>ذاك يقول آآ النبي معصوم بالعصمة المطلقة ذاك يقول معصوم بالعصمة الجزئية</w:t>
      </w:r>
    </w:p>
    <w:p>
      <w:r>
        <w:t>او اصل ليس بمعصوم</w:t>
      </w:r>
    </w:p>
    <w:p>
      <w:r>
        <w:t>لاحظت? اذا هذه المحمولات والموضوعات كذلك تنتمي للحقلن الكلامي</w:t>
      </w:r>
    </w:p>
    <w:p>
      <w:r>
        <w:t>وقد تجد هذا الامر في حقل اخر</w:t>
      </w:r>
    </w:p>
    <w:p>
      <w:r>
        <w:t>يأتيك بموضوع محمول ينتمي الى ذلك الحاقل</w:t>
      </w:r>
    </w:p>
    <w:p>
      <w:r>
        <w:t>نعم</w:t>
      </w:r>
    </w:p>
    <w:p>
      <w:r>
        <w:t>فهذه المحمولات هي التي تختلف متجادلا فيها بالاثبات والابطال بيناها ويحتاج كل منهما يعني المخاطب المخاطب والمخاطب من الى اصول يتقوى بها على الاثبات يتقوى يعني يرتكز عليها على الاثبات والابطال</w:t>
      </w:r>
    </w:p>
    <w:p>
      <w:r>
        <w:t>الاول يثبت عصمة النبي مطلقا</w:t>
      </w:r>
    </w:p>
    <w:p>
      <w:r>
        <w:t>يحتاج الى اصول يثبت هذا الامر</w:t>
      </w:r>
    </w:p>
    <w:p>
      <w:r>
        <w:t>والطرف الثاني يقول النبي ليس بمعصوم بالعصمة المطلقة يحتاج الى امور يرتكز عليها حتى يثبت هذا الامر العصمة المطلقة</w:t>
      </w:r>
    </w:p>
    <w:p>
      <w:r>
        <w:t>الذي هو غرض الجدل</w:t>
      </w:r>
    </w:p>
    <w:p>
      <w:r>
        <w:t>وتعرفها وتعرف هذه المحمولات بالاستقراء والقياس</w:t>
      </w:r>
    </w:p>
    <w:p>
      <w:r>
        <w:t>القياس هنا الاستنباط</w:t>
      </w:r>
    </w:p>
    <w:p>
      <w:r>
        <w:t>يكون بالاستقراء والقياس في كل واحد من محمولات المسائل التي يرام يرام يعني يسعى</w:t>
      </w:r>
    </w:p>
    <w:p>
      <w:r>
        <w:t>يسعى التي يرام اثا وابطالها وهي الاصول التي تعرف بانها الشيء هو هو بالشخص او بالنوع او بالجنس او بالخاصة</w:t>
      </w:r>
    </w:p>
    <w:p>
      <w:r>
        <w:t>نعم والتي يعرف بها اي اي الامرين اولى واثر</w:t>
      </w:r>
    </w:p>
    <w:p>
      <w:r>
        <w:t>نعم</w:t>
      </w:r>
    </w:p>
    <w:p>
      <w:r>
        <w:t>وتسمى هذه اصول في عبارة القدماء مواضع</w:t>
      </w:r>
    </w:p>
    <w:p>
      <w:r>
        <w:t>نعم</w:t>
      </w:r>
    </w:p>
    <w:p>
      <w:r>
        <w:t>مواضع اصطلاح يعني ما يعتقده هذا المجادل</w:t>
      </w:r>
    </w:p>
    <w:p>
      <w:r>
        <w:t>اي موضع بحث ونظر هذا هو</w:t>
      </w:r>
    </w:p>
    <w:p>
      <w:r>
        <w:t>موظة بحث ونظر يعني هذه المعتقدات</w:t>
      </w:r>
    </w:p>
    <w:p>
      <w:r>
        <w:t>متبن الان تسمى المتبنيات نعم الخلفيات المعرفية بقول هرمونيتيكين والموضع هو كل حكم كلي واحد اذا قلت حكم كلي يعني قضية اه قضية القضية باللسان المنطقي معتقد بلسان المعرفي خلفيات بلسان الهرمونيتيكي وهكذا</w:t>
      </w:r>
    </w:p>
    <w:p>
      <w:r>
        <w:t>والموضع هو كل حكم كل واحد يتشعب منه احكام كثيرة</w:t>
      </w:r>
    </w:p>
    <w:p>
      <w:r>
        <w:t>كل واحد منها جزئي بالنسبة الي ذلك الحكم الكلي وصالح ان يصير مقدمة لقياس جدلي باعتبار شهرتي</w:t>
      </w:r>
    </w:p>
    <w:p>
      <w:r>
        <w:t>طبعا ان القياس قياس يعتمد على المشهورات</w:t>
      </w:r>
    </w:p>
    <w:p>
      <w:r>
        <w:t>كقولنا احد الظدين اذا كان في موضوع قال الآخر في ضده</w:t>
      </w:r>
    </w:p>
    <w:p>
      <w:r>
        <w:t>نعم</w:t>
      </w:r>
    </w:p>
    <w:p>
      <w:r>
        <w:t>ان لان الضدين لا يجتمعان في موضوع واحد</w:t>
      </w:r>
    </w:p>
    <w:p>
      <w:r>
        <w:t>نعم</w:t>
      </w:r>
    </w:p>
    <w:p>
      <w:r>
        <w:t>فان فانه حكم كلي يتشعب منه حكم الجزء بالنسبة اليه</w:t>
      </w:r>
    </w:p>
    <w:p>
      <w:r>
        <w:t>وان كان كليا في نفسه يعني حتى هزا الجزئي قد يكون كليا بالنسبة الى ما تحته</w:t>
      </w:r>
    </w:p>
    <w:p>
      <w:r>
        <w:t>وهو قولنا ان كان وضع الاحسان في فالاصدقاء حسنا</w:t>
      </w:r>
    </w:p>
    <w:p>
      <w:r>
        <w:t>اذا كان وضع الاحسان في الاصدقاء حسنا</w:t>
      </w:r>
    </w:p>
    <w:p>
      <w:r>
        <w:t>كان وضع في الاعداء حسنا الى غير ذلك من المواضيع نعم جميل جدا نعم قال وربما لا يكون مشهور وانما تلحق الشهرة جزئية يأتي ان شاء الله</w:t>
      </w:r>
    </w:p>
    <w:p>
      <w:r>
        <w:t>اللهم صل على محمد وال محمد</w:t>
      </w:r>
    </w:p>
    <w:p>
      <w:r>
        <w:t>وال محمد</w:t>
      </w:r>
    </w:p>
    <w:p>
      <w:r>
        <w:t>اللهم صل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