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قال وربما لا يكون مشهورا وانما تلحق الشهرة جزءيته</w:t>
      </w:r>
    </w:p>
    <w:p>
      <w:r>
        <w:t>نعم القانون الكلي لا يكون مشهورا في سريانه الجزئي في جزئياته يكون مشهورا</w:t>
      </w:r>
    </w:p>
    <w:p>
      <w:r>
        <w:t>اقول الحكم الكلي الموظع المتبنى العقيدة الخلفية قد لا يكون مشهورا وتكون جزئياته مشهورة</w:t>
      </w:r>
    </w:p>
    <w:p>
      <w:r>
        <w:t>فلا يكون مقدما للجدل لعدم شهرته</w:t>
      </w:r>
    </w:p>
    <w:p>
      <w:r>
        <w:t>وتكون الجزئية صالحة لان مقدمات</w:t>
      </w:r>
    </w:p>
    <w:p>
      <w:r>
        <w:t>تقول لماذا يا شيخنا عزيزي قل تبع الملاك</w:t>
      </w:r>
    </w:p>
    <w:p>
      <w:r>
        <w:t>الملاك هو الشهرة في الجدل</w:t>
      </w:r>
    </w:p>
    <w:p>
      <w:r>
        <w:t>والسبب فيه ان الجزئيات ان الجزئيات آآ اعرف عند الحس</w:t>
      </w:r>
    </w:p>
    <w:p>
      <w:r>
        <w:t>نعم السيدان على ما نحل هنا يأتي بشيء جميل جدا</w:t>
      </w:r>
    </w:p>
    <w:p>
      <w:r>
        <w:t>نعم</w:t>
      </w:r>
    </w:p>
    <w:p>
      <w:r>
        <w:t>لماذا الفلاسفة يؤسسون للثورات العلمية والثورات السياسية</w:t>
      </w:r>
    </w:p>
    <w:p>
      <w:r>
        <w:t>وي غيره لانهم يعتمدون على الكليات والكليات ابعد عن الناس وعن العوام</w:t>
      </w:r>
    </w:p>
    <w:p>
      <w:r>
        <w:t>ولهذا قلت لكم لماذا نجحت الشيوعية والوجودية السامترية لانه القضية هذه الفلسفات لاخراجها الى الجمهور يجب ان تراعي حواس الجمهور</w:t>
      </w:r>
    </w:p>
    <w:p>
      <w:r>
        <w:t>لان الجمهور يتعامل بالخيال والحس</w:t>
      </w:r>
    </w:p>
    <w:p>
      <w:r>
        <w:t>فدخلوا من هذه الزاوية</w:t>
      </w:r>
    </w:p>
    <w:p>
      <w:r>
        <w:t>الوجودية دخلت الى الروايات والفن الماركسية الشيوعية وراحت الى السياسة على مستوى مسألة العوام حقوقك ضاعت انت مضطهد وهذه الامور واعتمدت على المسرحيات اكثر</w:t>
      </w:r>
    </w:p>
    <w:p>
      <w:r>
        <w:t>ترجمة متبنياتها في مسرحيات والمسرحية ما هي? مسرحية هي حركة حسية لهذه الكليات</w:t>
      </w:r>
    </w:p>
    <w:p>
      <w:r>
        <w:t>فتنجح</w:t>
      </w:r>
    </w:p>
    <w:p>
      <w:r>
        <w:t>اما الفيل الذي يبقى في كلياته نعم قد يؤثر تأثيرا كبيرا لكن لا يكون في الساحة</w:t>
      </w:r>
    </w:p>
    <w:p>
      <w:r>
        <w:t>بعض الفلسفات مية سنة حتى تحركت في المجتمع</w:t>
      </w:r>
    </w:p>
    <w:p>
      <w:r>
        <w:t>والسبب في ان الجزئيات اعرف عند الحس نعم والامور الكلية ابعد تعقنا عند العوام لعدم التفاتهم اليها وتفطرهم لها</w:t>
      </w:r>
    </w:p>
    <w:p>
      <w:r>
        <w:t>فتكون شهرتها اقل</w:t>
      </w:r>
    </w:p>
    <w:p>
      <w:r>
        <w:t>نعم اذا هذا راجع الى الفاعل المعرفي الفاعل المعرفي يعني المدرك ضعيف وهذا حال العوام على العوام هو مهتم بمعيشاته ولا تهم هذه المعارف ولا هذه الامور</w:t>
      </w:r>
    </w:p>
    <w:p>
      <w:r>
        <w:t>نعم تخيل انت سياسي وطني</w:t>
      </w:r>
    </w:p>
    <w:p>
      <w:r>
        <w:t>يحب وطنه كثيرا</w:t>
      </w:r>
    </w:p>
    <w:p>
      <w:r>
        <w:t>يؤسس لخريطة عمل برنامج عمل بعد خمسين سنة تصير هذه الدولة قوية جدا</w:t>
      </w:r>
    </w:p>
    <w:p>
      <w:r>
        <w:t>هذه فقط الخواص</w:t>
      </w:r>
    </w:p>
    <w:p>
      <w:r>
        <w:t>العميل افهم</w:t>
      </w:r>
    </w:p>
    <w:p>
      <w:r>
        <w:t>العامل يقول ما فعلت هذه الدولة آآ شيء لنا? لماذا? لانه هو يريد يرى المحسوس يملأ بطنه وينام ويسكن جيدا وانتهى الامر</w:t>
      </w:r>
    </w:p>
    <w:p>
      <w:r>
        <w:t>اما هكذا التخطيط الكلي الاستراتيجي هو لا يدركه</w:t>
      </w:r>
    </w:p>
    <w:p>
      <w:r>
        <w:t>ولهذا اه الحكومات التي ادركت هذا الامر اشبعت بطون الناس</w:t>
      </w:r>
    </w:p>
    <w:p>
      <w:r>
        <w:t>وخلاتهم كالحيوانات اصلا لا يهتمون باي مثل واي قيمة</w:t>
      </w:r>
    </w:p>
    <w:p>
      <w:r>
        <w:t>اه قيمة من القيم ولا حتى وطنهم المهم يستاهلو كي يستاهلك تنتهي بالثروات</w:t>
      </w:r>
    </w:p>
    <w:p>
      <w:r>
        <w:t>الوطن يدخل الى المحاق ويختفي</w:t>
      </w:r>
    </w:p>
    <w:p>
      <w:r>
        <w:t>يصير عالة على غيره يصير عبدا لغيره ما يهمه هذا الأمر</w:t>
      </w:r>
    </w:p>
    <w:p>
      <w:r>
        <w:t>المهم انا املأ لي بطني</w:t>
      </w:r>
    </w:p>
    <w:p>
      <w:r>
        <w:t>هذه هي القاعدة ان تكون هذه القاعدة التكوينية لهذه الامور</w:t>
      </w:r>
    </w:p>
    <w:p>
      <w:r>
        <w:t>نعم</w:t>
      </w:r>
    </w:p>
    <w:p>
      <w:r>
        <w:t>فتكون شهرتها اقل</w:t>
      </w:r>
    </w:p>
    <w:p>
      <w:r>
        <w:t>ولان النقيض العام اكثر من الخاص نعم</w:t>
      </w:r>
    </w:p>
    <w:p>
      <w:r>
        <w:t>هذه قاعدة لان نقيض العام اكثر من الخاص كان الامر عاما النقيض يتوسع نعم</w:t>
      </w:r>
    </w:p>
    <w:p>
      <w:r>
        <w:t>نعم</w:t>
      </w:r>
    </w:p>
    <w:p>
      <w:r>
        <w:t>نقيض الانسان واللا انسان</w:t>
      </w:r>
    </w:p>
    <w:p>
      <w:r>
        <w:t>اما نقيض الحيوان اللاحيوان يسري في الاسد في الله</w:t>
      </w:r>
    </w:p>
    <w:p>
      <w:r>
        <w:t>نمر في اللا فأر في اللا حمار وهكذا</w:t>
      </w:r>
    </w:p>
    <w:p>
      <w:r>
        <w:t>نعم</w:t>
      </w:r>
    </w:p>
    <w:p>
      <w:r>
        <w:t>ولان نقيض العام اكثر من الخاص ولهذا كان الاطلاع على كذب العام اسهل فلهذين الاعتبارين قد يكون الجزئي مشهورا وكلي هو الذي يعلو عليه غير مشهور هذا اصل انتروبولوجي</w:t>
      </w:r>
    </w:p>
    <w:p>
      <w:r>
        <w:t>اصل يمس حقيقة انسان</w:t>
      </w:r>
    </w:p>
    <w:p>
      <w:r>
        <w:t>حقيقة الانسان</w:t>
      </w:r>
    </w:p>
    <w:p>
      <w:r>
        <w:t>درة في الجدل لم تكن حتى في البرهان</w:t>
      </w:r>
    </w:p>
    <w:p>
      <w:r>
        <w:t>نعم سجلها عندك هذه جيدا</w:t>
      </w:r>
    </w:p>
    <w:p>
      <w:r>
        <w:t>اذا السياسة الناجح بين العوام والسياسي الذي يتكلم في اه الامور العامة</w:t>
      </w:r>
    </w:p>
    <w:p>
      <w:r>
        <w:t>السياسي الناجح بين النخبة هو الذي يتكلم في الامور الخاصة</w:t>
      </w:r>
    </w:p>
    <w:p>
      <w:r>
        <w:t>نعم</w:t>
      </w:r>
    </w:p>
    <w:p>
      <w:r>
        <w:t>وهذا هو السياسي الخبير</w:t>
      </w:r>
    </w:p>
    <w:p>
      <w:r>
        <w:t>مقدمات الجدل مقدمات يعني تلك المتباينات اذا ادخلناها في سورة القياس</w:t>
      </w:r>
    </w:p>
    <w:p>
      <w:r>
        <w:t>تشكل القياس</w:t>
      </w:r>
    </w:p>
    <w:p>
      <w:r>
        <w:t>والمقدمات هي التي يسأل عنها نعم من المسائل مسائل في العلم</w:t>
      </w:r>
    </w:p>
    <w:p>
      <w:r>
        <w:t>وتتألف لما يكون ناقضا للوضع</w:t>
      </w:r>
    </w:p>
    <w:p>
      <w:r>
        <w:t>مقدمات سر في القياس تعطي نتيجة ناقدة لما يدعيه الطرف المقابل</w:t>
      </w:r>
    </w:p>
    <w:p>
      <w:r>
        <w:t>الطرف المقابل يقول النبي ليس بمعصوم فانت تأتي بمتبنيات تبين عصمة النبي في بطل مدعاة النبي ليس بمعصوم</w:t>
      </w:r>
    </w:p>
    <w:p>
      <w:r>
        <w:t>اقول صناعة الجدل تتم بامرين</w:t>
      </w:r>
    </w:p>
    <w:p>
      <w:r>
        <w:t>سؤال وجواب لانه جدل بين الطرفين</w:t>
      </w:r>
    </w:p>
    <w:p>
      <w:r>
        <w:t>والغاية هي الافحام والاسكات والتبكيت</w:t>
      </w:r>
    </w:p>
    <w:p>
      <w:r>
        <w:t>المجيب يؤلف اقيسته من الذائعات</w:t>
      </w:r>
    </w:p>
    <w:p>
      <w:r>
        <w:t>الذائعات يعني المشهورات</w:t>
      </w:r>
    </w:p>
    <w:p>
      <w:r>
        <w:t>على ما مضى</w:t>
      </w:r>
    </w:p>
    <w:p>
      <w:r>
        <w:t>واما السائل فان مقدماته هي التي يسأل عنها السائل</w:t>
      </w:r>
    </w:p>
    <w:p>
      <w:r>
        <w:t>آآ مو مغيرة الصورة من صيغة الاخبار الى صيغة الاستخبار</w:t>
      </w:r>
    </w:p>
    <w:p>
      <w:r>
        <w:t>ليسأل يريد ان يحصل على الخبر هذا هو الاستخبار</w:t>
      </w:r>
    </w:p>
    <w:p>
      <w:r>
        <w:t>الاستخبار صيغة لغوية تريد ان يصل الى شيء</w:t>
      </w:r>
    </w:p>
    <w:p>
      <w:r>
        <w:t>نعم</w:t>
      </w:r>
    </w:p>
    <w:p>
      <w:r>
        <w:t>استسمحك يعني اريد السماح</w:t>
      </w:r>
    </w:p>
    <w:p>
      <w:r>
        <w:t>نعم</w:t>
      </w:r>
    </w:p>
    <w:p>
      <w:r>
        <w:t>استغفرك ان يريد الغفران</w:t>
      </w:r>
    </w:p>
    <w:p>
      <w:r>
        <w:t>فيكون عدد المسائل كعدد المقدمات</w:t>
      </w:r>
    </w:p>
    <w:p>
      <w:r>
        <w:t>وبعد تسليم المجيب للمقدمات يؤلفها لينتج نتيجة مناقضة للواقع</w:t>
      </w:r>
    </w:p>
    <w:p>
      <w:r>
        <w:t>نعم</w:t>
      </w:r>
    </w:p>
    <w:p>
      <w:r>
        <w:t>فهي باعتبار مقارنة حرف الاستفهام لا تسمى مسألة الجدل</w:t>
      </w:r>
    </w:p>
    <w:p>
      <w:r>
        <w:t>يعني يسأل هل النبي معصوم بالعصمة المطلقة? وباعتبار جعلها جزء قياس بعد تسليم الخصم لها تسمى مقدمة الجدل</w:t>
      </w:r>
    </w:p>
    <w:p>
      <w:r>
        <w:t>وذلك كمن يضع ان العلم بالواحد والكثير واحد</w:t>
      </w:r>
    </w:p>
    <w:p>
      <w:r>
        <w:t>فيقول السائل هل الواحد والكثير متضادا? فإن قال نعم قال هل العلم بالمتضادات كثير? فإذا قال نعم انتقض حكم الخاص باتحاد العلمين كثير واحد</w:t>
      </w:r>
    </w:p>
    <w:p>
      <w:r>
        <w:t>طبعا هنا العلاقة بين الواحد والكثير مسألة فلسفية</w:t>
      </w:r>
    </w:p>
    <w:p>
      <w:r>
        <w:t>في اراء متعددة</w:t>
      </w:r>
    </w:p>
    <w:p>
      <w:r>
        <w:t>اجمل الاراء هي ما اتى به صدر المتألهين</w:t>
      </w:r>
    </w:p>
    <w:p>
      <w:r>
        <w:t>ان التقابل بين الكثرة والوحدة او الوحي والكثير</w:t>
      </w:r>
    </w:p>
    <w:p>
      <w:r>
        <w:t>تقابل التشكيكي</w:t>
      </w:r>
    </w:p>
    <w:p>
      <w:r>
        <w:t>نعم</w:t>
      </w:r>
    </w:p>
    <w:p>
      <w:r>
        <w:t>اه تقابل السينوي تقابل المكيال والمكيال</w:t>
      </w:r>
    </w:p>
    <w:p>
      <w:r>
        <w:t>لأن الواحد يكيل الكثير</w:t>
      </w:r>
    </w:p>
    <w:p>
      <w:r>
        <w:t>وهذه مقاربة رياضية</w:t>
      </w:r>
    </w:p>
    <w:p>
      <w:r>
        <w:t>مقاربة رياضية بامتياز</w:t>
      </w:r>
    </w:p>
    <w:p>
      <w:r>
        <w:t>سنضرب ثاني نقول المقابلة بينهما مقابلة تشكيكية</w:t>
      </w:r>
    </w:p>
    <w:p>
      <w:r>
        <w:t>يعني الكثرة تعود الى الواحد وهذه مقاربة فلسفية مطلقة ليست مقاربة رياضية كمية واحد وكثير</w:t>
      </w:r>
    </w:p>
    <w:p>
      <w:r>
        <w:t>الواحد العدد نتاع في الرياضيات</w:t>
      </w:r>
    </w:p>
    <w:p>
      <w:r>
        <w:t>نعم هذا تدرسه اين? تدرسه في الفلسفة</w:t>
      </w:r>
    </w:p>
    <w:p>
      <w:r>
        <w:t>وذلك يظع ان العلم بالواحد والكثير واحد</w:t>
      </w:r>
    </w:p>
    <w:p>
      <w:r>
        <w:t>يعني العلم واحد سواء كان المتعلق واحد او المتعلق كثير</w:t>
      </w:r>
    </w:p>
    <w:p>
      <w:r>
        <w:t>فيقول السائل هل الواحد الكثير متظادا? وها هنا مصيبة</w:t>
      </w:r>
    </w:p>
    <w:p>
      <w:r>
        <w:t>نعم</w:t>
      </w:r>
    </w:p>
    <w:p>
      <w:r>
        <w:t>فاذا نعم يعني اذا كان الواحد ولا يكون الكثير واذا كان الكثير لا يكون الواحد</w:t>
      </w:r>
    </w:p>
    <w:p>
      <w:r>
        <w:t>فقال هل العلم بالمتضادات كثير? فاذا قال نعم انتقض حكم الخصم ما هو? ان العلم بالواحد والكثير واحد</w:t>
      </w:r>
    </w:p>
    <w:p>
      <w:r>
        <w:t>بين بانه لا كثير</w:t>
      </w:r>
    </w:p>
    <w:p>
      <w:r>
        <w:t>حاكم الخصم باتحاد علمي</w:t>
      </w:r>
    </w:p>
    <w:p>
      <w:r>
        <w:t>نعم</w:t>
      </w:r>
    </w:p>
    <w:p>
      <w:r>
        <w:t>انتقض حكم الخصم باتحاد العلمين</w:t>
      </w:r>
    </w:p>
    <w:p>
      <w:r>
        <w:t>المهم هذه مسألة تبين المقدم وتموضع المقدمة عند السائل عند المجيب</w:t>
      </w:r>
    </w:p>
    <w:p>
      <w:r>
        <w:t>وكيف تتم عملية المجادلة? محمولات الجدل محمولات الجدل يعني عندك قياس جدلي وعندك وصغرى وكبرى نتيجة</w:t>
      </w:r>
    </w:p>
    <w:p>
      <w:r>
        <w:t>المحمولات ما هي? يعني المطلوبات</w:t>
      </w:r>
    </w:p>
    <w:p>
      <w:r>
        <w:t>المحمولات هي المطلوبات</w:t>
      </w:r>
    </w:p>
    <w:p>
      <w:r>
        <w:t>نعم</w:t>
      </w:r>
    </w:p>
    <w:p>
      <w:r>
        <w:t>هي التي تعين المسألة</w:t>
      </w:r>
    </w:p>
    <w:p>
      <w:r>
        <w:t>قال ومحمولاتها محمولات مقدمات الجدل</w:t>
      </w:r>
    </w:p>
    <w:p>
      <w:r>
        <w:t>ان كانت مساوية لموضوعاتها مساوية في الصدق</w:t>
      </w:r>
    </w:p>
    <w:p>
      <w:r>
        <w:t>عندنا التساوي في المعنى ان التساوي في المعنى ومبدأ الهوية</w:t>
      </w:r>
    </w:p>
    <w:p>
      <w:r>
        <w:t>التساوي في الصدق</w:t>
      </w:r>
    </w:p>
    <w:p>
      <w:r>
        <w:t>اذا كان التساوي في المعنى سنرى</w:t>
      </w:r>
    </w:p>
    <w:p>
      <w:r>
        <w:t>نعم</w:t>
      </w:r>
    </w:p>
    <w:p>
      <w:r>
        <w:t>ومحمولة وان كانت مساوية لموضوعاتها فهي حدود او خواص والخواص مفردة او مركبة ومنها الرسوم</w:t>
      </w:r>
    </w:p>
    <w:p>
      <w:r>
        <w:t>اذا هنا التساوي ليس التساوي الصدقي</w:t>
      </w:r>
    </w:p>
    <w:p>
      <w:r>
        <w:t>التساوي التساوي التصوري</w:t>
      </w:r>
    </w:p>
    <w:p>
      <w:r>
        <w:t>التساوي الصدقي وان كان بعيد التساوي التصوري</w:t>
      </w:r>
    </w:p>
    <w:p>
      <w:r>
        <w:t>قلت لكم في مبدأ الهوية الانسان ما هو انسان انتهى الامر</w:t>
      </w:r>
    </w:p>
    <w:p>
      <w:r>
        <w:t>تروح الى الخارج</w:t>
      </w:r>
    </w:p>
    <w:p>
      <w:r>
        <w:t>اذا التساوي الصدقي هنا</w:t>
      </w:r>
    </w:p>
    <w:p>
      <w:r>
        <w:t>ليس التساوي في مبدأ الهوية</w:t>
      </w:r>
    </w:p>
    <w:p>
      <w:r>
        <w:t>يعني التساوي في الوجود</w:t>
      </w:r>
    </w:p>
    <w:p>
      <w:r>
        <w:t>ما معنى التسجيل في الوجود? يعني حيث كان ذاك كان ذاك</w:t>
      </w:r>
    </w:p>
    <w:p>
      <w:r>
        <w:t>هذا هو</w:t>
      </w:r>
    </w:p>
    <w:p>
      <w:r>
        <w:t>هذا هو التساوي الصدقي</w:t>
      </w:r>
    </w:p>
    <w:p>
      <w:r>
        <w:t>نعم</w:t>
      </w:r>
    </w:p>
    <w:p>
      <w:r>
        <w:t>وان لم تكن مساوية فالواقع منها في طريق ما هو</w:t>
      </w:r>
    </w:p>
    <w:p>
      <w:r>
        <w:t>اجناس وفصول ولا يفرق بينهما هنا وغيرها اعراظ</w:t>
      </w:r>
    </w:p>
    <w:p>
      <w:r>
        <w:t>نعم</w:t>
      </w:r>
    </w:p>
    <w:p>
      <w:r>
        <w:t>يبين لك يعني مرت علينا في التعريف</w:t>
      </w:r>
    </w:p>
    <w:p>
      <w:r>
        <w:t>يقع في طريق ما هو اجناس او فصول</w:t>
      </w:r>
    </w:p>
    <w:p>
      <w:r>
        <w:t>نعم</w:t>
      </w:r>
    </w:p>
    <w:p>
      <w:r>
        <w:t>اقول لما كان موضوع الجدل امرا كليا كانت محمولاته كلية كذلك</w:t>
      </w:r>
    </w:p>
    <w:p>
      <w:r>
        <w:t>وذلك اما ان يكون من الاجناس</w:t>
      </w:r>
    </w:p>
    <w:p>
      <w:r>
        <w:t>واما ان يكون من الفصول</w:t>
      </w:r>
    </w:p>
    <w:p>
      <w:r>
        <w:t>واما ان يكون من الخواص</w:t>
      </w:r>
    </w:p>
    <w:p>
      <w:r>
        <w:t>لان المعرفة تتحرك في هذه الامور</w:t>
      </w:r>
    </w:p>
    <w:p>
      <w:r>
        <w:t>الجنس والفصل لا يطلبان في نحتاج اليهما في التعريف فقط</w:t>
      </w:r>
    </w:p>
    <w:p>
      <w:r>
        <w:t>الخواص لا</w:t>
      </w:r>
    </w:p>
    <w:p>
      <w:r>
        <w:t>الخواص يعني الاعراض الذاتية</w:t>
      </w:r>
    </w:p>
    <w:p>
      <w:r>
        <w:t>الحيثيات التعينات الذاتية</w:t>
      </w:r>
    </w:p>
    <w:p>
      <w:r>
        <w:t>نحتاجها نحتاج اليها في في التصور وفي الضيق</w:t>
      </w:r>
    </w:p>
    <w:p>
      <w:r>
        <w:t>نعم</w:t>
      </w:r>
    </w:p>
    <w:p>
      <w:r>
        <w:t>لما كان موضوع الجدل امرا كليا كانت محمولاته كذلك وذلك اما ان يكون من الاجناس</w:t>
      </w:r>
    </w:p>
    <w:p>
      <w:r>
        <w:t>واما ان يكون من الفصول واما ان يكون من الخواص واما ان يكون من الاعراض الاعراض يعني الاعراض المنفكة الاعراض تكتب الاعراض المنفك والا لا معنى ان تضع الاعراض في مقابل الخواص وذلك لان المحمولات المقدمات اما ان تكون مساوية لموضوعاتها</w:t>
      </w:r>
    </w:p>
    <w:p>
      <w:r>
        <w:t>يعني مبدأ الهوية</w:t>
      </w:r>
    </w:p>
    <w:p>
      <w:r>
        <w:t>انتهى في مقام التعريف الحدي او النصبي</w:t>
      </w:r>
    </w:p>
    <w:p>
      <w:r>
        <w:t>او غير مساوية</w:t>
      </w:r>
    </w:p>
    <w:p>
      <w:r>
        <w:t>فان كانت مساوية فاما ان تدل على ما هي جنس وفصل</w:t>
      </w:r>
    </w:p>
    <w:p>
      <w:r>
        <w:t>جنس قريب والفصل</w:t>
      </w:r>
    </w:p>
    <w:p>
      <w:r>
        <w:t>او والاولى يسمى حدا والثاني يسمى خواص</w:t>
      </w:r>
    </w:p>
    <w:p>
      <w:r>
        <w:t>هادي بيناها ومرت علينا</w:t>
      </w:r>
    </w:p>
    <w:p>
      <w:r>
        <w:t>والخواص اما مفردة او مؤلفة</w:t>
      </w:r>
    </w:p>
    <w:p>
      <w:r>
        <w:t>والمفرد خاصة المفرد والمؤلف خاصة المؤلف</w:t>
      </w:r>
    </w:p>
    <w:p>
      <w:r>
        <w:t>ويطلق على الجميع اسم الراس</w:t>
      </w:r>
    </w:p>
    <w:p>
      <w:r>
        <w:t>لانه من الخواص يحصل يحصل من الخواص</w:t>
      </w:r>
    </w:p>
    <w:p>
      <w:r>
        <w:t>نعم</w:t>
      </w:r>
    </w:p>
    <w:p>
      <w:r>
        <w:t>لانه من من الخواص يحصل يعني عجيبة من علام الحل لان اللغة الفارسية تؤخر الفعل اللغة العربية نادرا ما تؤاخذ لانه يحصل من الخواص</w:t>
      </w:r>
    </w:p>
    <w:p>
      <w:r>
        <w:t>لان الرسم يحصل من الخواص</w:t>
      </w:r>
    </w:p>
    <w:p>
      <w:r>
        <w:t>نعم هذه مرة تعنينا</w:t>
      </w:r>
    </w:p>
    <w:p>
      <w:r>
        <w:t>تريد تعرف بالذاتيات جنس وفصل تتعرف بغير الذاتيات</w:t>
      </w:r>
    </w:p>
    <w:p>
      <w:r>
        <w:t>تروح الى الخواص</w:t>
      </w:r>
    </w:p>
    <w:p>
      <w:r>
        <w:t>يعني العرضية والخاص</w:t>
      </w:r>
    </w:p>
    <w:p>
      <w:r>
        <w:t>وان لم تكن متساوية لموضوعاتها فاما ان تقع في طريق ما هو? عن الجواب ما هو? لعدم الفرق بينهما في صناعة الجدل او لا تقع</w:t>
      </w:r>
    </w:p>
    <w:p>
      <w:r>
        <w:t>فان وقعت فهو الجنس هو الفصل يعني ما هي الشيء? ما هو في ذاته? مرة تقول ما هو في خواصه ولا فرق بينه في هذا الفن وان لم تقع في الاعراض اكتب الاعراض هنا ليس الاعراض وانما العرضيات التسامح في العبارة فقط العرض في مقابل الجوهر واقعيات خارجية ليست كليات وانت في المنطق اذا صحح العبارة الاعراض اكتب العرضيات اما العرضيات الخاصة او العرضيات العامة</w:t>
      </w:r>
    </w:p>
    <w:p>
      <w:r>
        <w:t>العرضيات العامة لا تنفع في التعريف</w:t>
      </w:r>
    </w:p>
    <w:p>
      <w:r>
        <w:t>تقول ما هو الانسان المشي? ما هو الحيوان المشي? ما يفيد</w:t>
      </w:r>
    </w:p>
    <w:p>
      <w:r>
        <w:t>سلم المحمولات بهذا الاعتبار هي اربعة</w:t>
      </w:r>
    </w:p>
    <w:p>
      <w:r>
        <w:t>الحد المتشكل من الجنس والفصل والخاصة والجنس فقط لوحده والعربي وليس العرض والعربي</w:t>
      </w:r>
    </w:p>
    <w:p>
      <w:r>
        <w:t>العرض يكتب هنا المنفك يعني العرضي العام</w:t>
      </w:r>
    </w:p>
    <w:p>
      <w:r>
        <w:t>نعم او اعم يعني المهم المفك</w:t>
      </w:r>
    </w:p>
    <w:p>
      <w:r>
        <w:t>لنجا بالخاصة</w:t>
      </w:r>
    </w:p>
    <w:p>
      <w:r>
        <w:t>الخاصة هي من العرض العرضي الخاص والاعراض الاعراض خطأ</w:t>
      </w:r>
    </w:p>
    <w:p>
      <w:r>
        <w:t>الاعراض في مقابل الجوهر يا ناس</w:t>
      </w:r>
    </w:p>
    <w:p>
      <w:r>
        <w:t>العرضي في مقابل الذاتي</w:t>
      </w:r>
    </w:p>
    <w:p>
      <w:r>
        <w:t>وسقط اعتبار النوع</w:t>
      </w:r>
    </w:p>
    <w:p>
      <w:r>
        <w:t>لانه ان حمل على الشخص سقط اعتباره هنا</w:t>
      </w:r>
    </w:p>
    <w:p>
      <w:r>
        <w:t>لان مباحث الجدل كلية</w:t>
      </w:r>
    </w:p>
    <w:p>
      <w:r>
        <w:t>ما عندها علاقة بالشخص زيد وكذا</w:t>
      </w:r>
    </w:p>
    <w:p>
      <w:r>
        <w:t>وان حمل على الصنف كان بمنزلة حمل نعم الصنف تقول الانسان متعجب او تقول متعجب انسان المتعجب خارج عن الانسان خاصة والانسان خارج عن المتعجب لان الانسان الحيوان الناطق فيكون خاصة بالنسبة الى المتعجب</w:t>
      </w:r>
    </w:p>
    <w:p>
      <w:r>
        <w:t>يعني تقول المتعجب هذا من تقل انسان</w:t>
      </w:r>
    </w:p>
    <w:p>
      <w:r>
        <w:t>نعم</w:t>
      </w:r>
    </w:p>
    <w:p>
      <w:r>
        <w:t>نعم</w:t>
      </w:r>
    </w:p>
    <w:p>
      <w:r>
        <w:t>تقول الانسان</w:t>
      </w:r>
    </w:p>
    <w:p>
      <w:r>
        <w:t>لان النوع ليس النوع للصنف نعم الانسان ليس نوع للتعجب التعجب ينتمي الى مقولة اخرى فالنوع اذا يقع في موضوع القضية لا في محمولها</w:t>
      </w:r>
    </w:p>
    <w:p>
      <w:r>
        <w:t>نعم</w:t>
      </w:r>
    </w:p>
    <w:p>
      <w:r>
        <w:t>من النوع ماهية تامة هادي قاعدة كلية</w:t>
      </w:r>
    </w:p>
    <w:p>
      <w:r>
        <w:t>شرائط المحمولات الجدلية</w:t>
      </w:r>
    </w:p>
    <w:p>
      <w:r>
        <w:t>ولابد من اثبات الوجود في الاعراض</w:t>
      </w:r>
    </w:p>
    <w:p>
      <w:r>
        <w:t>الاعراض المقصود به العرضيات ولابد من اثبات الوجود في العرضيات ومن اثبات المساواة او الوقوع في جواب ما هو مع ذلك في الخواص والاجناس ومن من قيام مقام الاسم مع جميع ذلك في الحدود هذا بحسب الشهرة</w:t>
      </w:r>
    </w:p>
    <w:p>
      <w:r>
        <w:t>يبين التعريفات فقط</w:t>
      </w:r>
    </w:p>
    <w:p>
      <w:r>
        <w:t>التعريفات عند الجدلي وعند البرهان الى فرق</w:t>
      </w:r>
    </w:p>
    <w:p>
      <w:r>
        <w:t>لماذا? لماذا تتصل بالتصورات? لا تتصل بالاستدلالات</w:t>
      </w:r>
    </w:p>
    <w:p>
      <w:r>
        <w:t>نعم</w:t>
      </w:r>
    </w:p>
    <w:p>
      <w:r>
        <w:t>البرهان البرهان قد يستخدم تعريفات بالخواص يعني بالخاصة</w:t>
      </w:r>
    </w:p>
    <w:p>
      <w:r>
        <w:t>يعني الرسوم</w:t>
      </w:r>
    </w:p>
    <w:p>
      <w:r>
        <w:t>ما في بأس</w:t>
      </w:r>
    </w:p>
    <w:p>
      <w:r>
        <w:t>باللوازم ما في بأس</w:t>
      </w:r>
    </w:p>
    <w:p>
      <w:r>
        <w:t>اذا الجدل من حيث تصور ما بدا الهوية لا يفرق عند البورهاني ولا البرهاني يفرق عن عن الجدل</w:t>
      </w:r>
    </w:p>
    <w:p>
      <w:r>
        <w:t>فقط ممكن البرهان يدقق في التعريف اكثر</w:t>
      </w:r>
    </w:p>
    <w:p>
      <w:r>
        <w:t>الجدل يتسامح لماذا? لانه ليس في صدد البحث عن الحقيقة</w:t>
      </w:r>
    </w:p>
    <w:p>
      <w:r>
        <w:t>هو في صدد الافحام والتبكيت</w:t>
      </w:r>
    </w:p>
    <w:p>
      <w:r>
        <w:t>اقول لما فرغ الماتن من المحمولات الجدلية شرع في بيان شراه اطهاء اما العرض العربي فاثبات وجوده واليه اشار بقوله ولابد من اثبات الوجود في الاعراض يعني في العرضيات</w:t>
      </w:r>
    </w:p>
    <w:p>
      <w:r>
        <w:t>نعم يعني اثبات الوجود ما معناه? يعني اثبات وجوده للموضوع</w:t>
      </w:r>
    </w:p>
    <w:p>
      <w:r>
        <w:t>وليس اثبات اصل الوجود</w:t>
      </w:r>
    </w:p>
    <w:p>
      <w:r>
        <w:t>اثبات الوجود للبوظ</w:t>
      </w:r>
    </w:p>
    <w:p>
      <w:r>
        <w:t>يعني يجب ان يكون الموضوع متصفا به</w:t>
      </w:r>
    </w:p>
    <w:p>
      <w:r>
        <w:t>واما الخاصة اثبات المساواة مع اثبات الوجود</w:t>
      </w:r>
    </w:p>
    <w:p>
      <w:r>
        <w:t>يعني هي تثبت او الخاصة للموضوع وتكون مساوية</w:t>
      </w:r>
    </w:p>
    <w:p>
      <w:r>
        <w:t>فيتم التعريف بالرسم</w:t>
      </w:r>
    </w:p>
    <w:p>
      <w:r>
        <w:t>واما الجنس فاثبات وقوعه في جواب ما هو مع اثبات وجوده</w:t>
      </w:r>
    </w:p>
    <w:p>
      <w:r>
        <w:t>والى هذين الامرين اشار بقوله ومن اثبات المساواة او الوقوع في جواب ما هو مع ذلك</w:t>
      </w:r>
    </w:p>
    <w:p>
      <w:r>
        <w:t>اي مع اثبات الوجود الذي هو الشرط الاول في الخواص يعني في العرضيات الخاصة</w:t>
      </w:r>
    </w:p>
    <w:p>
      <w:r>
        <w:t>يعني المساواة والاجناس يعني الوقوع في جوانب ما هو</w:t>
      </w:r>
    </w:p>
    <w:p>
      <w:r>
        <w:t>فهذه كلها في باب التعريفات</w:t>
      </w:r>
    </w:p>
    <w:p>
      <w:r>
        <w:t>يعني لم يأتي باب الجدل بشيء جديد على باب التعريف</w:t>
      </w:r>
    </w:p>
    <w:p>
      <w:r>
        <w:t>والحد الذي مر علينا</w:t>
      </w:r>
    </w:p>
    <w:p>
      <w:r>
        <w:t>نعم</w:t>
      </w:r>
    </w:p>
    <w:p>
      <w:r>
        <w:t>انت الان امام طبيعة من الطبائع</w:t>
      </w:r>
    </w:p>
    <w:p>
      <w:r>
        <w:t>كيف تتعامل معه في مبدأ الهوية? تعريف</w:t>
      </w:r>
    </w:p>
    <w:p>
      <w:r>
        <w:t>اما ان تحرز جميع المكونات جنس قريب وفصل</w:t>
      </w:r>
    </w:p>
    <w:p>
      <w:r>
        <w:t>غير هذا ما فيه</w:t>
      </w:r>
    </w:p>
    <w:p>
      <w:r>
        <w:t>تعجز عن احراز كل المكونات الجنسية</w:t>
      </w:r>
    </w:p>
    <w:p>
      <w:r>
        <w:t>تأتي بجنس قريب تقول انسان جسم نطق</w:t>
      </w:r>
    </w:p>
    <w:p>
      <w:r>
        <w:t>هذا نقص</w:t>
      </w:r>
    </w:p>
    <w:p>
      <w:r>
        <w:t>مرة تعجز عنه اثبات الفصل</w:t>
      </w:r>
    </w:p>
    <w:p>
      <w:r>
        <w:t>تأتي تقول حيوان متعجب</w:t>
      </w:r>
    </w:p>
    <w:p>
      <w:r>
        <w:t>الفصل غاب</w:t>
      </w:r>
    </w:p>
    <w:p>
      <w:r>
        <w:t>مرة لا تعجز عن حتى اثبات الاجناس فقط والفصول</w:t>
      </w:r>
    </w:p>
    <w:p>
      <w:r>
        <w:t>كاتب اللوازم</w:t>
      </w:r>
    </w:p>
    <w:p>
      <w:r>
        <w:t>يعني الخاصة</w:t>
      </w:r>
    </w:p>
    <w:p>
      <w:r>
        <w:t>غير هذا هل يفرق هذا عن الجدل والبرهان? لا لا يفرق فقط يفرق في مسألة واحدة</w:t>
      </w:r>
    </w:p>
    <w:p>
      <w:r>
        <w:t>البرهان يجب ان يدقق في التعريف</w:t>
      </w:r>
    </w:p>
    <w:p>
      <w:r>
        <w:t>لانه يقصد الحقيقة</w:t>
      </w:r>
    </w:p>
    <w:p>
      <w:r>
        <w:t>الجدري قد لا آآ يتساهل لأنه الطرف المقابل اذا سلم يكفيني انا</w:t>
      </w:r>
    </w:p>
    <w:p>
      <w:r>
        <w:t>قل الإنسان ضاحك سلم خلاص</w:t>
      </w:r>
    </w:p>
    <w:p>
      <w:r>
        <w:t>ابدى في الجدال</w:t>
      </w:r>
    </w:p>
    <w:p>
      <w:r>
        <w:t>نعم</w:t>
      </w:r>
    </w:p>
    <w:p>
      <w:r>
        <w:t>واما الحد فاثبات قيام الحد مقام الاسم في الدلالة ما جاء مع جميع ذلك</w:t>
      </w:r>
    </w:p>
    <w:p>
      <w:r>
        <w:t>مقام الاسم يعني مقام الشيء الذي نعرفه لا نعرف بالاسم نعرف بالحد</w:t>
      </w:r>
    </w:p>
    <w:p>
      <w:r>
        <w:t>الاسم ما قبل العملية الفكرية والحد ما بعد العملية الفكرية</w:t>
      </w:r>
    </w:p>
    <w:p>
      <w:r>
        <w:t>الحد تبحث عن مكوناته الذاتية</w:t>
      </w:r>
    </w:p>
    <w:p>
      <w:r>
        <w:t>الاسم تأتي بالقاموس</w:t>
      </w:r>
    </w:p>
    <w:p>
      <w:r>
        <w:t>يعني محور الدلالي قاموسي فقط</w:t>
      </w:r>
    </w:p>
    <w:p>
      <w:r>
        <w:t>الحد له محور دلالي منطقي</w:t>
      </w:r>
    </w:p>
    <w:p>
      <w:r>
        <w:t>يعني يترقى الى المحور محور المعرفي عرفت انت الهوية</w:t>
      </w:r>
    </w:p>
    <w:p>
      <w:r>
        <w:t>نعم يعني مع الشرائط الثلاثة التي هي اثبات الوجود والمواساوات</w:t>
      </w:r>
    </w:p>
    <w:p>
      <w:r>
        <w:t>الوجود يعني اثبات المحمول للموضوع</w:t>
      </w:r>
    </w:p>
    <w:p>
      <w:r>
        <w:t>والمساواة في التعريف والوقوع في جواب ما هو في التعريف يعني تعريف الحد وهذه بحسب الشهرة يعني يستخدمها آآ المجلي انها مشهورة مشهورة اما بالشهرة العامة او بالشهرة في حقل خاص</w:t>
      </w:r>
    </w:p>
    <w:p>
      <w:r>
        <w:t>قال والتحقيق ايقتضي اثبات كوني كل شرط يخص بعضا مسلوبا عن البعض</w:t>
      </w:r>
    </w:p>
    <w:p>
      <w:r>
        <w:t>الاخر مسلوبا عن البعض آآ مسلوبا عن البعض الاخر ليتم تحققه</w:t>
      </w:r>
    </w:p>
    <w:p>
      <w:r>
        <w:t>وان يكون الحد مساوي للمهيئة</w:t>
      </w:r>
    </w:p>
    <w:p>
      <w:r>
        <w:t>لإحراز طبيعة الشيء في ذاتياتها ولا يحتاج الى اثباته</w:t>
      </w:r>
    </w:p>
    <w:p>
      <w:r>
        <w:t>المحققة تلصقون لا يحتاج الى ثبوته للموضوع</w:t>
      </w:r>
    </w:p>
    <w:p>
      <w:r>
        <w:t>لعل الملاك في ذلك الملاك الحقيقي في ذلك هو ان قبول المخاطب قبول الطرف المقابل</w:t>
      </w:r>
    </w:p>
    <w:p>
      <w:r>
        <w:t>قبل هذا هذا الوضع خلاص</w:t>
      </w:r>
    </w:p>
    <w:p>
      <w:r>
        <w:t>انا لست مطالبا باثبات وجوده للموضوع</w:t>
      </w:r>
    </w:p>
    <w:p>
      <w:r>
        <w:t>المهم سلم به الطرف مقابل</w:t>
      </w:r>
    </w:p>
    <w:p>
      <w:r>
        <w:t>انتهى الامر</w:t>
      </w:r>
    </w:p>
    <w:p>
      <w:r>
        <w:t>واما ها هنا فقد يكفي يعني في الجدل فقد يكتفي بما يميز اه اي شيء اي شيء كان وكذلك ربما يحتاج الى اثباته ربما بنحو الجزئية</w:t>
      </w:r>
    </w:p>
    <w:p>
      <w:r>
        <w:t>فالاسهل اثباتا اعسر ابطالا وبالعكس</w:t>
      </w:r>
    </w:p>
    <w:p>
      <w:r>
        <w:t>نعم اقول التحقيق يقتضي ان يكون كل شرط يخص بعض هذه المواضيع مسلوبا عن البعض الاخر ليتم تحققه</w:t>
      </w:r>
    </w:p>
    <w:p>
      <w:r>
        <w:t>مثلا العرضي ليس العرض</w:t>
      </w:r>
    </w:p>
    <w:p>
      <w:r>
        <w:t>شرطنا فيه بحسب الشهرة اه شرطنا اثبات وجودة للموضوع</w:t>
      </w:r>
    </w:p>
    <w:p>
      <w:r>
        <w:t>انظر قلت لك اثبات الوجود للموضوع ليس اثبات الوجود في اصل الواقع</w:t>
      </w:r>
    </w:p>
    <w:p>
      <w:r>
        <w:t>لان الجدل ما عنده علاقة بالواقع والحقيقة</w:t>
      </w:r>
    </w:p>
    <w:p>
      <w:r>
        <w:t>ثابت لي الموضوع وانتهى الامر</w:t>
      </w:r>
    </w:p>
    <w:p>
      <w:r>
        <w:t>اني محقق التونسي يقول التحقيق اصلا حتى هذا ما نحتاجه في بعض الموارد يمكن لماذا لان الملك والتسليم? انا جئت بقضية موضوع محمول ما لا اسعى الى اثبات وجود المحمول الموضوع</w:t>
      </w:r>
    </w:p>
    <w:p>
      <w:r>
        <w:t>سلم انتهى الامر</w:t>
      </w:r>
    </w:p>
    <w:p>
      <w:r>
        <w:t>نعم</w:t>
      </w:r>
    </w:p>
    <w:p>
      <w:r>
        <w:t>مثلا العرضي وشرطنا فيه بحسب الشهرة اثبات وجودة للموضوع</w:t>
      </w:r>
    </w:p>
    <w:p>
      <w:r>
        <w:t>وبحسب التحقيق ينضاف اليه شرطان اخران احدهما سلب</w:t>
      </w:r>
    </w:p>
    <w:p>
      <w:r>
        <w:t>سلب شرط خاص عنه</w:t>
      </w:r>
    </w:p>
    <w:p>
      <w:r>
        <w:t>يعني لا يكون آآ عرضيا خاصا يكون منفكا والثاني سلب شرط الجنس يعني لا يكون جنسا وهما عدم المساواة عدم المساواة في المائية يعني في المعنى ليس حدا وليس حدا متشكلا من جنس وفصل وعدم الوقوع في جواب ما هو يعني ليس آآ حدا حقيقيا</w:t>
      </w:r>
    </w:p>
    <w:p>
      <w:r>
        <w:t>والخاصة تكلم عن العرض الذي ينفك عن الخاصة</w:t>
      </w:r>
    </w:p>
    <w:p>
      <w:r>
        <w:t>الخاصة يعني اللازم</w:t>
      </w:r>
    </w:p>
    <w:p>
      <w:r>
        <w:t>اللازم البين غير البين لا يهم في البعد اللي بيستفيد</w:t>
      </w:r>
    </w:p>
    <w:p>
      <w:r>
        <w:t>المهم لازم</w:t>
      </w:r>
    </w:p>
    <w:p>
      <w:r>
        <w:t>اينما تكون الطبيع يكون</w:t>
      </w:r>
    </w:p>
    <w:p>
      <w:r>
        <w:t>لا ينفك عنها</w:t>
      </w:r>
    </w:p>
    <w:p>
      <w:r>
        <w:t>والخاصة تحتاج الى شرط اخر بحسب التحقيق</w:t>
      </w:r>
    </w:p>
    <w:p>
      <w:r>
        <w:t>وهو سلب شرط الجنس عنها</w:t>
      </w:r>
    </w:p>
    <w:p>
      <w:r>
        <w:t>طبعا خاصة</w:t>
      </w:r>
    </w:p>
    <w:p>
      <w:r>
        <w:t>نعم</w:t>
      </w:r>
    </w:p>
    <w:p>
      <w:r>
        <w:t>والجنس يشترط فيه اه بشرط خاص عاد</w:t>
      </w:r>
    </w:p>
    <w:p>
      <w:r>
        <w:t>نعم</w:t>
      </w:r>
    </w:p>
    <w:p>
      <w:r>
        <w:t>اذا الخاصة لا تكون جنس جنسا والجنس لا يكون خاص</w:t>
      </w:r>
    </w:p>
    <w:p>
      <w:r>
        <w:t>واما الحد متشكل من الذاتيات بحسب الشهرة فهو المميز مطلقا</w:t>
      </w:r>
    </w:p>
    <w:p>
      <w:r>
        <w:t>انظر هذا هو هذا هو الاساس</w:t>
      </w:r>
    </w:p>
    <w:p>
      <w:r>
        <w:t>اذا الحد عند برهان احراز الذاتيات</w:t>
      </w:r>
    </w:p>
    <w:p>
      <w:r>
        <w:t>عند المجادل ليس بالضرورة احراز الذاتيات</w:t>
      </w:r>
    </w:p>
    <w:p>
      <w:r>
        <w:t>فيه يتساهل اذا الحد الجدلي ما سلم به الطرف المقابل</w:t>
      </w:r>
    </w:p>
    <w:p>
      <w:r>
        <w:t>ليس ذلك الحد عند البرهان</w:t>
      </w:r>
    </w:p>
    <w:p>
      <w:r>
        <w:t>يعني تأتي بالجنس القريب والفصل</w:t>
      </w:r>
    </w:p>
    <w:p>
      <w:r>
        <w:t>لا ليس واما الحد بحسب الشهرة فهو المميز مطلقا</w:t>
      </w:r>
    </w:p>
    <w:p>
      <w:r>
        <w:t>هذه هي القاعدة</w:t>
      </w:r>
    </w:p>
    <w:p>
      <w:r>
        <w:t>المميز الذي يسلم به الطرف المقابل</w:t>
      </w:r>
    </w:p>
    <w:p>
      <w:r>
        <w:t>سواء كان من الذاتيات</w:t>
      </w:r>
    </w:p>
    <w:p>
      <w:r>
        <w:t>هذا هو الحد الادنى</w:t>
      </w:r>
    </w:p>
    <w:p>
      <w:r>
        <w:t>او العرضيات</w:t>
      </w:r>
    </w:p>
    <w:p>
      <w:r>
        <w:t>العربيات يعني خارج الذات</w:t>
      </w:r>
    </w:p>
    <w:p>
      <w:r>
        <w:t>واما بحسب التحقيق فانما يطلق على ما يساوي الماهية</w:t>
      </w:r>
    </w:p>
    <w:p>
      <w:r>
        <w:t>اعني المركب من الذاتيات يعني الجنس القريب والفصل</w:t>
      </w:r>
    </w:p>
    <w:p>
      <w:r>
        <w:t>ولا يحتاج الى اثباته</w:t>
      </w:r>
    </w:p>
    <w:p>
      <w:r>
        <w:t>ما نحتاج الى اثباته للموضوع</w:t>
      </w:r>
    </w:p>
    <w:p>
      <w:r>
        <w:t>المهم طرف المقابل يسلم</w:t>
      </w:r>
    </w:p>
    <w:p>
      <w:r>
        <w:t>على كما بين في كتاب القرآن بخلاف الحد ها هنا</w:t>
      </w:r>
    </w:p>
    <w:p>
      <w:r>
        <w:t>الحد في الجدل</w:t>
      </w:r>
    </w:p>
    <w:p>
      <w:r>
        <w:t>حيث جوزنا ان يكون من العرضيات</w:t>
      </w:r>
    </w:p>
    <w:p>
      <w:r>
        <w:t>يعني من آآ اللوازم</w:t>
      </w:r>
    </w:p>
    <w:p>
      <w:r>
        <w:t>ولذلك ربما آآ يحتاج الى اثباته للموضوع</w:t>
      </w:r>
    </w:p>
    <w:p>
      <w:r>
        <w:t>ربما يعني بنحو الموجبة الجزئية وليست بنحو الموجبة الكلية</w:t>
      </w:r>
    </w:p>
    <w:p>
      <w:r>
        <w:t>يحتاج يحتاج الى اثبات الموضوع</w:t>
      </w:r>
    </w:p>
    <w:p>
      <w:r>
        <w:t>لان العربيات قد يحصل الشك في ثبوتها للموضوع</w:t>
      </w:r>
    </w:p>
    <w:p>
      <w:r>
        <w:t>ويحتاج الى برهان بخلاف الذاتيات</w:t>
      </w:r>
    </w:p>
    <w:p>
      <w:r>
        <w:t>هذه من العرضيات قد يحصل الشك اكتب هنا الشكل المعرفي</w:t>
      </w:r>
    </w:p>
    <w:p>
      <w:r>
        <w:t>الشكل الشكل الشكل احتمالي</w:t>
      </w:r>
    </w:p>
    <w:p>
      <w:r>
        <w:t>لأن اللوازم في مقام الإثبات يعني مقام الإبيستيميك</w:t>
      </w:r>
    </w:p>
    <w:p>
      <w:r>
        <w:t>في مقام الأنطلوجيك</w:t>
      </w:r>
    </w:p>
    <w:p>
      <w:r>
        <w:t>يعني الأنطل النظم الوجودي نقول عدم الانفكاك</w:t>
      </w:r>
    </w:p>
    <w:p>
      <w:r>
        <w:t>اينما يكون الموضوع يكون</w:t>
      </w:r>
    </w:p>
    <w:p>
      <w:r>
        <w:t>هذه هي الفاتورة انطولوجية</w:t>
      </w:r>
    </w:p>
    <w:p>
      <w:r>
        <w:t>في الفتوى المعرفية نقول على قسمين</w:t>
      </w:r>
    </w:p>
    <w:p>
      <w:r>
        <w:t>بعضها بين لا يحتاج الى دليل</w:t>
      </w:r>
    </w:p>
    <w:p>
      <w:r>
        <w:t>بعضهم لا يحتاج الى دليل</w:t>
      </w:r>
    </w:p>
    <w:p>
      <w:r>
        <w:t>هذا الذي يحتاج الى الدليل يسمى المسألة في آآ الحقول المعرفية</w:t>
      </w:r>
    </w:p>
    <w:p>
      <w:r>
        <w:t>لأن العرضيات قد يحصل الشك في ثبوتها للموضوع</w:t>
      </w:r>
    </w:p>
    <w:p>
      <w:r>
        <w:t>شك المعرفي هنا ويحتاج الى برهان</w:t>
      </w:r>
    </w:p>
    <w:p>
      <w:r>
        <w:t>برهان يعني مقام الإثبات</w:t>
      </w:r>
    </w:p>
    <w:p>
      <w:r>
        <w:t>يعني الإستدلال مقام الإبلستيميك</w:t>
      </w:r>
    </w:p>
    <w:p>
      <w:r>
        <w:t>بخلاف الذاتيات ذاكرة الجنس والفصل معروفة في التصور</w:t>
      </w:r>
    </w:p>
    <w:p>
      <w:r>
        <w:t>واذا كانت شرائط الاثبات اقل كان الاثبات اسهل</w:t>
      </w:r>
    </w:p>
    <w:p>
      <w:r>
        <w:t>فحين اذ يكون الابطال اعسر وبالعكس هذا هو نعم ما ينبغي للمجازر ان يتدرب عليه يأتي ان شاء الله</w:t>
      </w:r>
    </w:p>
    <w:p>
      <w:r>
        <w:t>بالتف واللهم صلي على محمد وال محمد</w:t>
      </w:r>
    </w:p>
    <w:p>
      <w:r>
        <w:t>اللهم صلي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