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وينبغي للجدل ان يكون عنده معدة للاثبات والابطال مطلقا</w:t>
      </w:r>
    </w:p>
    <w:p>
      <w:r>
        <w:t>المواضع قلنا هي المعتقدات والخلفيات المنطلقات سميها كما تشاء</w:t>
      </w:r>
    </w:p>
    <w:p>
      <w:r>
        <w:t>ومواضع وان تكون عنده مواضع تخص الجنس والخاصة والحد هذا في التعريف في مبدأ الهوية وتلحقها مواضع مواضع الاولى اه والاثار وهي متعلقة بالاعراض نعم التعينات بعد الهوية يعني بعد الجنس والفصل فيه تعينات متعلقة بالاعراض نعم ليس بالاعراض وانما هي العربيات الاعراض في مقابل الجوهر ومضى ومواضع اللي هو هو نعم يعني الحدود وينتفع بها في الحدود وتفصيل المواضع لا يليق بالمختصرات فلنقتصر على الامثلة فقط</w:t>
      </w:r>
    </w:p>
    <w:p>
      <w:r>
        <w:t>اذا هنا ليس اه بحثا منطقي</w:t>
      </w:r>
    </w:p>
    <w:p>
      <w:r>
        <w:t>وانما هي ممارسة الجدل</w:t>
      </w:r>
    </w:p>
    <w:p>
      <w:r>
        <w:t>في توصيف لواقعية ما هو المجادل? ما هي الامور التي يتدرب عليها? اذا هذا بحث ليس منطقيا بامتياز</w:t>
      </w:r>
    </w:p>
    <w:p>
      <w:r>
        <w:t>نعم</w:t>
      </w:r>
    </w:p>
    <w:p>
      <w:r>
        <w:t>المنطقي ما عنده علاقة بالشخص وكيف يفكر من اين ينطلق وما الموضوعات التي ينطلق منها</w:t>
      </w:r>
    </w:p>
    <w:p>
      <w:r>
        <w:t>منطق صوري صورنا مطلق</w:t>
      </w:r>
    </w:p>
    <w:p>
      <w:r>
        <w:t>اقول يحتاج المجادل الى ان يستكثر من بضاعته العلمية</w:t>
      </w:r>
    </w:p>
    <w:p>
      <w:r>
        <w:t>الان نسميها دائرة المعارف العلمية المخزونة المعرفي العلامة الحل يسميها بضاعته العلمية</w:t>
      </w:r>
    </w:p>
    <w:p>
      <w:r>
        <w:t>والى الدربة يعني التجربة في عادته الصناعية</w:t>
      </w:r>
    </w:p>
    <w:p>
      <w:r>
        <w:t>اذا هذا منطق? لا</w:t>
      </w:r>
    </w:p>
    <w:p>
      <w:r>
        <w:t>توصيف لواقع</w:t>
      </w:r>
    </w:p>
    <w:p>
      <w:r>
        <w:t>والمنطق لا يوصف الواقع</w:t>
      </w:r>
    </w:p>
    <w:p>
      <w:r>
        <w:t>المنطق يعطيك قواعد فارغة معيارية</w:t>
      </w:r>
    </w:p>
    <w:p>
      <w:r>
        <w:t>كما يحتاج غيره من الصناع كالنجار مثلا يحتاج الى دربة ويحتاج الى الات ويحتاج الى خشب</w:t>
      </w:r>
    </w:p>
    <w:p>
      <w:r>
        <w:t>ونوعية خاصة من الخشب وو</w:t>
      </w:r>
    </w:p>
    <w:p>
      <w:r>
        <w:t>حتى يقدر الغاية حتى يقدر على ما يحتاجه اليه في كل وقت رادي عن الجلب</w:t>
      </w:r>
    </w:p>
    <w:p>
      <w:r>
        <w:t>جلب هذه الامور</w:t>
      </w:r>
    </w:p>
    <w:p>
      <w:r>
        <w:t>في ظرفية خاصة في الجدال</w:t>
      </w:r>
    </w:p>
    <w:p>
      <w:r>
        <w:t>الى آآ اليه في كل وقت يعني في ظرف خاص في السجل المعرفي ولا يكفي حفظ البضاعة دون ملكة الصناعة</w:t>
      </w:r>
    </w:p>
    <w:p>
      <w:r>
        <w:t>نعم</w:t>
      </w:r>
    </w:p>
    <w:p>
      <w:r>
        <w:t>يجب ان يرقى الى الملكة</w:t>
      </w:r>
    </w:p>
    <w:p>
      <w:r>
        <w:t>يجادل باريحية</w:t>
      </w:r>
    </w:p>
    <w:p>
      <w:r>
        <w:t>نعم</w:t>
      </w:r>
    </w:p>
    <w:p>
      <w:r>
        <w:t>اذ قد يحفظ الانسان ما لا يذكره وقت الحاجة او يحتاج الى ما ليس بمحفوظ عنده</w:t>
      </w:r>
    </w:p>
    <w:p>
      <w:r>
        <w:t>اذا هذه توصيف لواقع خارجي</w:t>
      </w:r>
    </w:p>
    <w:p>
      <w:r>
        <w:t>ما عندها علاقة بالمنطق</w:t>
      </w:r>
    </w:p>
    <w:p>
      <w:r>
        <w:t>فبكثرة البضاعة يعني بالمخزون المعرفي الذي هي الاوضاع في الحدود وفي القضايا</w:t>
      </w:r>
    </w:p>
    <w:p>
      <w:r>
        <w:t>يجد كل ما يريد في وقت حاجته يعني يجد المجادل آآ كل ما يريد في وقت حاجته في ظرف المجادلة</w:t>
      </w:r>
    </w:p>
    <w:p>
      <w:r>
        <w:t>نعم وبالتعويد الصناعي يعني بالممارسة المستمرة</w:t>
      </w:r>
    </w:p>
    <w:p>
      <w:r>
        <w:t>التعويض الصناعي يحصل له وقت الحاجة من غير روية ولا توقف ملكة</w:t>
      </w:r>
    </w:p>
    <w:p>
      <w:r>
        <w:t>اريحية</w:t>
      </w:r>
    </w:p>
    <w:p>
      <w:r>
        <w:t>نعم</w:t>
      </w:r>
    </w:p>
    <w:p>
      <w:r>
        <w:t>مثل الشاعر عنده ملكة ينشأ الشعر كما يشاء</w:t>
      </w:r>
    </w:p>
    <w:p>
      <w:r>
        <w:t>فان التوقف والروي انقطاع عند الحاضرين</w:t>
      </w:r>
    </w:p>
    <w:p>
      <w:r>
        <w:t>نعم</w:t>
      </w:r>
    </w:p>
    <w:p>
      <w:r>
        <w:t>شاعر يلقي قصيدة ويتلكأ</w:t>
      </w:r>
    </w:p>
    <w:p>
      <w:r>
        <w:t>يفكر حتى يؤسس لها</w:t>
      </w:r>
    </w:p>
    <w:p>
      <w:r>
        <w:t>هذا ليس بشاعر</w:t>
      </w:r>
    </w:p>
    <w:p>
      <w:r>
        <w:t>كما انه لو طلب من صاحب الالحان</w:t>
      </w:r>
    </w:p>
    <w:p>
      <w:r>
        <w:t>هذا تمثيل كما انه لو طلب من صاحب الالحان لحن لو طلب بابن المجهول كما انه لو طلب من صاحب منها من هذه الالحان في شعر من الاشعار ومذهب من المذاهب نعم</w:t>
      </w:r>
    </w:p>
    <w:p>
      <w:r>
        <w:t>المذهب هنا يعني مذهب الاشعار او الانغام</w:t>
      </w:r>
    </w:p>
    <w:p>
      <w:r>
        <w:t>فاذا كان حافظا للاشعار والمذاهب كان وفي كل وقت ما يحتاج اليه ويطلب منه</w:t>
      </w:r>
    </w:p>
    <w:p>
      <w:r>
        <w:t>واذا كانت عادته في صناعته محكمة يعني ملاك</w:t>
      </w:r>
    </w:p>
    <w:p>
      <w:r>
        <w:t>هذه هي المحكمة يعني ملاك</w:t>
      </w:r>
    </w:p>
    <w:p>
      <w:r>
        <w:t>نعم ليس حالة</w:t>
      </w:r>
    </w:p>
    <w:p>
      <w:r>
        <w:t>قادرة نعم</w:t>
      </w:r>
    </w:p>
    <w:p>
      <w:r>
        <w:t>الجواب اذا اذا كانت عادته عادة المجادل في صناعة المجادل محكمة قادرة جواب اذا على الايقاع في المذهب المطلق من غير توقف</w:t>
      </w:r>
    </w:p>
    <w:p>
      <w:r>
        <w:t>هنا يمثل بالموسيقار الملحن في الالغام بالمجادل</w:t>
      </w:r>
    </w:p>
    <w:p>
      <w:r>
        <w:t>لكن التطبيق على المجادل وليس على الملحن</w:t>
      </w:r>
    </w:p>
    <w:p>
      <w:r>
        <w:t>نعم</w:t>
      </w:r>
    </w:p>
    <w:p>
      <w:r>
        <w:t>واذا كانت عادته اعادة الملحن</w:t>
      </w:r>
    </w:p>
    <w:p>
      <w:r>
        <w:t>يعني المجادل</w:t>
      </w:r>
    </w:p>
    <w:p>
      <w:r>
        <w:t>لانه يمثل للمجادل</w:t>
      </w:r>
    </w:p>
    <w:p>
      <w:r>
        <w:t>في صناعته محكمة قادر على الايقاع في المذهب المطلق من غير توقف</w:t>
      </w:r>
    </w:p>
    <w:p>
      <w:r>
        <w:t>فان حفظ من غير الدر وعاد توقف للروي يعني تأمل واستحضار المذهب في خاطره ونقله بالمقصود</w:t>
      </w:r>
    </w:p>
    <w:p>
      <w:r>
        <w:t>والارادة الى مبادئ حركته والتحريك للايقاع على وفق المذهب المحفوظ</w:t>
      </w:r>
    </w:p>
    <w:p>
      <w:r>
        <w:t>وكان ذلك في زمان بطن نسبة الزمان بين الايقاعات فيذهب رونقها وموقعها في الصناعة</w:t>
      </w:r>
    </w:p>
    <w:p>
      <w:r>
        <w:t>نعم</w:t>
      </w:r>
    </w:p>
    <w:p>
      <w:r>
        <w:t>مثل المستدل كذلك</w:t>
      </w:r>
    </w:p>
    <w:p>
      <w:r>
        <w:t>المستدل ما عنده هذه القوة المنطقية ملاك المنطقية فيتحير يتلكأ</w:t>
      </w:r>
    </w:p>
    <w:p>
      <w:r>
        <w:t>نعم يخبط خبطاء عشواء</w:t>
      </w:r>
    </w:p>
    <w:p>
      <w:r>
        <w:t>فهذه الصناعات</w:t>
      </w:r>
    </w:p>
    <w:p>
      <w:r>
        <w:t>اذا هذا هذا توصيف للمجادل</w:t>
      </w:r>
    </w:p>
    <w:p>
      <w:r>
        <w:t>وليس للقواعد المنطقية</w:t>
      </w:r>
    </w:p>
    <w:p>
      <w:r>
        <w:t>اذا هذه البحوث كلها خارجة عن الحقل المنطقي</w:t>
      </w:r>
    </w:p>
    <w:p>
      <w:r>
        <w:t>نعم</w:t>
      </w:r>
    </w:p>
    <w:p>
      <w:r>
        <w:t>بعد ما بين الملحن يتعامل مع الايقاعات وفقا للاشعار الخاصة</w:t>
      </w:r>
    </w:p>
    <w:p>
      <w:r>
        <w:t>يأتي الى المجادل</w:t>
      </w:r>
    </w:p>
    <w:p>
      <w:r>
        <w:t>وكذلك كاف تشبيه وكذلك المجادل في جدله</w:t>
      </w:r>
    </w:p>
    <w:p>
      <w:r>
        <w:t>اذا تروى وتفكر وتذكر ليستحظر ما يحتاج اليه في ذهنه انقطع نعم بخلاف مبرهن وطالب الحق لحصول غرضي في عاجل حاله واجله اما بتذكره او باذكار الشريك له او بالهام رب الرب تعالى</w:t>
      </w:r>
    </w:p>
    <w:p>
      <w:r>
        <w:t>نعم</w:t>
      </w:r>
    </w:p>
    <w:p>
      <w:r>
        <w:t>المبرهن ما عنده طرف مقابل يوقفه ويسكته ويبكته المبرهن على راحتي يتأمل يرتب يراجع حتى يصل الى اه النتيجة امل مجاز لا مجادل اه المجادلة ذات طرفين بمجرد ان يتلكى ويعود الى الوراء ويتأمل انقطع خلاص خسر في الجدال</w:t>
      </w:r>
    </w:p>
    <w:p>
      <w:r>
        <w:t>خلاف البرهان</w:t>
      </w:r>
    </w:p>
    <w:p>
      <w:r>
        <w:t>البرهان انا لوحدي جالس في واتأمل وراجع وحقق وعاود المسألة وهكذا حتى اصل الى اليقين</w:t>
      </w:r>
    </w:p>
    <w:p>
      <w:r>
        <w:t>نعم</w:t>
      </w:r>
    </w:p>
    <w:p>
      <w:r>
        <w:t>اذا عرفت هذا فينبغي ان يكون للجدل مواضع معدة عنده</w:t>
      </w:r>
    </w:p>
    <w:p>
      <w:r>
        <w:t>مواضع يعني هذه المنطلقات حاضرة عنده في بعديات تصوري وفي بعديات تصديقي للاثبات والابطال مطلقا اما في دائرة الاثبات</w:t>
      </w:r>
    </w:p>
    <w:p>
      <w:r>
        <w:t>او ابطال</w:t>
      </w:r>
    </w:p>
    <w:p>
      <w:r>
        <w:t>نعم</w:t>
      </w:r>
    </w:p>
    <w:p>
      <w:r>
        <w:t>لاحتياجه الى الاثبات والابطال في جميع المحمولات مطلقا</w:t>
      </w:r>
    </w:p>
    <w:p>
      <w:r>
        <w:t>المحمولات في القضايا ويحتاج ايضا الى اعداد مواضع يخص الجنس لاجل شرائطه</w:t>
      </w:r>
    </w:p>
    <w:p>
      <w:r>
        <w:t>نعم لاجل شرائط الجنس ومواضع يخص الخاصة لاجل شرائطه</w:t>
      </w:r>
    </w:p>
    <w:p>
      <w:r>
        <w:t>ومواضع يخص الحد من اجل شرائطه</w:t>
      </w:r>
    </w:p>
    <w:p>
      <w:r>
        <w:t>هذا كله فيه البعد التصوري ينقح التصور ثم يثبت المدعى</w:t>
      </w:r>
    </w:p>
    <w:p>
      <w:r>
        <w:t>او ينقح التصور ويبطل مدعى الخاص</w:t>
      </w:r>
    </w:p>
    <w:p>
      <w:r>
        <w:t>نعم سهلة هذه الأمور ليست اه مسائل علمية</w:t>
      </w:r>
    </w:p>
    <w:p>
      <w:r>
        <w:t>توصيف واقع خارجي</w:t>
      </w:r>
    </w:p>
    <w:p>
      <w:r>
        <w:t>والان العلوم العصرية التي تشعبت وتطورت هذا يقال له آآ بحث الظاهرات في نومولوجيك</w:t>
      </w:r>
    </w:p>
    <w:p>
      <w:r>
        <w:t>آآ الحوزوي هادي خاص بالحوزة الجامعي لا يفهمها ابهام في ابهام بالنسبة له</w:t>
      </w:r>
    </w:p>
    <w:p>
      <w:r>
        <w:t>اخاطب الحوزاوي هنا في علم الاصول عندنا مقام الاثبات والثبوت</w:t>
      </w:r>
    </w:p>
    <w:p>
      <w:r>
        <w:t>كثير من الطلاب آآ لا يفككون بين المعنى المشترك اثبات الثبوت معنى ينطبق على معاني متعددة بالاشتراك اللفظي</w:t>
      </w:r>
    </w:p>
    <w:p>
      <w:r>
        <w:t>ابينها لاجل الاستفادة فقط</w:t>
      </w:r>
    </w:p>
    <w:p>
      <w:r>
        <w:t>ثم ادخل في موضوعي</w:t>
      </w:r>
    </w:p>
    <w:p>
      <w:r>
        <w:t>عندك انت ما قبل اثبات والثبوت معنيان في علم الاصول ومعنى في الفلسفة</w:t>
      </w:r>
    </w:p>
    <w:p>
      <w:r>
        <w:t>نأتي الى الفلسفة</w:t>
      </w:r>
    </w:p>
    <w:p>
      <w:r>
        <w:t>ما معنى مقام الاثبات ومقام الثبوت? مقام الاثبات هو النظم المنطقي</w:t>
      </w:r>
    </w:p>
    <w:p>
      <w:r>
        <w:t>يعني مقام الادراك والعلم</w:t>
      </w:r>
    </w:p>
    <w:p>
      <w:r>
        <w:t>كاشفية هناك يتعامل مع تصوراته والتصديقات</w:t>
      </w:r>
    </w:p>
    <w:p>
      <w:r>
        <w:t>يعني القضايا</w:t>
      </w:r>
    </w:p>
    <w:p>
      <w:r>
        <w:t>مقام الثبوت ما تحكيه تلك القضايا انا اسميه النظمل التحققي</w:t>
      </w:r>
    </w:p>
    <w:p>
      <w:r>
        <w:t>نظم الوجود</w:t>
      </w:r>
    </w:p>
    <w:p>
      <w:r>
        <w:t>النظم الإدراكي النظم المنطقي مقام الإثبات والواقع الخارجي الذي يحكيه النظم المنطقي</w:t>
      </w:r>
    </w:p>
    <w:p>
      <w:r>
        <w:t>وقد يحكيه حقيقة وقد يحكيه خطأ</w:t>
      </w:r>
    </w:p>
    <w:p>
      <w:r>
        <w:t>ان العلم الحصولي هذه هي القضية قد تصدق وقد تكذب</w:t>
      </w:r>
    </w:p>
    <w:p>
      <w:r>
        <w:t>الواقع الخارجي المحكي هذا هو مقام الثبوت</w:t>
      </w:r>
    </w:p>
    <w:p>
      <w:r>
        <w:t>هذا في الفلسفة</w:t>
      </w:r>
    </w:p>
    <w:p>
      <w:r>
        <w:t>ما عنده علاقة الحاق الاصولي</w:t>
      </w:r>
    </w:p>
    <w:p>
      <w:r>
        <w:t>في الحقل الاصولي عنده معنيان بالاشتراك اللفظي</w:t>
      </w:r>
    </w:p>
    <w:p>
      <w:r>
        <w:t>مقام الاثبات والثبوت الأول</w:t>
      </w:r>
    </w:p>
    <w:p>
      <w:r>
        <w:t>مقام الثبوت في الحكم الشرعي</w:t>
      </w:r>
    </w:p>
    <w:p>
      <w:r>
        <w:t>عندنا اه ملاك يعني مصلحة او مفسدة</w:t>
      </w:r>
    </w:p>
    <w:p>
      <w:r>
        <w:t>ثم ارادة تشريعية يعني يريد الله تعالى هذه المصلحة من الانسان</w:t>
      </w:r>
    </w:p>
    <w:p>
      <w:r>
        <w:t>او لا يريد هذا القبيح مفسدة من الانسان</w:t>
      </w:r>
    </w:p>
    <w:p>
      <w:r>
        <w:t>ثم اعتبار في مقام الثبوت</w:t>
      </w:r>
    </w:p>
    <w:p>
      <w:r>
        <w:t>كم مرتبة? ارادة اعتبار</w:t>
      </w:r>
    </w:p>
    <w:p>
      <w:r>
        <w:t>يعني الاعتبار يعني تحديد التشريع</w:t>
      </w:r>
    </w:p>
    <w:p>
      <w:r>
        <w:t>او مفسدة وتأتي عدم الارادة</w:t>
      </w:r>
    </w:p>
    <w:p>
      <w:r>
        <w:t>الله لا يريدها</w:t>
      </w:r>
    </w:p>
    <w:p>
      <w:r>
        <w:t>يتحدد التشريع</w:t>
      </w:r>
    </w:p>
    <w:p>
      <w:r>
        <w:t>التحديد يعني هذا الاعتبار</w:t>
      </w:r>
    </w:p>
    <w:p>
      <w:r>
        <w:t>هذا مقام الثبوت ثم مقام الاسبات اعلان هذا التشريع للمكلف</w:t>
      </w:r>
    </w:p>
    <w:p>
      <w:r>
        <w:t>مثل الدولة تقنن القانون ترى مصلحة للمجتمع يعود تعود على الخير بالمجتمع</w:t>
      </w:r>
    </w:p>
    <w:p>
      <w:r>
        <w:t>ثم تريدها كسلطة عليا تريد هذه المصلحة ان تصل الى الناس تسطرها في القانون الاساسي</w:t>
      </w:r>
    </w:p>
    <w:p>
      <w:r>
        <w:t>هذا مقام الثبوت</w:t>
      </w:r>
    </w:p>
    <w:p>
      <w:r>
        <w:t>ثم تعلنها في الجريدة الرسمية</w:t>
      </w:r>
    </w:p>
    <w:p>
      <w:r>
        <w:t>تسمى الجريدة الرسمية تعلنها كقانون يجب ان يطبق</w:t>
      </w:r>
    </w:p>
    <w:p>
      <w:r>
        <w:t>هذا مقام الاثبات</w:t>
      </w:r>
    </w:p>
    <w:p>
      <w:r>
        <w:t>مقام الاثبات هذا هو المعنى الاول</w:t>
      </w:r>
    </w:p>
    <w:p>
      <w:r>
        <w:t>المعنى الثاني مقام الاثبات والثبوت</w:t>
      </w:r>
    </w:p>
    <w:p>
      <w:r>
        <w:t>مقام الثبوت هو تصور الشيء بغض الطرف عن هذا الشيء</w:t>
      </w:r>
    </w:p>
    <w:p>
      <w:r>
        <w:t>موجود او غير موجود</w:t>
      </w:r>
    </w:p>
    <w:p>
      <w:r>
        <w:t>يعني يساعده الدليل او لا يساعده الدليل</w:t>
      </w:r>
    </w:p>
    <w:p>
      <w:r>
        <w:t>هنا الفيرولوجيك بامتياز</w:t>
      </w:r>
    </w:p>
    <w:p>
      <w:r>
        <w:t>تحليل ظاهراتي بامتياز</w:t>
      </w:r>
    </w:p>
    <w:p>
      <w:r>
        <w:t>ثم مقام الثبوت او مقام التصور</w:t>
      </w:r>
    </w:p>
    <w:p>
      <w:r>
        <w:t>يصور لك المسألة</w:t>
      </w:r>
    </w:p>
    <w:p>
      <w:r>
        <w:t>يقول مثلا مبنى معيني او مبنى السيد الخوئي او مبنى الكومباني او مبنى صاحب الكفاية</w:t>
      </w:r>
    </w:p>
    <w:p>
      <w:r>
        <w:t>يصور لك بحث ظاهرات بامتياز</w:t>
      </w:r>
    </w:p>
    <w:p>
      <w:r>
        <w:t>في بامتياز</w:t>
      </w:r>
    </w:p>
    <w:p>
      <w:r>
        <w:t>ثم ينتقل الى مقام الإثبات</w:t>
      </w:r>
    </w:p>
    <w:p>
      <w:r>
        <w:t>الدليل يساعد او لا يساعد</w:t>
      </w:r>
    </w:p>
    <w:p>
      <w:r>
        <w:t>مرة يأتي بالدليل</w:t>
      </w:r>
    </w:p>
    <w:p>
      <w:r>
        <w:t>يوافق ما صوره لك</w:t>
      </w:r>
    </w:p>
    <w:p>
      <w:r>
        <w:t>مرة ينقض عليه</w:t>
      </w:r>
    </w:p>
    <w:p>
      <w:r>
        <w:t>يقول الدليل لا يساعد عليه</w:t>
      </w:r>
    </w:p>
    <w:p>
      <w:r>
        <w:t>فاذا رحنا الى الدليل مقام الاثبات</w:t>
      </w:r>
    </w:p>
    <w:p>
      <w:r>
        <w:t>مقام التصور تصور الشيء هذا مقام الثبوت</w:t>
      </w:r>
    </w:p>
    <w:p>
      <w:r>
        <w:t>فالمعنى في ثنيانه آآ الثلاثي بالاشتراك اللفظي مطلقا يعني لفظ واحد ومعاني متعددة متباينة</w:t>
      </w:r>
    </w:p>
    <w:p>
      <w:r>
        <w:t>في الاصطلاح الثاني في علم الاصول مقام الثبوت ومقام الاسبات</w:t>
      </w:r>
    </w:p>
    <w:p>
      <w:r>
        <w:t>مقام الثبوت هو التصور</w:t>
      </w:r>
    </w:p>
    <w:p>
      <w:r>
        <w:t>هنا بحث في نومولوجي ظاهرة محض نعم محض محض</w:t>
      </w:r>
    </w:p>
    <w:p>
      <w:r>
        <w:t>في مقام الإثبات هناك مقام الإستدلال</w:t>
      </w:r>
    </w:p>
    <w:p>
      <w:r>
        <w:t>نعم</w:t>
      </w:r>
    </w:p>
    <w:p>
      <w:r>
        <w:t>فهذا البحث هنا كله آآ وتلحق هذه آآ نعم نعيد التطبيق احسن لان ابتعدنا اذا عرفت هذا فينبغي ان يكون للجدل مواضع معدة حاضرة معدة يعني حاضرة عنده للاثبات والابطال مطلقا لان المجادل اما يثبت الوضع واما اه يرفض الوضع</w:t>
      </w:r>
    </w:p>
    <w:p>
      <w:r>
        <w:t>لاحتياجه الى الاثبات والابطال في جميع المحمولات مطلقا</w:t>
      </w:r>
    </w:p>
    <w:p>
      <w:r>
        <w:t>ويحتاج ايضا الى اعداد مواضع يخص الجنس لاجل شرائطه</w:t>
      </w:r>
    </w:p>
    <w:p>
      <w:r>
        <w:t>نعم ومواضع يخص الخاصة لاجل شرائط ومواضع يخص الحد لاجل شرائطه</w:t>
      </w:r>
    </w:p>
    <w:p>
      <w:r>
        <w:t>هنا بحث ظاهرات نعم مقام التصور تصور الوضع او المعتقد او الخلفية سميها كما تشاء</w:t>
      </w:r>
    </w:p>
    <w:p>
      <w:r>
        <w:t>وتلحق هذه وتلحق هذه المواضع مواضع اخر تختص بالاعراض</w:t>
      </w:r>
    </w:p>
    <w:p>
      <w:r>
        <w:t>يعني روح الى التصديقات</w:t>
      </w:r>
    </w:p>
    <w:p>
      <w:r>
        <w:t>تعينات بعد ما بين الهوية يروح الى التعينات</w:t>
      </w:r>
    </w:p>
    <w:p>
      <w:r>
        <w:t>يعني تشكيل القضايا يعني الوضع</w:t>
      </w:r>
    </w:p>
    <w:p>
      <w:r>
        <w:t>وهي مواضع اي الامرين الاولى بالوضع وايهما اثر يعني مختار</w:t>
      </w:r>
    </w:p>
    <w:p>
      <w:r>
        <w:t>اثر يعني يختاره عن غيره</w:t>
      </w:r>
    </w:p>
    <w:p>
      <w:r>
        <w:t>وهذا انما يتحقق في الاعراض ليس في الاعراض في العربية</w:t>
      </w:r>
    </w:p>
    <w:p>
      <w:r>
        <w:t>يعني التعينات</w:t>
      </w:r>
    </w:p>
    <w:p>
      <w:r>
        <w:t>وفي الجدل اكثر المطالب مبنية على الاولى والاثر</w:t>
      </w:r>
    </w:p>
    <w:p>
      <w:r>
        <w:t>ملاكات جدلية وليست ملاكات واقعية</w:t>
      </w:r>
    </w:p>
    <w:p>
      <w:r>
        <w:t>الاولى عندي والمختار عندي وارى هذا اولى وهذا اثر</w:t>
      </w:r>
    </w:p>
    <w:p>
      <w:r>
        <w:t>ليست جدل ليست برهانيات</w:t>
      </w:r>
    </w:p>
    <w:p>
      <w:r>
        <w:t>البرهانيات الواقع حاكم عليك</w:t>
      </w:r>
    </w:p>
    <w:p>
      <w:r>
        <w:t>اما هذا اولى وهذا اثر نفسانيتك حاكمة على الواقع</w:t>
      </w:r>
    </w:p>
    <w:p>
      <w:r>
        <w:t>في اعم الاغلب</w:t>
      </w:r>
    </w:p>
    <w:p>
      <w:r>
        <w:t>ولهذا يقولون جدل</w:t>
      </w:r>
    </w:p>
    <w:p>
      <w:r>
        <w:t>لا يفيد اليقين</w:t>
      </w:r>
    </w:p>
    <w:p>
      <w:r>
        <w:t>وهذا انما يتحقق في العرضيات وفي الجدل اكثر مبنية على الاولى والاخر الاثر يعني المختار اختار هذا اراه اولى وكذا</w:t>
      </w:r>
    </w:p>
    <w:p>
      <w:r>
        <w:t>فيجب ان يعد مواضع آآ فيجب ان يعد الجدل مواضع لهما</w:t>
      </w:r>
    </w:p>
    <w:p>
      <w:r>
        <w:t>يعني لهذا والاثر</w:t>
      </w:r>
    </w:p>
    <w:p>
      <w:r>
        <w:t>ويعد ايضا مواضع للهوى هو</w:t>
      </w:r>
    </w:p>
    <w:p>
      <w:r>
        <w:t>وهي ايضا ايضا لواحق للمواضع السابقة</w:t>
      </w:r>
    </w:p>
    <w:p>
      <w:r>
        <w:t>لان الجدل ينظر الى الحد فيحتاج الى مواضع بل هو هو</w:t>
      </w:r>
    </w:p>
    <w:p>
      <w:r>
        <w:t>نعم</w:t>
      </w:r>
    </w:p>
    <w:p>
      <w:r>
        <w:t>هو هو يعني مبدأ الهوية</w:t>
      </w:r>
    </w:p>
    <w:p>
      <w:r>
        <w:t>مبدأ الهوية يعني التعريفات</w:t>
      </w:r>
    </w:p>
    <w:p>
      <w:r>
        <w:t>هل يراعي التعريفات بدقة? لا ابدا</w:t>
      </w:r>
    </w:p>
    <w:p>
      <w:r>
        <w:t>هنا جدل</w:t>
      </w:r>
    </w:p>
    <w:p>
      <w:r>
        <w:t>ممكن آآ يرتب تعريفا لا ينسجم مع القواعد المنطقية</w:t>
      </w:r>
    </w:p>
    <w:p>
      <w:r>
        <w:t>المهم من الطرف المقابل يسلم به</w:t>
      </w:r>
    </w:p>
    <w:p>
      <w:r>
        <w:t>انتهى</w:t>
      </w:r>
    </w:p>
    <w:p>
      <w:r>
        <w:t>سلم به اخلاص</w:t>
      </w:r>
    </w:p>
    <w:p>
      <w:r>
        <w:t>ويقول بين شيئين مشتركين بين بامر ومختلفين باخر</w:t>
      </w:r>
    </w:p>
    <w:p>
      <w:r>
        <w:t>كقولنا الانسان هو الفرس</w:t>
      </w:r>
    </w:p>
    <w:p>
      <w:r>
        <w:t>سلم بها المجادل على بركة الله</w:t>
      </w:r>
    </w:p>
    <w:p>
      <w:r>
        <w:t>يعني في الحيوانية والشيئان قد يكونا النوعين وقد يكونان شخصين على وقد ظهر من هذا ان اصناف المواضع هذه هذه الثمانية وهي مواضع الاثبات والابطال مطلقا</w:t>
      </w:r>
    </w:p>
    <w:p>
      <w:r>
        <w:t>ومواضع الاعراض يعني العرضيات ومواضع الاولى والاثر</w:t>
      </w:r>
    </w:p>
    <w:p>
      <w:r>
        <w:t>ومواضع الجنس ومواضع الفصل ومواضع الحد ومواضع الخاصة والمواضع هو هو</w:t>
      </w:r>
    </w:p>
    <w:p>
      <w:r>
        <w:t>وتفصيل اصناف هذه المواضع وتعديدها تعديدها يعني عدها لا يليق بالمختصرات فلنقتصر على ايراد الامثل الامثلة لكل واحد منها</w:t>
      </w:r>
    </w:p>
    <w:p>
      <w:r>
        <w:t>اقول هذا متن تدريسي وليس من المطولات ارجع الى المطولات تجد هذه الامور بالتفصيل</w:t>
      </w:r>
    </w:p>
    <w:p>
      <w:r>
        <w:t>قال ونقول من مواضع الاثبات والابطال ما يتعلق بجوهر الوضع</w:t>
      </w:r>
    </w:p>
    <w:p>
      <w:r>
        <w:t>ما هو جوهر الوضع وهو ان يحلل المط آآ ان يحلل وهو ان يحلل المطلوب واجزاؤه الى ذاتياتها</w:t>
      </w:r>
    </w:p>
    <w:p>
      <w:r>
        <w:t>مكوناتها انظر قال يحلل</w:t>
      </w:r>
    </w:p>
    <w:p>
      <w:r>
        <w:t>قلت لكم ان المنهجية العامة التي تطال جميع العلوم مهما كانت هي التحليل والتركيب</w:t>
      </w:r>
    </w:p>
    <w:p>
      <w:r>
        <w:t>هنا يشير الى التحليل</w:t>
      </w:r>
    </w:p>
    <w:p>
      <w:r>
        <w:t>نعم</w:t>
      </w:r>
    </w:p>
    <w:p>
      <w:r>
        <w:t>يحلل ان يحلل المطلوب واجزاء آآ ان يحلل نعم ما نقول نبني للمجهول ان يحلل المجادل احسن</w:t>
      </w:r>
    </w:p>
    <w:p>
      <w:r>
        <w:t>لا نقول ان يحلل المطلوب اجزأه الى ذاتيته</w:t>
      </w:r>
    </w:p>
    <w:p>
      <w:r>
        <w:t>وان يحلل الجدلي المطلوب واجزأه</w:t>
      </w:r>
    </w:p>
    <w:p>
      <w:r>
        <w:t>يعني اجزأه هنا مفعول به</w:t>
      </w:r>
    </w:p>
    <w:p>
      <w:r>
        <w:t>نعم</w:t>
      </w:r>
    </w:p>
    <w:p>
      <w:r>
        <w:t>الى ذاتياتها</w:t>
      </w:r>
    </w:p>
    <w:p>
      <w:r>
        <w:t>يعني الى مكوناتها الحقيقية من الجنس والفصل</w:t>
      </w:r>
    </w:p>
    <w:p>
      <w:r>
        <w:t>عوارضها ومعروضاتها ولوازمها وملزوماتها العوارض اعم من الملزومات قد تكون منفكة</w:t>
      </w:r>
    </w:p>
    <w:p>
      <w:r>
        <w:t>ولوازمها يعني عطف الخاص على العام وملزوماته لازم ملزوم يعني موضوع محمول</w:t>
      </w:r>
    </w:p>
    <w:p>
      <w:r>
        <w:t>المحمول لا يكون من ذاتية الموضوع لازم وملزوم</w:t>
      </w:r>
    </w:p>
    <w:p>
      <w:r>
        <w:t>وجزئياتها ما تندرج تحتها</w:t>
      </w:r>
    </w:p>
    <w:p>
      <w:r>
        <w:t>نعم الانسان زيد</w:t>
      </w:r>
    </w:p>
    <w:p>
      <w:r>
        <w:t>حيوان انسان</w:t>
      </w:r>
    </w:p>
    <w:p>
      <w:r>
        <w:t>هذه هي جزئياتها واجزائها كلها بحسب الشهرة</w:t>
      </w:r>
    </w:p>
    <w:p>
      <w:r>
        <w:t>لان جدلي يعتمد على المشهورات</w:t>
      </w:r>
    </w:p>
    <w:p>
      <w:r>
        <w:t>ويطلب منها ما يقتضي الاثبات والابطال بالقياس او الاستقراء</w:t>
      </w:r>
    </w:p>
    <w:p>
      <w:r>
        <w:t>هذه العبارة من المحقق الطوسي بالاستقراء والقياس آآ تبين لنا ما بينته لكم ان هذا البحث في عمومه ليس بحثا منطقيا</w:t>
      </w:r>
    </w:p>
    <w:p>
      <w:r>
        <w:t>وانما هي توصيف للجدلي والمجادل</w:t>
      </w:r>
    </w:p>
    <w:p>
      <w:r>
        <w:t>جيد كيف? انظر يعني حتى الجدل يستخدم القياس</w:t>
      </w:r>
    </w:p>
    <w:p>
      <w:r>
        <w:t>يعني الاستنباط والاستقراء</w:t>
      </w:r>
    </w:p>
    <w:p>
      <w:r>
        <w:t>غاية الامر ام المقدمات مشهورة وليست يقينية</w:t>
      </w:r>
    </w:p>
    <w:p>
      <w:r>
        <w:t>هذا هو</w:t>
      </w:r>
    </w:p>
    <w:p>
      <w:r>
        <w:t>انتهى الامر انتهى الامر</w:t>
      </w:r>
    </w:p>
    <w:p>
      <w:r>
        <w:t>ثم تدخل الى حيثيات المجادل</w:t>
      </w:r>
    </w:p>
    <w:p>
      <w:r>
        <w:t>وقوانين المجادلة</w:t>
      </w:r>
    </w:p>
    <w:p>
      <w:r>
        <w:t>فقط توصيف خارجي</w:t>
      </w:r>
    </w:p>
    <w:p>
      <w:r>
        <w:t>وليس بحثا منطقيا</w:t>
      </w:r>
    </w:p>
    <w:p>
      <w:r>
        <w:t>البحث المنطقي ما هو الجدل? كبحس منطقي</w:t>
      </w:r>
    </w:p>
    <w:p>
      <w:r>
        <w:t>هو قياس استنباطي قياس استقرائي ممكن قياس تمثيلي بلبنات مشهورة فقط ليست يقينية لبنة يعني المقدمة</w:t>
      </w:r>
    </w:p>
    <w:p>
      <w:r>
        <w:t>انتهى الامر يعني كل ما درسناه في القياس والبرهان ينطبق على الجدل مع فارق ان المقدمات لبنات القياس والاستدلال هي المشهورات وكذلك في التعريفات لا يراعيان الدقة البرهانية انتهى الامر</w:t>
      </w:r>
    </w:p>
    <w:p>
      <w:r>
        <w:t>والباقي كلها توصيف لمن? للمجادلة</w:t>
      </w:r>
    </w:p>
    <w:p>
      <w:r>
        <w:t>وهذه ليست بحوثا منطقية</w:t>
      </w:r>
    </w:p>
    <w:p>
      <w:r>
        <w:t>نعم ويطلب منها ما يقتضي الاثبات والابطال بالقياس يعني الاستنباط او بالاستقراء او التمثيل</w:t>
      </w:r>
    </w:p>
    <w:p>
      <w:r>
        <w:t>اذا فيما يفرق الجدل عن البرهان صوري لا يفرق عن البرهان في شيء في المادة يفرق اللبنات البرهان يقين والجدل شهرة انتهى الامر</w:t>
      </w:r>
    </w:p>
    <w:p>
      <w:r>
        <w:t>انتهى الامر</w:t>
      </w:r>
    </w:p>
    <w:p>
      <w:r>
        <w:t>الاقيس هي الاقيسة الطريقة هي الطريقة فقط المجادل له</w:t>
      </w:r>
    </w:p>
    <w:p>
      <w:r>
        <w:t>طرف مقابل يريد تبكيته ابطاله اسكاته</w:t>
      </w:r>
    </w:p>
    <w:p>
      <w:r>
        <w:t>يأتي بالمشورات المسلم بها انتهى الامر</w:t>
      </w:r>
    </w:p>
    <w:p>
      <w:r>
        <w:t>نعم</w:t>
      </w:r>
    </w:p>
    <w:p>
      <w:r>
        <w:t>اقول قد بينا في كتاب البرهان كيف اه تستنبط الحجة والقياس عطف تفسيري</w:t>
      </w:r>
    </w:p>
    <w:p>
      <w:r>
        <w:t>من المطلوب او تستنبط واحسب</w:t>
      </w:r>
    </w:p>
    <w:p>
      <w:r>
        <w:t>كيف تستنبط الحجة والقياس من المطلوب من المطلوب نفسه من جهة حده? اعني الموضوع المحمول بتحصيل الحد الاوسط مما الحد الاوسط هو علة هو علة النتيجة في الايجاب ومن الامور الخارجية عنها في السلب</w:t>
      </w:r>
    </w:p>
    <w:p>
      <w:r>
        <w:t>لان السلب هو تفكيك بين الموضوع والمحبوب</w:t>
      </w:r>
    </w:p>
    <w:p>
      <w:r>
        <w:t>فالحد الاوسط لا يكون له نسبة مع اللبن بالحد الأوسط ولا بالحد الأكبر</w:t>
      </w:r>
    </w:p>
    <w:p>
      <w:r>
        <w:t>ولهذا يقول آآ من الأمور الخارجية عنهما عنهما ماذا? عن عن آآ الموضوع المحمول</w:t>
      </w:r>
    </w:p>
    <w:p>
      <w:r>
        <w:t>آآ الذي هو ما في حد اوسط لنا سلب</w:t>
      </w:r>
    </w:p>
    <w:p>
      <w:r>
        <w:t>سلب</w:t>
      </w:r>
    </w:p>
    <w:p>
      <w:r>
        <w:t>نعم</w:t>
      </w:r>
    </w:p>
    <w:p>
      <w:r>
        <w:t>والخارج عن احدهما غير خارجة عن الاخر على ما مثل في الايجابي والسلب الكلي والجزئي وتحليل المطلوب وتحليل اجزائه الى ذاتياتها بان بان ينقسم الى الاجزاء الذاتية يعني المكونات الخارجية المكونات الذاتية والى الوجودية يعني مكونات ليست ذهنية</w:t>
      </w:r>
    </w:p>
    <w:p>
      <w:r>
        <w:t>المكونات الخارجية</w:t>
      </w:r>
    </w:p>
    <w:p>
      <w:r>
        <w:t>كالمادة والصورة</w:t>
      </w:r>
    </w:p>
    <w:p>
      <w:r>
        <w:t>المادة والصورة في النظم المنطقي</w:t>
      </w:r>
    </w:p>
    <w:p>
      <w:r>
        <w:t>تنصيب جنس وفصلا</w:t>
      </w:r>
    </w:p>
    <w:p>
      <w:r>
        <w:t>واجزاء الاجزاء اذا كانت للاجزاء اجزاء في التحليل</w:t>
      </w:r>
    </w:p>
    <w:p>
      <w:r>
        <w:t>الى البصائر</w:t>
      </w:r>
    </w:p>
    <w:p>
      <w:r>
        <w:t>وكذلك آآ آآ تحليل الموضوع والمحمول الى العوارض</w:t>
      </w:r>
    </w:p>
    <w:p>
      <w:r>
        <w:t>العرضيات والمعروضات واللوازم والملزومات على نهج ما تقدم</w:t>
      </w:r>
    </w:p>
    <w:p>
      <w:r>
        <w:t>ما فيه فرق بين البرهان والجدل في هذه الحيثيات</w:t>
      </w:r>
    </w:p>
    <w:p>
      <w:r>
        <w:t>فقط فيه امران يتميز بها بهما الجدل عن البرهان</w:t>
      </w:r>
    </w:p>
    <w:p>
      <w:r>
        <w:t>الجدلي يتحرك في المشهورات البرهان يتحرك في اليقينيات</w:t>
      </w:r>
    </w:p>
    <w:p>
      <w:r>
        <w:t>الجدل طرف مقابل غايته التبكيت والاسكات والافحام</w:t>
      </w:r>
    </w:p>
    <w:p>
      <w:r>
        <w:t>البرهاني ما عنده علاقة بهذا الامر</w:t>
      </w:r>
    </w:p>
    <w:p>
      <w:r>
        <w:t>اما الصورنة المنطقية واحدة</w:t>
      </w:r>
    </w:p>
    <w:p>
      <w:r>
        <w:t>لا يتميز البرهان عن الجدل في شيء</w:t>
      </w:r>
    </w:p>
    <w:p>
      <w:r>
        <w:t>ولا يتميز الجدل عن البرهان في شيء</w:t>
      </w:r>
    </w:p>
    <w:p>
      <w:r>
        <w:t>استنباط استقراء تمثيل من حيث الثورنة حيث المادة فقط</w:t>
      </w:r>
    </w:p>
    <w:p>
      <w:r>
        <w:t>نعم هذه المادة الفكرية لا تكون بالضرورة يقينية عند الجدل</w:t>
      </w:r>
    </w:p>
    <w:p>
      <w:r>
        <w:t>قد يكون عند الجدل يقينيا الا انه ينظر اليها بما هي مسلمة</w:t>
      </w:r>
    </w:p>
    <w:p>
      <w:r>
        <w:t>مشهورة وليس بما هي واقعة خارجي ثابت ويقيني لا ابدا</w:t>
      </w:r>
    </w:p>
    <w:p>
      <w:r>
        <w:t>نعم</w:t>
      </w:r>
    </w:p>
    <w:p>
      <w:r>
        <w:t>فان كان المحمول او حد او جزء جزء يساويه</w:t>
      </w:r>
    </w:p>
    <w:p>
      <w:r>
        <w:t>محمولا على او على حده او على جزء جزء يساويه يساوي في الصدق طبعا حصل الايجاب الكلي</w:t>
      </w:r>
    </w:p>
    <w:p>
      <w:r>
        <w:t>نعم</w:t>
      </w:r>
    </w:p>
    <w:p>
      <w:r>
        <w:t>الايجاب الكلي</w:t>
      </w:r>
    </w:p>
    <w:p>
      <w:r>
        <w:t>فهذه النسبة بعد اذا قلت كل انسان حيوان فالحيوان هنا تصادق مع الانسان في في جميع ابعاده لا في بعده الحيواني فقط</w:t>
      </w:r>
    </w:p>
    <w:p>
      <w:r>
        <w:t>هذا هو تساوي الصدق ليس التسوق كالوجود والوحدة والوجود والاصالة</w:t>
      </w:r>
    </w:p>
    <w:p>
      <w:r>
        <w:t>نعم خليني اضيء هذه المسألة للجامعيين</w:t>
      </w:r>
    </w:p>
    <w:p>
      <w:r>
        <w:t>لانها مسألة مهمة جدا</w:t>
      </w:r>
    </w:p>
    <w:p>
      <w:r>
        <w:t>تطورت مع الزمن</w:t>
      </w:r>
    </w:p>
    <w:p>
      <w:r>
        <w:t>عندنا موضوع محمول مرة نقول تساوي الصدق مرة انا قلت تساوي الصدق</w:t>
      </w:r>
    </w:p>
    <w:p>
      <w:r>
        <w:t>فيما الفارق الجميع هنا يسجل جزاه الله خير</w:t>
      </w:r>
    </w:p>
    <w:p>
      <w:r>
        <w:t>التساوي الصدقي عندنا واقعية</w:t>
      </w:r>
    </w:p>
    <w:p>
      <w:r>
        <w:t>الكل متواجد في هذه الواقعية</w:t>
      </w:r>
    </w:p>
    <w:p>
      <w:r>
        <w:t>يعني الموضوع متواجد في هذا الواقع ليس منفصلا لوحده</w:t>
      </w:r>
    </w:p>
    <w:p>
      <w:r>
        <w:t>في دائرة لوحده لا لا لا</w:t>
      </w:r>
    </w:p>
    <w:p>
      <w:r>
        <w:t>والمحمول متواجد في الواقعية نفسها</w:t>
      </w:r>
    </w:p>
    <w:p>
      <w:r>
        <w:t>هذا تواجد</w:t>
      </w:r>
    </w:p>
    <w:p>
      <w:r>
        <w:t>بعد ما تكلمنا عن التسوق والتساوي</w:t>
      </w:r>
    </w:p>
    <w:p>
      <w:r>
        <w:t>التو جيد</w:t>
      </w:r>
    </w:p>
    <w:p>
      <w:r>
        <w:t>هذا التواجد ما هو نحو? تجد الموضوع يأخذ دائرة من ذلك الوجود</w:t>
      </w:r>
    </w:p>
    <w:p>
      <w:r>
        <w:t>الواحد هو وجود واحد</w:t>
      </w:r>
    </w:p>
    <w:p>
      <w:r>
        <w:t>المحمول ياخذ دائرة اخرى</w:t>
      </w:r>
    </w:p>
    <w:p>
      <w:r>
        <w:t>هذا التساوي الصدقي يعني الموضوع المحمول متواجدا في مصداق واحد</w:t>
      </w:r>
    </w:p>
    <w:p>
      <w:r>
        <w:t>هذا تساوى او تساوى في الصدق فقط</w:t>
      </w:r>
    </w:p>
    <w:p>
      <w:r>
        <w:t>مثاله الانسان حيوان</w:t>
      </w:r>
    </w:p>
    <w:p>
      <w:r>
        <w:t>عندك انت زيد الخليج</w:t>
      </w:r>
    </w:p>
    <w:p>
      <w:r>
        <w:t>زيد بوصفه انسانا عنده جسم مام حساس متحرك بالارادة</w:t>
      </w:r>
    </w:p>
    <w:p>
      <w:r>
        <w:t>هذا هو البعد الذي يصدق عليه الحيوان</w:t>
      </w:r>
    </w:p>
    <w:p>
      <w:r>
        <w:t>يقول الانسان حيوان زي الانسان</w:t>
      </w:r>
    </w:p>
    <w:p>
      <w:r>
        <w:t>نعم</w:t>
      </w:r>
    </w:p>
    <w:p>
      <w:r>
        <w:t>هذا الحيوان المحم اذا جاء الى زيد يستقر في دائرة خاصة ما هي? جسم لام حساس متحرك بالارادة</w:t>
      </w:r>
    </w:p>
    <w:p>
      <w:r>
        <w:t>لا يمس الناطق</w:t>
      </w:r>
    </w:p>
    <w:p>
      <w:r>
        <w:t>الناطق لا يخصه</w:t>
      </w:r>
    </w:p>
    <w:p>
      <w:r>
        <w:t>اذا دائرة فقط الانسان لا الانسان هذه الدائرة هو امر ز الناطقين</w:t>
      </w:r>
    </w:p>
    <w:p>
      <w:r>
        <w:t>يعني يطال جميع الدائرة</w:t>
      </w:r>
    </w:p>
    <w:p>
      <w:r>
        <w:t>والحيوان جزء الدائرة</w:t>
      </w:r>
    </w:p>
    <w:p>
      <w:r>
        <w:t>اذا هنا ما في تساوي في تساوي</w:t>
      </w:r>
    </w:p>
    <w:p>
      <w:r>
        <w:t>تساوي يعني تواجد في مصداق</w:t>
      </w:r>
    </w:p>
    <w:p>
      <w:r>
        <w:t>نعم</w:t>
      </w:r>
    </w:p>
    <w:p>
      <w:r>
        <w:t>التساؤق التحليل نفسه</w:t>
      </w:r>
    </w:p>
    <w:p>
      <w:r>
        <w:t>موضوع ومحمول وعندنا مصداق واحد</w:t>
      </w:r>
    </w:p>
    <w:p>
      <w:r>
        <w:t>حتى كلمة مصداق فيها تسامحنا في الفلسفة</w:t>
      </w:r>
    </w:p>
    <w:p>
      <w:r>
        <w:t>التسوق يختلف عن التساوي</w:t>
      </w:r>
    </w:p>
    <w:p>
      <w:r>
        <w:t>الموضوع يلف كل الواقعية</w:t>
      </w:r>
    </w:p>
    <w:p>
      <w:r>
        <w:t>والمحمول يلف كل الواقع ليس كالتساوي التساوي آآ الموضوع او المحمول يلف مقطعا والثاني يلف آآ آآ اما تمام الواقعي او مقطعا</w:t>
      </w:r>
    </w:p>
    <w:p>
      <w:r>
        <w:t>اذا قلت انت آآ بعض الحيوان ناطق</w:t>
      </w:r>
    </w:p>
    <w:p>
      <w:r>
        <w:t>الذي هو الانسان</w:t>
      </w:r>
    </w:p>
    <w:p>
      <w:r>
        <w:t>زيد من مصادق هذا الحيوان الذي ينطق</w:t>
      </w:r>
    </w:p>
    <w:p>
      <w:r>
        <w:t>الحيوانية في زيد ما هي جسم نامي حساس متحرك بالارادة</w:t>
      </w:r>
    </w:p>
    <w:p>
      <w:r>
        <w:t>الناطقية فقط البعد الناطقي يعني ادراك الكليات</w:t>
      </w:r>
    </w:p>
    <w:p>
      <w:r>
        <w:t>هذا التساوي الصدقي يعني في مصداق</w:t>
      </w:r>
    </w:p>
    <w:p>
      <w:r>
        <w:t>تسوق ارقى</w:t>
      </w:r>
    </w:p>
    <w:p>
      <w:r>
        <w:t>تسوق ان موضوع محمول</w:t>
      </w:r>
    </w:p>
    <w:p>
      <w:r>
        <w:t>الوجود اصيل</w:t>
      </w:r>
    </w:p>
    <w:p>
      <w:r>
        <w:t>الوجود اصيل</w:t>
      </w:r>
    </w:p>
    <w:p>
      <w:r>
        <w:t>الوجود مشكك</w:t>
      </w:r>
    </w:p>
    <w:p>
      <w:r>
        <w:t>الوجود واحد</w:t>
      </w:r>
    </w:p>
    <w:p>
      <w:r>
        <w:t>الوجود هو تمام الواقعية</w:t>
      </w:r>
    </w:p>
    <w:p>
      <w:r>
        <w:t>يعني يلف لك كل الواقع والأصالة تلف كل الواقعية ليس دائر من دائرة من الواقعية</w:t>
      </w:r>
    </w:p>
    <w:p>
      <w:r>
        <w:t>هذا يسمى التساؤق الصدقي</w:t>
      </w:r>
    </w:p>
    <w:p>
      <w:r>
        <w:t>نعم</w:t>
      </w:r>
    </w:p>
    <w:p>
      <w:r>
        <w:t>في التساوي عندنا اه عندنا عنوانان الموضوع والمحمول التواجد الصدقي لكن دائرة التواجد تختلف</w:t>
      </w:r>
    </w:p>
    <w:p>
      <w:r>
        <w:t>التساوق التواجد الصدقي وحيثية الصدق واحدة</w:t>
      </w:r>
    </w:p>
    <w:p>
      <w:r>
        <w:t>حيثية الصدق يعني من حيث يصدق الوجود تصدق الاصالة</w:t>
      </w:r>
    </w:p>
    <w:p>
      <w:r>
        <w:t>فالوجود هنا فكل الواقعية الأصالة تلف كل الواقعية</w:t>
      </w:r>
    </w:p>
    <w:p>
      <w:r>
        <w:t>هذا التسوق</w:t>
      </w:r>
    </w:p>
    <w:p>
      <w:r>
        <w:t>هذه فمها جيدا</w:t>
      </w:r>
    </w:p>
    <w:p>
      <w:r>
        <w:t>مثاله في التسوق</w:t>
      </w:r>
    </w:p>
    <w:p>
      <w:r>
        <w:t>الوجود الإلهي حي</w:t>
      </w:r>
    </w:p>
    <w:p>
      <w:r>
        <w:t>مثال عقدي</w:t>
      </w:r>
    </w:p>
    <w:p>
      <w:r>
        <w:t>مثال في الالهيات الوجود الالهي حي اتحدث براديجم الصدراء</w:t>
      </w:r>
    </w:p>
    <w:p>
      <w:r>
        <w:t>الحكمة المتعالية</w:t>
      </w:r>
    </w:p>
    <w:p>
      <w:r>
        <w:t>الوجود الالهي</w:t>
      </w:r>
    </w:p>
    <w:p>
      <w:r>
        <w:t>الوجود الالهي حي</w:t>
      </w:r>
    </w:p>
    <w:p>
      <w:r>
        <w:t>الوجود الى فكل الوجود الواجبي</w:t>
      </w:r>
    </w:p>
    <w:p>
      <w:r>
        <w:t>ما عندنا قطعة في في الوجود الخارجي الالهي</w:t>
      </w:r>
    </w:p>
    <w:p>
      <w:r>
        <w:t>هذه القطعة آآ هي عدم</w:t>
      </w:r>
    </w:p>
    <w:p>
      <w:r>
        <w:t>مستحيل</w:t>
      </w:r>
    </w:p>
    <w:p>
      <w:r>
        <w:t>كل الذات الالهية وجود</w:t>
      </w:r>
    </w:p>
    <w:p>
      <w:r>
        <w:t>الحياة كل الذات الهاي حية</w:t>
      </w:r>
    </w:p>
    <w:p>
      <w:r>
        <w:t>ما عندنا مقطع في هي ليست حية لاحظت? اذا الوجود نص كل الواقعية الالهية</w:t>
      </w:r>
    </w:p>
    <w:p>
      <w:r>
        <w:t>يعني صدقة على تمام الحقيقة الالهية والحياة</w:t>
      </w:r>
    </w:p>
    <w:p>
      <w:r>
        <w:t>صدقت على تمام الحقيقة لله</w:t>
      </w:r>
    </w:p>
    <w:p>
      <w:r>
        <w:t>اذا كل الصفات الذاتية الالهية صفات صفات متسوقة</w:t>
      </w:r>
    </w:p>
    <w:p>
      <w:r>
        <w:t>نعم</w:t>
      </w:r>
    </w:p>
    <w:p>
      <w:r>
        <w:t>هذا مثال بالنسبة الى التسوق مثال رائع</w:t>
      </w:r>
    </w:p>
    <w:p>
      <w:r>
        <w:t>في الحكمة المتعالية يمكن لك ان تمثل الوجود المشكك الوجود الأصيل الوجود علة</w:t>
      </w:r>
    </w:p>
    <w:p>
      <w:r>
        <w:t>علة لوجود محلول وجود متقدم كل هذه المواصفات من باب التساوق وليس من باب التساوي</w:t>
      </w:r>
    </w:p>
    <w:p>
      <w:r>
        <w:t>نعم</w:t>
      </w:r>
    </w:p>
    <w:p>
      <w:r>
        <w:t>لا تجد الوجود في الخارج هو وجود وقطعة منه اصالة</w:t>
      </w:r>
    </w:p>
    <w:p>
      <w:r>
        <w:t>لا</w:t>
      </w:r>
    </w:p>
    <w:p>
      <w:r>
        <w:t>الوجود كله وجود في وكله اصالة</w:t>
      </w:r>
    </w:p>
    <w:p>
      <w:r>
        <w:t>وهكذا يجب ان تفهم المسألة</w:t>
      </w:r>
    </w:p>
    <w:p>
      <w:r>
        <w:t>نعم</w:t>
      </w:r>
    </w:p>
    <w:p>
      <w:r>
        <w:t>لماذا دخلنا في هذا الموضوع? نعم</w:t>
      </w:r>
    </w:p>
    <w:p>
      <w:r>
        <w:t>اه نسيت لماذا انا اضأت المسألة تسوق</w:t>
      </w:r>
    </w:p>
    <w:p>
      <w:r>
        <w:t>اقول قد بينا نعم انتهى الوقت ان شاء الله نكمل في الحصة الاتية</w:t>
      </w:r>
    </w:p>
    <w:p>
      <w:r>
        <w:t>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