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اقول بيان الحلي رحمة الله عليه قد بينا في كتاب البرهان في هذا الكتاب كيف آآ نعم لا هذا طبقناه معليش نعيد التطبيق الكلي نعم قد بينا في كتاب البرهان كيف آآ تستنبط الحجة والقياس من المطلوب نفسه من جهة حديه</w:t>
      </w:r>
    </w:p>
    <w:p>
      <w:r>
        <w:t>نعم يعني تأتي الى المطلوب قبل آآ ان يصير نتيجة</w:t>
      </w:r>
    </w:p>
    <w:p>
      <w:r>
        <w:t>ان المطلوب قبل الاستدلال هو النتيجة بعد الاستدلال</w:t>
      </w:r>
    </w:p>
    <w:p>
      <w:r>
        <w:t>فهذا هو المجهول التصديقي</w:t>
      </w:r>
    </w:p>
    <w:p>
      <w:r>
        <w:t>ماذا تفعل انت? تروح الى تحليل تحليل الموضوع المحمول</w:t>
      </w:r>
    </w:p>
    <w:p>
      <w:r>
        <w:t>اولا تعرف الموضوع تعرف المحمول في البعد التصوري ثم آآ تذهب الى الموضوع تبحث عن لوازمه عن آآ عربياته عن مكوناته الجنس والفصل</w:t>
      </w:r>
    </w:p>
    <w:p>
      <w:r>
        <w:t>فتجد هذا الحد الاوسط الذي اه يجذب الاكبر</w:t>
      </w:r>
    </w:p>
    <w:p>
      <w:r>
        <w:t>يجذب الاكبر الذي هو محمول في المطلوب</w:t>
      </w:r>
    </w:p>
    <w:p>
      <w:r>
        <w:t>فتجد المسالخة يعني الحد الاوسط فينقلب المطلوب يعني المجهول التصديقي</w:t>
      </w:r>
    </w:p>
    <w:p>
      <w:r>
        <w:t>ينقلب معلوما تصديقيا هو النتيجة</w:t>
      </w:r>
    </w:p>
    <w:p>
      <w:r>
        <w:t>هذه العملية في البرهان هكذا وفي الجدل هكذا</w:t>
      </w:r>
    </w:p>
    <w:p>
      <w:r>
        <w:t>غاية الامر الجدل يتكئ على المشهور وما يسلم به الطرف المقابل</w:t>
      </w:r>
    </w:p>
    <w:p>
      <w:r>
        <w:t>البرهان له</w:t>
      </w:r>
    </w:p>
    <w:p>
      <w:r>
        <w:t>يركز على الواقع</w:t>
      </w:r>
    </w:p>
    <w:p>
      <w:r>
        <w:t>الثالث فهو الواقع</w:t>
      </w:r>
    </w:p>
    <w:p>
      <w:r>
        <w:t>علاقة بالطرف المقابل كان او لم يكن</w:t>
      </w:r>
    </w:p>
    <w:p>
      <w:r>
        <w:t>قد بينا في كتاب الغوران كيف تستنبط الحجة او تستنبط احسن? لان الحجة هي الفاعل هنا</w:t>
      </w:r>
    </w:p>
    <w:p>
      <w:r>
        <w:t>كيف تستنبط الحجة والقياس من المطلوب? يعني من من هنا آآ انطلاقية نعم ابتدائية</w:t>
      </w:r>
    </w:p>
    <w:p>
      <w:r>
        <w:t>كأنك قلت تستنبط تستنبط الحجة والقياس انطلاقا من المطلوب نفسه</w:t>
      </w:r>
    </w:p>
    <w:p>
      <w:r>
        <w:t>يعني يركز على المجهول التصديقي</w:t>
      </w:r>
    </w:p>
    <w:p>
      <w:r>
        <w:t>موضوع محمول قضية الموضوع له مكونات ومكونات المكونات</w:t>
      </w:r>
    </w:p>
    <w:p>
      <w:r>
        <w:t>وعنده لوازم المحمول له مكوناته ومكوناته ومكونات ولوازم</w:t>
      </w:r>
    </w:p>
    <w:p>
      <w:r>
        <w:t>يشتغل على هذه الامور لكسب اه الحد اوسط الذي يجمع بين الموضوع والمحمول</w:t>
      </w:r>
    </w:p>
    <w:p>
      <w:r>
        <w:t>يعني ما هو الملاك الذي جمع المحمول? وآآ الموضوع في قضية واحدة</w:t>
      </w:r>
    </w:p>
    <w:p>
      <w:r>
        <w:t>بعد اذا اكتشفنا الملاك والحد اوسط نصل الى النتيجة يعني المطلوب يصير معلوما تصديقيا وهو النتيجة</w:t>
      </w:r>
    </w:p>
    <w:p>
      <w:r>
        <w:t>هذه هي القضية</w:t>
      </w:r>
    </w:p>
    <w:p>
      <w:r>
        <w:t>ببساطة تامة</w:t>
      </w:r>
    </w:p>
    <w:p>
      <w:r>
        <w:t>نعم</w:t>
      </w:r>
    </w:p>
    <w:p>
      <w:r>
        <w:t>قد بينا في كتاب البرهان كيف تستنبط الحجة والقياس يعني الذي الحجة هو الذي يستنبط بقاعدة الحجية او الدليل والقياس</w:t>
      </w:r>
    </w:p>
    <w:p>
      <w:r>
        <w:t>من المطلوب نفسه يعني الحد الاوسط نستخرجه من من المطلوب</w:t>
      </w:r>
    </w:p>
    <w:p>
      <w:r>
        <w:t>من جهة حديه حديه يعني الموضوع المحمول بتحصيل الى الحد الاوسط في الايجاب اذا كنا نريد ان نثبت الموضوع المحمول للموضوع</w:t>
      </w:r>
    </w:p>
    <w:p>
      <w:r>
        <w:t>اذا كنا نريد ان ننفي مسألة اخرى</w:t>
      </w:r>
    </w:p>
    <w:p>
      <w:r>
        <w:t>ومن الامور الخارجية عنهما في السلب</w:t>
      </w:r>
    </w:p>
    <w:p>
      <w:r>
        <w:t>السلب ما عندنا حد اوسط واذا كان في حد اوسط ليس سلبا</w:t>
      </w:r>
    </w:p>
    <w:p>
      <w:r>
        <w:t>نعم نمثل لك بمثال سهلة جدا</w:t>
      </w:r>
    </w:p>
    <w:p>
      <w:r>
        <w:t>الله جسم الله جسم هذا خلاف الواقع</w:t>
      </w:r>
    </w:p>
    <w:p>
      <w:r>
        <w:t>فالحقيقة ما هي? الله ليس بجسم</w:t>
      </w:r>
    </w:p>
    <w:p>
      <w:r>
        <w:t>هذا هو المطلوب</w:t>
      </w:r>
    </w:p>
    <w:p>
      <w:r>
        <w:t>يعني النفي الجسمي عن الذات تبحث انت عن حيثية في اه الموضوع المحمول في الذات الالهية الغنى المطلق</w:t>
      </w:r>
    </w:p>
    <w:p>
      <w:r>
        <w:t>في الجسمية الافتقار المطلق الى الحيز</w:t>
      </w:r>
    </w:p>
    <w:p>
      <w:r>
        <w:t>هنا اه الحد الاوسط غير موجود</w:t>
      </w:r>
    </w:p>
    <w:p>
      <w:r>
        <w:t>لماذا? لان الغرا المطلق كحيثية لواجب الوجود الله تعالى</w:t>
      </w:r>
    </w:p>
    <w:p>
      <w:r>
        <w:t>لا تتناغم مع الفقر</w:t>
      </w:r>
    </w:p>
    <w:p>
      <w:r>
        <w:t>الغنى ولا غنى اجتماع النقيضين</w:t>
      </w:r>
    </w:p>
    <w:p>
      <w:r>
        <w:t>اذا العقل ماذا يقول? سلب مطلق واجب الوجود لاحظت كيف? اذا ما في من يوحد بين الواجب والجسمية</w:t>
      </w:r>
    </w:p>
    <w:p>
      <w:r>
        <w:t>قد يأتي امر خارجي</w:t>
      </w:r>
    </w:p>
    <w:p>
      <w:r>
        <w:t>الافتقار بالنسبة الى الذات الالهية</w:t>
      </w:r>
    </w:p>
    <w:p>
      <w:r>
        <w:t>امر خارجي براني</w:t>
      </w:r>
    </w:p>
    <w:p>
      <w:r>
        <w:t>منتفي مبعد الغنى المطلق بالنسبة الى الجسم منتفي مبعد امر خارجي</w:t>
      </w:r>
    </w:p>
    <w:p>
      <w:r>
        <w:t>فلا يكون واجب الوجود جسما</w:t>
      </w:r>
    </w:p>
    <w:p>
      <w:r>
        <w:t>الصحيح ما هو? واجب الوجود ليس بالاسم</w:t>
      </w:r>
    </w:p>
    <w:p>
      <w:r>
        <w:t>او تقول كلية سالبة</w:t>
      </w:r>
    </w:p>
    <w:p>
      <w:r>
        <w:t>لا من واجب الوجود بيجيز</w:t>
      </w:r>
    </w:p>
    <w:p>
      <w:r>
        <w:t>انتهى الامر</w:t>
      </w:r>
    </w:p>
    <w:p>
      <w:r>
        <w:t>نعم</w:t>
      </w:r>
    </w:p>
    <w:p>
      <w:r>
        <w:t>اما اذا جئت الى هذه القضية واجب الوجود حي</w:t>
      </w:r>
    </w:p>
    <w:p>
      <w:r>
        <w:t>او واجب الوجود عالم</w:t>
      </w:r>
    </w:p>
    <w:p>
      <w:r>
        <w:t>تجد واجب الوجود كمال مطلق ما معنى كمال مطلق? كمال غير متناهي</w:t>
      </w:r>
    </w:p>
    <w:p>
      <w:r>
        <w:t>يعني لا تعثر على كمال غير موجود في الذات الالهية</w:t>
      </w:r>
    </w:p>
    <w:p>
      <w:r>
        <w:t>غير معقول</w:t>
      </w:r>
    </w:p>
    <w:p>
      <w:r>
        <w:t>والا لم يكن كمالا مطلقا</w:t>
      </w:r>
    </w:p>
    <w:p>
      <w:r>
        <w:t>كمالا لا متباهيا</w:t>
      </w:r>
    </w:p>
    <w:p>
      <w:r>
        <w:t>العلم والحياة والارادة والقدرة كمالات</w:t>
      </w:r>
    </w:p>
    <w:p>
      <w:r>
        <w:t>اذا هنا في تناغم داخلي بين هذه الصفات كمالات اذا هي في صميم الذات فتقول واجب الوجود حي واجب الوجود مريد واجب الوجود عالم واجب الوجود قادر واجب الحد الاوسط موجود وهو الكبل</w:t>
      </w:r>
    </w:p>
    <w:p>
      <w:r>
        <w:t>نعم</w:t>
      </w:r>
    </w:p>
    <w:p>
      <w:r>
        <w:t>ومن الامور الخارجة عليها في السلب والخارجة عن احدهما غير خارجة عن الاخر على ما مثل في الايجابي الكلي والجزئي</w:t>
      </w:r>
    </w:p>
    <w:p>
      <w:r>
        <w:t>نعم</w:t>
      </w:r>
    </w:p>
    <w:p>
      <w:r>
        <w:t>الخارجة عن الذات الإلهية الخارجة هنا اذا فسرتها المستخرجة</w:t>
      </w:r>
    </w:p>
    <w:p>
      <w:r>
        <w:t>ما في صميم الذات</w:t>
      </w:r>
    </w:p>
    <w:p>
      <w:r>
        <w:t>بالنسبة الى الجسمية ما هو خارج من الذات يعني الصفة الأساسية هي الغنى المطلق</w:t>
      </w:r>
    </w:p>
    <w:p>
      <w:r>
        <w:t>ما خرج من الجسم الفقر عدم الغنى المطلق</w:t>
      </w:r>
    </w:p>
    <w:p>
      <w:r>
        <w:t>نعم</w:t>
      </w:r>
    </w:p>
    <w:p>
      <w:r>
        <w:t>يمكن تفسر خارجها هكذا</w:t>
      </w:r>
    </w:p>
    <w:p>
      <w:r>
        <w:t>يعني المستخرجة</w:t>
      </w:r>
    </w:p>
    <w:p>
      <w:r>
        <w:t>وتحليل المطلوب اجزائه الى ذاتياتها</w:t>
      </w:r>
    </w:p>
    <w:p>
      <w:r>
        <w:t>نعم بان ينقسم الى الاجزاء الاجزاء الذاتية فيه مسامحات في كلام الكبار</w:t>
      </w:r>
    </w:p>
    <w:p>
      <w:r>
        <w:t>المرء نعم الوجودية من الذاتية هنا آآ اكتب تحتها نظم منطقي والوجودية هو النظم التحققي كالمادة والصورة</w:t>
      </w:r>
    </w:p>
    <w:p>
      <w:r>
        <w:t>هذا مثال للوجودية</w:t>
      </w:r>
    </w:p>
    <w:p>
      <w:r>
        <w:t>لان المادة اين في الوجود صراعين في الوجود</w:t>
      </w:r>
    </w:p>
    <w:p>
      <w:r>
        <w:t>ما عندك في الدين صورة ومادة</w:t>
      </w:r>
    </w:p>
    <w:p>
      <w:r>
        <w:t>عندك وفاصل من الصورة ناخذ الفصل ومن المادة ناخذ الجيز</w:t>
      </w:r>
    </w:p>
    <w:p>
      <w:r>
        <w:t>الجنس</w:t>
      </w:r>
    </w:p>
    <w:p>
      <w:r>
        <w:t>واجزاء الاجزاء مركبات المركبات الى البسائط وكذلك تحليل الموضوع المحمول الى العوارض والمعروضات واللوازم والملزومات على نهج ما تقدم</w:t>
      </w:r>
    </w:p>
    <w:p>
      <w:r>
        <w:t>من هناك تكتشف الحد الاوسط</w:t>
      </w:r>
    </w:p>
    <w:p>
      <w:r>
        <w:t>الذي ربط بين الموضوع والمحمول في المطلوب</w:t>
      </w:r>
    </w:p>
    <w:p>
      <w:r>
        <w:t>اذا اكتشفت الحد الاوسط صار المطلوب نتيجة</w:t>
      </w:r>
    </w:p>
    <w:p>
      <w:r>
        <w:t>نتيجة البرهان فضل الحد الاوسط</w:t>
      </w:r>
    </w:p>
    <w:p>
      <w:r>
        <w:t>نعم</w:t>
      </w:r>
    </w:p>
    <w:p>
      <w:r>
        <w:t>فان كان المحمول او حده حده يعني جنسه وفصله</w:t>
      </w:r>
    </w:p>
    <w:p>
      <w:r>
        <w:t>او جزءه جزءه يساويه يساويه في الصدق محمول على الموضوع او على حده او على جزء جزء يساويه حصل الايجاب الكلي</w:t>
      </w:r>
    </w:p>
    <w:p>
      <w:r>
        <w:t>نعم تقول كل اله حي كل جسم مفتقر وهكذا</w:t>
      </w:r>
    </w:p>
    <w:p>
      <w:r>
        <w:t>وان كان بين الكل والجزء او بين جزئيه منافات كان بين المحمول والموضوع منافاة قضية سالبة</w:t>
      </w:r>
    </w:p>
    <w:p>
      <w:r>
        <w:t>لا شيء من من الاله بجسم</w:t>
      </w:r>
    </w:p>
    <w:p>
      <w:r>
        <w:t>كما اذا اردنا ان آآ نعرف هل الفاضل حسود? امن قلنا الفاضل هو الذي محور محور الدلالي او محور ابستيمي الفاضل هو الذي جميع افعاله وانفعالات على العدالة</w:t>
      </w:r>
    </w:p>
    <w:p>
      <w:r>
        <w:t>فاضل يعني عنده فضيلة</w:t>
      </w:r>
    </w:p>
    <w:p>
      <w:r>
        <w:t>صاحب فضيلة يعني صاحب اخلاق</w:t>
      </w:r>
    </w:p>
    <w:p>
      <w:r>
        <w:t>حسنا</w:t>
      </w:r>
    </w:p>
    <w:p>
      <w:r>
        <w:t>على سيرة العدالة</w:t>
      </w:r>
    </w:p>
    <w:p>
      <w:r>
        <w:t>والحسود هو الذي يتأذى من حسن حال الاخيار</w:t>
      </w:r>
    </w:p>
    <w:p>
      <w:r>
        <w:t>يحسد في غيره ويتمنى زوالها</w:t>
      </w:r>
    </w:p>
    <w:p>
      <w:r>
        <w:t>يتمنى زوالها</w:t>
      </w:r>
    </w:p>
    <w:p>
      <w:r>
        <w:t>وهذا التأذي من الحسود ليس على سيرة العدالة</w:t>
      </w:r>
    </w:p>
    <w:p>
      <w:r>
        <w:t>اذا ما في حد اوسط</w:t>
      </w:r>
    </w:p>
    <w:p>
      <w:r>
        <w:t>بين الفاضل والحاسود</w:t>
      </w:r>
    </w:p>
    <w:p>
      <w:r>
        <w:t>فتقول الفاضل ليس بحاسد</w:t>
      </w:r>
    </w:p>
    <w:p>
      <w:r>
        <w:t>او لا شيء من الفاضل بحسود</w:t>
      </w:r>
    </w:p>
    <w:p>
      <w:r>
        <w:t>قضية سلبة كليا</w:t>
      </w:r>
    </w:p>
    <w:p>
      <w:r>
        <w:t>نعم</w:t>
      </w:r>
    </w:p>
    <w:p>
      <w:r>
        <w:t>فالفاضل غير الحسود</w:t>
      </w:r>
    </w:p>
    <w:p>
      <w:r>
        <w:t>قضية سالبة</w:t>
      </w:r>
    </w:p>
    <w:p>
      <w:r>
        <w:t>وهذا الاعتبار نافع في الابطال في العلوم</w:t>
      </w:r>
    </w:p>
    <w:p>
      <w:r>
        <w:t>يعني السلب</w:t>
      </w:r>
    </w:p>
    <w:p>
      <w:r>
        <w:t>اعتبار السلب</w:t>
      </w:r>
    </w:p>
    <w:p>
      <w:r>
        <w:t>هذا يبطل</w:t>
      </w:r>
    </w:p>
    <w:p>
      <w:r>
        <w:t>الإعتبار الإيجاب له يثبت</w:t>
      </w:r>
    </w:p>
    <w:p>
      <w:r>
        <w:t>نعم</w:t>
      </w:r>
    </w:p>
    <w:p>
      <w:r>
        <w:t>وكذلك إذا حلناهما الى العوارض يعني العرضيات</w:t>
      </w:r>
    </w:p>
    <w:p>
      <w:r>
        <w:t>فإن كان عوارض المحمول عارضة للموضوع</w:t>
      </w:r>
    </w:p>
    <w:p>
      <w:r>
        <w:t>يعني ما يثبت للمحمول يثبت للموضوع</w:t>
      </w:r>
    </w:p>
    <w:p>
      <w:r>
        <w:t>من اللوازم والع كقولنا الحس مميز والتميز قد يكون صوابا وقد يكون خطأ مميز يعني آآ آآ الحس الحسي يعني يعي يعي اشياء ويميزها يفرقها</w:t>
      </w:r>
    </w:p>
    <w:p>
      <w:r>
        <w:t>نعم</w:t>
      </w:r>
    </w:p>
    <w:p>
      <w:r>
        <w:t>والتميز قد يكون صوابا وقد يكون خطأ</w:t>
      </w:r>
    </w:p>
    <w:p>
      <w:r>
        <w:t>وكذلك الحس فان كان عروض العارض للموضوع كليا فهو موضوع علمي</w:t>
      </w:r>
    </w:p>
    <w:p>
      <w:r>
        <w:t>نعم من اه العلم تدرس الكليات ولا تدرس الجزئيات</w:t>
      </w:r>
    </w:p>
    <w:p>
      <w:r>
        <w:t>وان كان اكثريا فهو جدل العلمي يعني هو ادراك الشيء اه بنفي النقيض</w:t>
      </w:r>
    </w:p>
    <w:p>
      <w:r>
        <w:t>قلنا البرهان متشكل من آآ يقين مضاعف</w:t>
      </w:r>
    </w:p>
    <w:p>
      <w:r>
        <w:t>ثبوت المحمول الموضوع</w:t>
      </w:r>
    </w:p>
    <w:p>
      <w:r>
        <w:t>بشروطه المعروفة</w:t>
      </w:r>
    </w:p>
    <w:p>
      <w:r>
        <w:t>كلية الصدق آآ صادقة</w:t>
      </w:r>
    </w:p>
    <w:p>
      <w:r>
        <w:t>آآ يعني عرفية عامة آآ وكلية الصور</w:t>
      </w:r>
    </w:p>
    <w:p>
      <w:r>
        <w:t>يعني كلية السريان في جميع المصادق</w:t>
      </w:r>
    </w:p>
    <w:p>
      <w:r>
        <w:t>هذا اليقين الاول اليقين الثاني نفي النقيض المحمول</w:t>
      </w:r>
    </w:p>
    <w:p>
      <w:r>
        <w:t>لمبدأ التناقض</w:t>
      </w:r>
    </w:p>
    <w:p>
      <w:r>
        <w:t>بالشروط الاخرى</w:t>
      </w:r>
    </w:p>
    <w:p>
      <w:r>
        <w:t>يعني اذا قلنا كل الف باء بشروط البرهان لا باء من في بشروط البرهان? هذا هو اليقين والمضاعف الجدلي لا الجدلي النقيض يتنفس ممكن ثمانين بالمئة تثبت لنا القضية عشرين بالمئة باقية لم نصل الى اليقين المضاعف</w:t>
      </w:r>
    </w:p>
    <w:p>
      <w:r>
        <w:t>ولهذا يقول اكثري</w:t>
      </w:r>
    </w:p>
    <w:p>
      <w:r>
        <w:t>نعم</w:t>
      </w:r>
    </w:p>
    <w:p>
      <w:r>
        <w:t>وان كان اكثري فهو جدلي</w:t>
      </w:r>
    </w:p>
    <w:p>
      <w:r>
        <w:t>لماذا? لاننا لن نصل الى درجة اليقين</w:t>
      </w:r>
    </w:p>
    <w:p>
      <w:r>
        <w:t>لسنا في متن الواقعة</w:t>
      </w:r>
    </w:p>
    <w:p>
      <w:r>
        <w:t>ولا يعم نفعه في الاثبات</w:t>
      </w:r>
    </w:p>
    <w:p>
      <w:r>
        <w:t>نعم</w:t>
      </w:r>
    </w:p>
    <w:p>
      <w:r>
        <w:t>لان عرض العام لا يجب ان يكون عرضا للخاص لان ماذا? لانه اكثري</w:t>
      </w:r>
    </w:p>
    <w:p>
      <w:r>
        <w:t>نعم</w:t>
      </w:r>
    </w:p>
    <w:p>
      <w:r>
        <w:t>ويعم في الابطال في السلب نعم يعم</w:t>
      </w:r>
    </w:p>
    <w:p>
      <w:r>
        <w:t>في السلب يعم</w:t>
      </w:r>
    </w:p>
    <w:p>
      <w:r>
        <w:t>وهذه قاعدة قاعدة تكوينية</w:t>
      </w:r>
    </w:p>
    <w:p>
      <w:r>
        <w:t>تسأل من انسان او تطلب من انسان بني لي عمارة يحسب الف حساب لبناء هذا العمارة</w:t>
      </w:r>
    </w:p>
    <w:p>
      <w:r>
        <w:t>هدم لي العمارة سريعا يهدمها</w:t>
      </w:r>
    </w:p>
    <w:p>
      <w:r>
        <w:t>نعم يضرب الاساس تنهار العمارة</w:t>
      </w:r>
    </w:p>
    <w:p>
      <w:r>
        <w:t>في البناء</w:t>
      </w:r>
    </w:p>
    <w:p>
      <w:r>
        <w:t>نحتاج الى كثير من الأمور فين هاد البلاد? يكفي عنصر يخرب تخرب كل العمارة</w:t>
      </w:r>
    </w:p>
    <w:p>
      <w:r>
        <w:t>هذا هو القانون التكويني حتى في بابل المعرفة في باب المعرفة</w:t>
      </w:r>
    </w:p>
    <w:p>
      <w:r>
        <w:t>اذا الإبطال ينفي النقض بواحد</w:t>
      </w:r>
    </w:p>
    <w:p>
      <w:r>
        <w:t>اما البناء لا يحتاج مؤونة اوسع ويعم في الابطال</w:t>
      </w:r>
    </w:p>
    <w:p>
      <w:r>
        <w:t>يعني في السالبة</w:t>
      </w:r>
    </w:p>
    <w:p>
      <w:r>
        <w:t>ابطال يعني السالبة</w:t>
      </w:r>
    </w:p>
    <w:p>
      <w:r>
        <w:t>نعم</w:t>
      </w:r>
    </w:p>
    <w:p>
      <w:r>
        <w:t>السالبة تكفي تنقذ اه بواحدة</w:t>
      </w:r>
    </w:p>
    <w:p>
      <w:r>
        <w:t>نعم</w:t>
      </w:r>
    </w:p>
    <w:p>
      <w:r>
        <w:t>تقول كل الناس شعراء</w:t>
      </w:r>
    </w:p>
    <w:p>
      <w:r>
        <w:t>اوه</w:t>
      </w:r>
    </w:p>
    <w:p>
      <w:r>
        <w:t>مؤون كبيرة جدا حتى تثبت هذا الامر</w:t>
      </w:r>
    </w:p>
    <w:p>
      <w:r>
        <w:t>يجب ان تثبت ان الشاعرية آآ ان الشاعرية لازم ذاتي للانسان</w:t>
      </w:r>
    </w:p>
    <w:p>
      <w:r>
        <w:t>حيث كان الانسان يكون هذا اللازم</w:t>
      </w:r>
    </w:p>
    <w:p>
      <w:r>
        <w:t>دونها خط القطط</w:t>
      </w:r>
    </w:p>
    <w:p>
      <w:r>
        <w:t>اما يكفي انك تقول انا انسان ولست شاعر وليس لي ذوق</w:t>
      </w:r>
    </w:p>
    <w:p>
      <w:r>
        <w:t>آآ شعري ولا افهم في الشعر</w:t>
      </w:r>
    </w:p>
    <w:p>
      <w:r>
        <w:t>انتفت القضية</w:t>
      </w:r>
    </w:p>
    <w:p>
      <w:r>
        <w:t>صح ام لا? نعم</w:t>
      </w:r>
    </w:p>
    <w:p>
      <w:r>
        <w:t>هكذا الامر</w:t>
      </w:r>
    </w:p>
    <w:p>
      <w:r>
        <w:t>لان ما لا يكون عارض للاب لا يكون عارض للخاص</w:t>
      </w:r>
    </w:p>
    <w:p>
      <w:r>
        <w:t>ان فيها العام ينتفي الخاص</w:t>
      </w:r>
    </w:p>
    <w:p>
      <w:r>
        <w:t>نعم ينتفي الخاص</w:t>
      </w:r>
    </w:p>
    <w:p>
      <w:r>
        <w:t>نعم</w:t>
      </w:r>
    </w:p>
    <w:p>
      <w:r>
        <w:t>يعني انت اذا ابطلت العام كل انسان بشاعر فبعد آآ تجد مصادق متعددة</w:t>
      </w:r>
    </w:p>
    <w:p>
      <w:r>
        <w:t>لا يتصفون بالشاعرية</w:t>
      </w:r>
    </w:p>
    <w:p>
      <w:r>
        <w:t>وان كانت عوارض موضوع عارضا للمحمول بالعكس تنتقل من الموضوع الى المحمول</w:t>
      </w:r>
    </w:p>
    <w:p>
      <w:r>
        <w:t>كقولنا ان كان علم شريف كالتوحيد وعلم خصيص كالكهانة</w:t>
      </w:r>
    </w:p>
    <w:p>
      <w:r>
        <w:t>فالحال الشريف فالحال الشريف فالحال وخصيص</w:t>
      </w:r>
    </w:p>
    <w:p>
      <w:r>
        <w:t>نعم</w:t>
      </w:r>
    </w:p>
    <w:p>
      <w:r>
        <w:t>وهو موضوع علمي لان عارض الخاص عارض عام</w:t>
      </w:r>
    </w:p>
    <w:p>
      <w:r>
        <w:t>نعم</w:t>
      </w:r>
    </w:p>
    <w:p>
      <w:r>
        <w:t>لان الخاص مندرج تحت العام</w:t>
      </w:r>
    </w:p>
    <w:p>
      <w:r>
        <w:t>هنا العامل المندرج على الخاص</w:t>
      </w:r>
    </w:p>
    <w:p>
      <w:r>
        <w:t>دايما خد هذه القاعدة</w:t>
      </w:r>
    </w:p>
    <w:p>
      <w:r>
        <w:t>اذا تحدث بانور الخاص والعهد يعني الخاص مندرج تحت العام</w:t>
      </w:r>
    </w:p>
    <w:p>
      <w:r>
        <w:t>لاحظت كيف؟ نعم</w:t>
      </w:r>
    </w:p>
    <w:p>
      <w:r>
        <w:t>وينتفع بي في الاثبات دون الابطال</w:t>
      </w:r>
    </w:p>
    <w:p>
      <w:r>
        <w:t>نعيد المثال كقولنا ان كان علم شريف كالتوحيد</w:t>
      </w:r>
    </w:p>
    <w:p>
      <w:r>
        <w:t>علم التوحيد يعني الالهيات</w:t>
      </w:r>
    </w:p>
    <w:p>
      <w:r>
        <w:t>وعلم خصيص كان هاكا هذا</w:t>
      </w:r>
    </w:p>
    <w:p>
      <w:r>
        <w:t>هذا خبط عشوائي والتكهنات والتخرصات</w:t>
      </w:r>
    </w:p>
    <w:p>
      <w:r>
        <w:t>والآن في القنوات التخرصات والكهانة التي تدعي العلم</w:t>
      </w:r>
    </w:p>
    <w:p>
      <w:r>
        <w:t>كثيرة جدا</w:t>
      </w:r>
    </w:p>
    <w:p>
      <w:r>
        <w:t>نعم</w:t>
      </w:r>
    </w:p>
    <w:p>
      <w:r>
        <w:t>فالحال شريف وخسيس</w:t>
      </w:r>
    </w:p>
    <w:p>
      <w:r>
        <w:t>يعني عندنا دائرة آآ العلم بالتوحيد وعندنا دائرة آآ العلم بالكهنة وهو خصيص</w:t>
      </w:r>
    </w:p>
    <w:p>
      <w:r>
        <w:t>فالحال هنا يتموج في دائرتين يتموج تموج توحيدي شريف ويتموج تموج خصيص وهو الكهن وهو موضوع علمي لان عارض الخاص عارض عام</w:t>
      </w:r>
    </w:p>
    <w:p>
      <w:r>
        <w:t>هذه قاعدة لان الخاص مادام هو داخل داخل العام فما يعرضه يعرض آآ العام</w:t>
      </w:r>
    </w:p>
    <w:p>
      <w:r>
        <w:t>نعم</w:t>
      </w:r>
    </w:p>
    <w:p>
      <w:r>
        <w:t>طبعا آآ عارض خاص عارض العام اذا عرض الخاص من حيثية العموم</w:t>
      </w:r>
    </w:p>
    <w:p>
      <w:r>
        <w:t>وليس من حيثية الخصوص</w:t>
      </w:r>
    </w:p>
    <w:p>
      <w:r>
        <w:t>وينتفع به في الاثبات دون الابطال</w:t>
      </w:r>
    </w:p>
    <w:p>
      <w:r>
        <w:t>نعم</w:t>
      </w:r>
    </w:p>
    <w:p>
      <w:r>
        <w:t>وقد ينقسم الموضوع الى اصناف واشخاصه</w:t>
      </w:r>
    </w:p>
    <w:p>
      <w:r>
        <w:t>ثم يطلب يطلب المحمول في كل واحد مننا وهي منها ويتدرج من فوق الى اسفل</w:t>
      </w:r>
    </w:p>
    <w:p>
      <w:r>
        <w:t>من فوق الى اسفل هذا هو آآ قوس التحليل</w:t>
      </w:r>
    </w:p>
    <w:p>
      <w:r>
        <w:t>قوس التحليل يعني تروح من الكثرة الى الاصل الى الوحدة</w:t>
      </w:r>
    </w:p>
    <w:p>
      <w:r>
        <w:t>فان كان المحمول موجودا في الموجودا في الكل</w:t>
      </w:r>
    </w:p>
    <w:p>
      <w:r>
        <w:t>او في اكثر حكمنا بالاثبات الكلي للاستقراء</w:t>
      </w:r>
    </w:p>
    <w:p>
      <w:r>
        <w:t>نعم للاستقراء</w:t>
      </w:r>
    </w:p>
    <w:p>
      <w:r>
        <w:t>لان الاستقراء من الكثرة الى القانون الكلي الى الوحدة</w:t>
      </w:r>
    </w:p>
    <w:p>
      <w:r>
        <w:t>وان لم يكن موجودا في الكل حكمنا بالابل</w:t>
      </w:r>
    </w:p>
    <w:p>
      <w:r>
        <w:t>نعم</w:t>
      </w:r>
    </w:p>
    <w:p>
      <w:r>
        <w:t>القواعد يجب ان تكون في ذهن الجدل حتى يجادل آآ طريقة احسن</w:t>
      </w:r>
    </w:p>
    <w:p>
      <w:r>
        <w:t>في المجتمع المدني الجدل يتفوق على البرهان</w:t>
      </w:r>
    </w:p>
    <w:p>
      <w:r>
        <w:t>ولهذا الفلسفات ليست منتشرة منبسطة في المجتمع المدني</w:t>
      </w:r>
    </w:p>
    <w:p>
      <w:r>
        <w:t>في فلسفات لا تعرف الا بعد قرن</w:t>
      </w:r>
    </w:p>
    <w:p>
      <w:r>
        <w:t>لماذا? لانها للخواص فقط</w:t>
      </w:r>
    </w:p>
    <w:p>
      <w:r>
        <w:t>اذا شئت للفلسفة ان تنبسط اجتماعيا</w:t>
      </w:r>
    </w:p>
    <w:p>
      <w:r>
        <w:t>وتتوسع اجتماعيا فعليك بالفن</w:t>
      </w:r>
    </w:p>
    <w:p>
      <w:r>
        <w:t>عليك بالخيال</w:t>
      </w:r>
    </w:p>
    <w:p>
      <w:r>
        <w:t>غير الخيال المجتمع المدني لا يتعاطى معه</w:t>
      </w:r>
    </w:p>
    <w:p>
      <w:r>
        <w:t>الا اذا كان هذا المجتمع المدني من الرقي الى درجة كبيرة جدا</w:t>
      </w:r>
    </w:p>
    <w:p>
      <w:r>
        <w:t>يعي الفلسفة جيدا</w:t>
      </w:r>
    </w:p>
    <w:p>
      <w:r>
        <w:t>يعي العلوم النظرية جيدا</w:t>
      </w:r>
    </w:p>
    <w:p>
      <w:r>
        <w:t>نعم</w:t>
      </w:r>
    </w:p>
    <w:p>
      <w:r>
        <w:t>في الغرب اوصل المجتمع المدني الى مستوى معين</w:t>
      </w:r>
    </w:p>
    <w:p>
      <w:r>
        <w:t>مستوى معين نعم تركب المترو في العالم العربي تجد الهوصة هادي عجيب ظواهر عجيبة تركب المترو في اوروبا تجد جالس ويطالع يطالع كتاب في فلسفة كتابا في الكوانتوم ربوا الامة على الترقي في وعيها ونحن لم نربي الامة بالعكس حتى القنوات تحرك الغرائز العلمية ولا تحرك العقل</w:t>
      </w:r>
    </w:p>
    <w:p>
      <w:r>
        <w:t>نعم</w:t>
      </w:r>
    </w:p>
    <w:p>
      <w:r>
        <w:t>من مواضع الابطال طلبوا ما يقابل الشيء او آآ منى آآ طلبوا مقابل الشيء او مناقضه</w:t>
      </w:r>
    </w:p>
    <w:p>
      <w:r>
        <w:t>قال ومنها ان يطلب ما يقابله او يناقضه</w:t>
      </w:r>
    </w:p>
    <w:p>
      <w:r>
        <w:t>يطلب ماذا? يعني او يطلب اذا بنيت للمجهول ومنها ان يطلب ما يقابله او يناقضه او تبني له المفعول تقول ومنها ان يطلب المجادل ما يقابله او يناقضه ويطلب ما موصولة مفعول به ليطلب يقابله صلة وموصول لا محل لها من الاعراب تفسر ما هذا الماء المبهم الجملة الصلة دائما تفسيرية للماء المبهم</w:t>
      </w:r>
    </w:p>
    <w:p>
      <w:r>
        <w:t>نعم</w:t>
      </w:r>
    </w:p>
    <w:p>
      <w:r>
        <w:t>ويطلب منه ما يلحق جزءا منه دون الجزء الاخر للابطال</w:t>
      </w:r>
    </w:p>
    <w:p>
      <w:r>
        <w:t>يعني القضية السالبة</w:t>
      </w:r>
    </w:p>
    <w:p>
      <w:r>
        <w:t>نعم هنا بدأ في التطبيق الخارجي لهوية المجادلة</w:t>
      </w:r>
    </w:p>
    <w:p>
      <w:r>
        <w:t>نعم</w:t>
      </w:r>
    </w:p>
    <w:p>
      <w:r>
        <w:t>اقول هذا احد المتعلقة بالاثبات والابطال اثبات يعني ايجاد ابطال يعني اما ان يثبت او يفند وهو ان يطلب المجادل وجود مقابل محمول مقابل المحمول</w:t>
      </w:r>
    </w:p>
    <w:p>
      <w:r>
        <w:t>اما بالتضاد او تظاد هنا يكتب تحته التضاد المنطقي</w:t>
      </w:r>
    </w:p>
    <w:p>
      <w:r>
        <w:t>وليس التضاد الخارجي</w:t>
      </w:r>
    </w:p>
    <w:p>
      <w:r>
        <w:t>وممكن يكون التضاد الخارجي</w:t>
      </w:r>
    </w:p>
    <w:p>
      <w:r>
        <w:t>تبادل خارجي واقعية وجودية واقعية وجودية</w:t>
      </w:r>
    </w:p>
    <w:p>
      <w:r>
        <w:t>بينهما تنافس وتواد</w:t>
      </w:r>
    </w:p>
    <w:p>
      <w:r>
        <w:t>نار حارة ماء بارد يطفئ النار</w:t>
      </w:r>
    </w:p>
    <w:p>
      <w:r>
        <w:t>هذا التراضي الوجودي</w:t>
      </w:r>
    </w:p>
    <w:p>
      <w:r>
        <w:t>التبادل المنطقي ينطبق على الاعراض</w:t>
      </w:r>
    </w:p>
    <w:p>
      <w:r>
        <w:t>اذا كان عرض مستولي على جوهر العرظ الثاني لا يكون</w:t>
      </w:r>
    </w:p>
    <w:p>
      <w:r>
        <w:t>مثل البياظ والسواد</w:t>
      </w:r>
    </w:p>
    <w:p>
      <w:r>
        <w:t>اذا يمكن ان تفسر التضاد بالتضاد الوجودي في النظم الانطلوجي</w:t>
      </w:r>
    </w:p>
    <w:p>
      <w:r>
        <w:t>تحققي ويمكن ان تفسر التضاد المنطقي وهو التضامن المنطقي</w:t>
      </w:r>
    </w:p>
    <w:p>
      <w:r>
        <w:t>عرضان يعرضان على جوهر واحد بينهما غاية خلاف</w:t>
      </w:r>
    </w:p>
    <w:p>
      <w:r>
        <w:t>اذا احتل العرض الاول تمام الجمر العرض الثاني لا يكون</w:t>
      </w:r>
    </w:p>
    <w:p>
      <w:r>
        <w:t>كالسواد البياض</w:t>
      </w:r>
    </w:p>
    <w:p>
      <w:r>
        <w:t>اما بالتضاد او التناقض</w:t>
      </w:r>
    </w:p>
    <w:p>
      <w:r>
        <w:t>التناقض يقول آآ الله تعالى جسم والثاني يقول الله تعالى ليس به اسم</w:t>
      </w:r>
    </w:p>
    <w:p>
      <w:r>
        <w:t>جسم لا جسم تمام</w:t>
      </w:r>
    </w:p>
    <w:p>
      <w:r>
        <w:t>نعم</w:t>
      </w:r>
    </w:p>
    <w:p>
      <w:r>
        <w:t>فان كان مقابل مقابل المحم مقابل المحمول موجودا للموضوع</w:t>
      </w:r>
    </w:p>
    <w:p>
      <w:r>
        <w:t>مقابل المحمول</w:t>
      </w:r>
    </w:p>
    <w:p>
      <w:r>
        <w:t>مقابل المحمول يعني ليس بالجسم هو الثابت للذات الالهية</w:t>
      </w:r>
    </w:p>
    <w:p>
      <w:r>
        <w:t>وليس الجسمية</w:t>
      </w:r>
    </w:p>
    <w:p>
      <w:r>
        <w:t>ما يقابل الجسم واللاجسم</w:t>
      </w:r>
    </w:p>
    <w:p>
      <w:r>
        <w:t>هنا التقابل التناقض</w:t>
      </w:r>
    </w:p>
    <w:p>
      <w:r>
        <w:t>نعم فان كان مقابل المحمول اكتب اللا جسمية موجودا للموضوع لم يكن المحمول الجسمي موجودا الذات الالهية</w:t>
      </w:r>
    </w:p>
    <w:p>
      <w:r>
        <w:t>لامتناع وجود المتقابلين كقولنا ان كان كل انسان حيوان فالإنسان ليس بجماد</w:t>
      </w:r>
    </w:p>
    <w:p>
      <w:r>
        <w:t>لأن الجماد ما عنده النمو والحساسية والحركة بالإرادة</w:t>
      </w:r>
    </w:p>
    <w:p>
      <w:r>
        <w:t>الحيوان يمتد بهذه الكمالات</w:t>
      </w:r>
    </w:p>
    <w:p>
      <w:r>
        <w:t>فالحيوان له كمالات غير موجودة في الجماد</w:t>
      </w:r>
    </w:p>
    <w:p>
      <w:r>
        <w:t>ان كان كل انسان حيوان فالانسان ليس بجماد هذه قضية شرطية وضع وهو يقتضي الابطال ابطال ماذا? الانسان ليس بجماد</w:t>
      </w:r>
    </w:p>
    <w:p>
      <w:r>
        <w:t>نعم</w:t>
      </w:r>
    </w:p>
    <w:p>
      <w:r>
        <w:t>لان وجود مقابل المحمول</w:t>
      </w:r>
    </w:p>
    <w:p>
      <w:r>
        <w:t>ليس بجمال</w:t>
      </w:r>
    </w:p>
    <w:p>
      <w:r>
        <w:t>يبطل وجود المحمول وهو الجماد</w:t>
      </w:r>
    </w:p>
    <w:p>
      <w:r>
        <w:t>للموضوع الذي هو الانسان</w:t>
      </w:r>
    </w:p>
    <w:p>
      <w:r>
        <w:t>واضح? سهلة بالتطبيق</w:t>
      </w:r>
    </w:p>
    <w:p>
      <w:r>
        <w:t>من مواضع الابطال طلبوا شرائط التناقض</w:t>
      </w:r>
    </w:p>
    <w:p>
      <w:r>
        <w:t>نعم هذه مهمة جدا هذه حتى في البرهان وليس مختصة بالجدل</w:t>
      </w:r>
    </w:p>
    <w:p>
      <w:r>
        <w:t>نفيه المغالطة المغالطة نعم هذه القيود لا تراعى نعم لا تراعى مع الاسف الشديد</w:t>
      </w:r>
    </w:p>
    <w:p>
      <w:r>
        <w:t>صورة صورة مثلا صورة لزعيم من الزعماء زعيم تافه او زعيم يستحق التقدير والاحترام تمام الاحترام</w:t>
      </w:r>
    </w:p>
    <w:p>
      <w:r>
        <w:t>نعم</w:t>
      </w:r>
    </w:p>
    <w:p>
      <w:r>
        <w:t>فتقول هذه الصورة الزعيم الفلاني والزعيم الفلاني توفى في السنة الفل فهذه فهذا الزعيم وتقصد الصورة توفى في آآ السنة الفلانية والصورة لا تتوفى</w:t>
      </w:r>
    </w:p>
    <w:p>
      <w:r>
        <w:t>سورة جماد ما عندها روح حتى تنفصل عن عن البدن</w:t>
      </w:r>
    </w:p>
    <w:p>
      <w:r>
        <w:t>مغالطة مغالطة مغالطة</w:t>
      </w:r>
    </w:p>
    <w:p>
      <w:r>
        <w:t>واضحة صارخة اذا هذا الذي يتوفى وجود انساني صاحب روح وهذه الصورة جماد</w:t>
      </w:r>
    </w:p>
    <w:p>
      <w:r>
        <w:t>نعم</w:t>
      </w:r>
    </w:p>
    <w:p>
      <w:r>
        <w:t>يعني الوحدة الشكلية لا يعني الوحدة في الحقيقة</w:t>
      </w:r>
    </w:p>
    <w:p>
      <w:r>
        <w:t>وحدة الشكل وليس وحدة الحقيقة</w:t>
      </w:r>
    </w:p>
    <w:p>
      <w:r>
        <w:t>المغالط يركز الشكر ويتحدث عن الحقيقة</w:t>
      </w:r>
    </w:p>
    <w:p>
      <w:r>
        <w:t>اقول ومنها ما يتعلق بالامور الخارجة كالشروط المذكورة في التناقض</w:t>
      </w:r>
    </w:p>
    <w:p>
      <w:r>
        <w:t>الشروط آآ تناقض آآ ثمانية زاد آآ صدم ثاني شرطا اخر وهو الحمل الأولي والحمل الشائع</w:t>
      </w:r>
    </w:p>
    <w:p>
      <w:r>
        <w:t>فإن اختلافها يفيد الإبطال</w:t>
      </w:r>
    </w:p>
    <w:p>
      <w:r>
        <w:t>نعم</w:t>
      </w:r>
    </w:p>
    <w:p>
      <w:r>
        <w:t>يعني انت سريعا تبطل هذا الإستدلال الجدلي</w:t>
      </w:r>
    </w:p>
    <w:p>
      <w:r>
        <w:t>نعم</w:t>
      </w:r>
    </w:p>
    <w:p>
      <w:r>
        <w:t>هذا اتلر يعني وانت تشير الى صورة هتلر</w:t>
      </w:r>
    </w:p>
    <w:p>
      <w:r>
        <w:t>بطل تافه</w:t>
      </w:r>
    </w:p>
    <w:p>
      <w:r>
        <w:t>توفى في الحرب العالمية الثانية</w:t>
      </w:r>
    </w:p>
    <w:p>
      <w:r>
        <w:t>فهذا توفى في الحرب العالمية الثانية</w:t>
      </w:r>
    </w:p>
    <w:p>
      <w:r>
        <w:t>الصورة لا تتوفى ولا يحزن</w:t>
      </w:r>
    </w:p>
    <w:p>
      <w:r>
        <w:t>المغالط</w:t>
      </w:r>
    </w:p>
    <w:p>
      <w:r>
        <w:t>سريعا انت تكتشف المغارة لان الوحدة الشكلية لا تعني الوحدة الحقيقية</w:t>
      </w:r>
    </w:p>
    <w:p>
      <w:r>
        <w:t>اقول من المواضع التي تفيد الاسبات والابطال</w:t>
      </w:r>
    </w:p>
    <w:p>
      <w:r>
        <w:t>اثبات الوضع او ابطال الوضع ابطال وضع الخصم</w:t>
      </w:r>
    </w:p>
    <w:p>
      <w:r>
        <w:t>ما يتعلق بالامور الخارجة عن المطلوب</w:t>
      </w:r>
    </w:p>
    <w:p>
      <w:r>
        <w:t>نعم وهي شرائط التناقض ثمانية</w:t>
      </w:r>
    </w:p>
    <w:p>
      <w:r>
        <w:t>نعم</w:t>
      </w:r>
    </w:p>
    <w:p>
      <w:r>
        <w:t>صدر المتهمين زاد واحدة يعني تاسعة</w:t>
      </w:r>
    </w:p>
    <w:p>
      <w:r>
        <w:t>انا اقول ثمانية ثمانية المشهورة</w:t>
      </w:r>
    </w:p>
    <w:p>
      <w:r>
        <w:t>صادم ثالث زاد التاسعة نخلط بين الحمل الاولي والحملة فان اختلاف تلك الشرائط يقتضي الابطال كما يقول القائل المغذي هو النامي</w:t>
      </w:r>
    </w:p>
    <w:p>
      <w:r>
        <w:t>فنقول هذا الحكم باطل لوجود الاقتضاء زمان الوقوف والانحطاط دون النمو</w:t>
      </w:r>
    </w:p>
    <w:p>
      <w:r>
        <w:t>المغذي هو النمي النني في مرحلة من مراحل الانسان</w:t>
      </w:r>
    </w:p>
    <w:p>
      <w:r>
        <w:t>في بعد نضجه يتغذى ولا ينمو ينمو يعني يمتد في الحجم</w:t>
      </w:r>
    </w:p>
    <w:p>
      <w:r>
        <w:t>اذا هنا وحدة الزمان غير موجودة</w:t>
      </w:r>
    </w:p>
    <w:p>
      <w:r>
        <w:t>وحدة الزمن</w:t>
      </w:r>
    </w:p>
    <w:p>
      <w:r>
        <w:t>يعني المغذي ينمي حين الطفولة</w:t>
      </w:r>
    </w:p>
    <w:p>
      <w:r>
        <w:t>ممكن الشباب</w:t>
      </w:r>
    </w:p>
    <w:p>
      <w:r>
        <w:t>ظهر دون العشرين سنة او ثمنتاشر سنة بعد النمو ينقطع</w:t>
      </w:r>
    </w:p>
    <w:p>
      <w:r>
        <w:t>او مثلا يفوق العشرين يسمن نعم ينمو</w:t>
      </w:r>
    </w:p>
    <w:p>
      <w:r>
        <w:t>لكن ليس دائما في الكبر بعد يتدهور</w:t>
      </w:r>
    </w:p>
    <w:p>
      <w:r>
        <w:t>مع انه يتغذى</w:t>
      </w:r>
    </w:p>
    <w:p>
      <w:r>
        <w:t>يعني يدخل العناصر الخارجية</w:t>
      </w:r>
    </w:p>
    <w:p>
      <w:r>
        <w:t>الى بدنه</w:t>
      </w:r>
    </w:p>
    <w:p>
      <w:r>
        <w:t>نعم</w:t>
      </w:r>
    </w:p>
    <w:p>
      <w:r>
        <w:t>يقول كما يقول القائل المتغذي هو النامي فنقول هذا الحكم باطل ابطال لوجود الاختفاء زمان الوقوف وقوف النمو والانحطاط دون النمو</w:t>
      </w:r>
    </w:p>
    <w:p>
      <w:r>
        <w:t>انسان عجوز كبير يتغذى ولكن لا ينمو</w:t>
      </w:r>
    </w:p>
    <w:p>
      <w:r>
        <w:t>نعم</w:t>
      </w:r>
    </w:p>
    <w:p>
      <w:r>
        <w:t>اذا هذه المغذي هو النمي بشرط وهو الطفل والشباب</w:t>
      </w:r>
    </w:p>
    <w:p>
      <w:r>
        <w:t>وكما يقال التذكر تعلم فنقول انه باطل لان التذكر تحصيل علم ماضي والتعلم تحصيل العلم مستقبل</w:t>
      </w:r>
    </w:p>
    <w:p>
      <w:r>
        <w:t>اذا الحيثية تختلف</w:t>
      </w:r>
    </w:p>
    <w:p>
      <w:r>
        <w:t>مستقبل وماضي فتبطل هذا الوضع</w:t>
      </w:r>
    </w:p>
    <w:p>
      <w:r>
        <w:t>التذكر تعلم</w:t>
      </w:r>
    </w:p>
    <w:p>
      <w:r>
        <w:t>نعم</w:t>
      </w:r>
    </w:p>
    <w:p>
      <w:r>
        <w:t>التذكر تعلم مبنى افلاطون</w:t>
      </w:r>
    </w:p>
    <w:p>
      <w:r>
        <w:t>انه العلم هو استرجاع ما علمته النفس في عالم المثول</w:t>
      </w:r>
    </w:p>
    <w:p>
      <w:r>
        <w:t>هذا بحث فلسفي لا يهمه</w:t>
      </w:r>
    </w:p>
    <w:p>
      <w:r>
        <w:t>من مواضع الإثبات طلبوا الثبوت يأتي ان شاء الله</w:t>
      </w:r>
    </w:p>
    <w:p>
      <w:r>
        <w:t>اللهم صل على محمد وال محمد</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