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والصلاة والسلام على محمد واله الطيبين الطاهرين</w:t>
      </w:r>
    </w:p>
    <w:p>
      <w:r>
        <w:t>اللهم ارزقنا التوفيق والاخلاص</w:t>
      </w:r>
    </w:p>
    <w:p>
      <w:r>
        <w:t>وصلنا معكم الى هذا العنوان من مواضع الاثبات اثبات الوضع</w:t>
      </w:r>
    </w:p>
    <w:p>
      <w:r>
        <w:t>آآ طلبوا احوال الثبوت</w:t>
      </w:r>
    </w:p>
    <w:p>
      <w:r>
        <w:t>قالوا ايضا الثبوت كالدوام واللا دوام ثبوت يعني استمرار آآ الوضع استمرار المحمول للموضوع واللا دوام ما يقابله والاكثرية والاقلية فانها تفيد نعم والذهنية الناس تتحرك بهذه الاحوال</w:t>
      </w:r>
    </w:p>
    <w:p>
      <w:r>
        <w:t>نعم</w:t>
      </w:r>
    </w:p>
    <w:p>
      <w:r>
        <w:t>الاكثرية غالبة عناء الوقع</w:t>
      </w:r>
    </w:p>
    <w:p>
      <w:r>
        <w:t>على الناس</w:t>
      </w:r>
    </w:p>
    <w:p>
      <w:r>
        <w:t>اقول هذا الموضع مما يتعلق بالاثبات وذلك لان الشيء مغاير لاحوال احواله نعم كالدوام واللا دوام يعني الشيء قد يتلبس بالدوام قد يتلبس باللا دوام بالاكثرية والعقلية</w:t>
      </w:r>
    </w:p>
    <w:p>
      <w:r>
        <w:t>يعني لا بشرط من الدوام ولا دوام منفتح لا بشرط منفتح</w:t>
      </w:r>
    </w:p>
    <w:p>
      <w:r>
        <w:t>ومنفتح على الاكثرية الاقلية</w:t>
      </w:r>
    </w:p>
    <w:p>
      <w:r>
        <w:t>فوجود الشيء حينئذ للموضوع</w:t>
      </w:r>
    </w:p>
    <w:p>
      <w:r>
        <w:t>وجود المحمول الشيء يعني المحمول للموضوع مغاير لوجود احواله</w:t>
      </w:r>
    </w:p>
    <w:p>
      <w:r>
        <w:t>يعني قد يكون الموضوع بثبوت الدائم قد يكون بثبوت غير دائم</w:t>
      </w:r>
    </w:p>
    <w:p>
      <w:r>
        <w:t>قد يكون بثبوت اكثر قد يكون بثبوت ليس على وتيرة واحدة</w:t>
      </w:r>
    </w:p>
    <w:p>
      <w:r>
        <w:t>نعم وجود الشيء اعم من وجوده على حاله</w:t>
      </w:r>
    </w:p>
    <w:p>
      <w:r>
        <w:t>نعم انه لا بشرط</w:t>
      </w:r>
    </w:p>
    <w:p>
      <w:r>
        <w:t>لا بشرط</w:t>
      </w:r>
    </w:p>
    <w:p>
      <w:r>
        <w:t>انا الان جالس بعد اه قائمون</w:t>
      </w:r>
    </w:p>
    <w:p>
      <w:r>
        <w:t>انا منفتح على الجلوس وعلى القيم من اعم على الانفتاح عام</w:t>
      </w:r>
    </w:p>
    <w:p>
      <w:r>
        <w:t>يقولون لا بشرط ينسجم مع الف شرط قاعدة عقلية</w:t>
      </w:r>
    </w:p>
    <w:p>
      <w:r>
        <w:t>لا بشرط ينسجم مع الف شرط</w:t>
      </w:r>
    </w:p>
    <w:p>
      <w:r>
        <w:t>نعم</w:t>
      </w:r>
    </w:p>
    <w:p>
      <w:r>
        <w:t>الانسان لا بشرط ينسجم مع المرأة والرجل مع الانثى والذكر مع الانسان الغني والانسان الفقير الانسان المتعلم الانسان الجهل</w:t>
      </w:r>
    </w:p>
    <w:p>
      <w:r>
        <w:t>هذا الانسجام طبيعة لا بشرط الانفتاح فيكون عام</w:t>
      </w:r>
    </w:p>
    <w:p>
      <w:r>
        <w:t>نعم</w:t>
      </w:r>
    </w:p>
    <w:p>
      <w:r>
        <w:t>ما معنى اعم? في الانسان الغني</w:t>
      </w:r>
    </w:p>
    <w:p>
      <w:r>
        <w:t>الانسان موجود? نعم</w:t>
      </w:r>
    </w:p>
    <w:p>
      <w:r>
        <w:t>في الانسان الفقير الانسان موجود نعم هذه العمومية هذه العمومية</w:t>
      </w:r>
    </w:p>
    <w:p>
      <w:r>
        <w:t>انا اعطي فراشات وانت سجل وابني عليها</w:t>
      </w:r>
    </w:p>
    <w:p>
      <w:r>
        <w:t>القاعدة الكلية</w:t>
      </w:r>
    </w:p>
    <w:p>
      <w:r>
        <w:t>نعم وجود الشيء اهم من وجوده على حال</w:t>
      </w:r>
    </w:p>
    <w:p>
      <w:r>
        <w:t>يعني لا بشرط اهم بشرط شيء</w:t>
      </w:r>
    </w:p>
    <w:p>
      <w:r>
        <w:t>انسان جالس حالة الجلوس</w:t>
      </w:r>
    </w:p>
    <w:p>
      <w:r>
        <w:t>العمومية اين? اقف</w:t>
      </w:r>
    </w:p>
    <w:p>
      <w:r>
        <w:t>الجلوس بشرط شيء</w:t>
      </w:r>
    </w:p>
    <w:p>
      <w:r>
        <w:t>انا في ذاتي بمعزل عن الجلوس لا بشرط</w:t>
      </w:r>
    </w:p>
    <w:p>
      <w:r>
        <w:t>انسجم مع الجلوس ومع الوقوف</w:t>
      </w:r>
    </w:p>
    <w:p>
      <w:r>
        <w:t>واضحة جدا</w:t>
      </w:r>
    </w:p>
    <w:p>
      <w:r>
        <w:t>نعم الشيء عم الوجود على حال ولما استلزم الخاص العامة يعني اذا كان الانسان في حالة الجلوس فالانسان موجود</w:t>
      </w:r>
    </w:p>
    <w:p>
      <w:r>
        <w:t>اذا كان في حالة الوقوف الانسان موجود</w:t>
      </w:r>
    </w:p>
    <w:p>
      <w:r>
        <w:t>اذا كان في حال الانثوية الانسان موجود</w:t>
      </w:r>
    </w:p>
    <w:p>
      <w:r>
        <w:t>اذا كان في حال ذكورية موجود وهذا معناه العبارة ولما استلزم الخاص يعني الانسان الجالس</w:t>
      </w:r>
    </w:p>
    <w:p>
      <w:r>
        <w:t>استلزم الانسان</w:t>
      </w:r>
    </w:p>
    <w:p>
      <w:r>
        <w:t>ولما استلزم الخاص العامة كان اثبات وجود حال الشيء يستلزم آآ اثبات وجوده مطلقان</w:t>
      </w:r>
    </w:p>
    <w:p>
      <w:r>
        <w:t>نعم</w:t>
      </w:r>
    </w:p>
    <w:p>
      <w:r>
        <w:t>كقولنا كلما كان الشيء نافعا دائما كان نافعا مطلقا</w:t>
      </w:r>
    </w:p>
    <w:p>
      <w:r>
        <w:t>لانه لا يكون نافعا دائما اذا لم يكن نافعا</w:t>
      </w:r>
    </w:p>
    <w:p>
      <w:r>
        <w:t>الديمومة حيثية للنفع للنفع فالنفع نعم تقل الجسم متحرك على الدوام</w:t>
      </w:r>
    </w:p>
    <w:p>
      <w:r>
        <w:t>اذا ديمومة حيثية للجسم متحرك اذا الجسم متحرك موجود</w:t>
      </w:r>
    </w:p>
    <w:p>
      <w:r>
        <w:t>نعم كقولنا كلما كان الشيء نافعا دائما كان نافعا مطلقا</w:t>
      </w:r>
    </w:p>
    <w:p>
      <w:r>
        <w:t>وهذه الاضاءات الجميلة كامثلة الان المنطق الجديد المنطق الصغرى الجديد يضيئها بطريقة عجيبة جدا</w:t>
      </w:r>
    </w:p>
    <w:p>
      <w:r>
        <w:t>يقول هكذا اذا كان الف باء فالف</w:t>
      </w:r>
    </w:p>
    <w:p>
      <w:r>
        <w:t>ليست مهدوفة في منطقنا نحن</w:t>
      </w:r>
    </w:p>
    <w:p>
      <w:r>
        <w:t>انظر هذه الامثلة تشير اليها كلما كان الشيء نافعا دائما كان نافعا مطلقا</w:t>
      </w:r>
    </w:p>
    <w:p>
      <w:r>
        <w:t>كانه قال اذا كان الف باء كان الف</w:t>
      </w:r>
    </w:p>
    <w:p>
      <w:r>
        <w:t>نعم وكقول ان كان خمر اشد اسكارا من خمر كان الخمر اشد اسكارا مطلقا</w:t>
      </w:r>
    </w:p>
    <w:p>
      <w:r>
        <w:t>وهو يقتضي الاثبات يعني اثبت شيئا وهو ان الخمر مسكر</w:t>
      </w:r>
    </w:p>
    <w:p>
      <w:r>
        <w:t>ان الشيء ن نعم</w:t>
      </w:r>
    </w:p>
    <w:p>
      <w:r>
        <w:t>مواضع مشتركة للاثبات مواضع يطالها الاثبات ويطالها التفنيد الابطال</w:t>
      </w:r>
    </w:p>
    <w:p>
      <w:r>
        <w:t>قال ومنها مواضع عامة مشتركة</w:t>
      </w:r>
    </w:p>
    <w:p>
      <w:r>
        <w:t>مثال ما يحكم لحوقي ظد لاحق بحال لظد الملحوق بتلك الحال</w:t>
      </w:r>
    </w:p>
    <w:p>
      <w:r>
        <w:t>لغة بربرية لا تفهمها</w:t>
      </w:r>
    </w:p>
    <w:p>
      <w:r>
        <w:t>اي لغة هذي? نعم</w:t>
      </w:r>
    </w:p>
    <w:p>
      <w:r>
        <w:t>مثل ما يحكم بلحوقي ظد ظد اللا حق</w:t>
      </w:r>
    </w:p>
    <w:p>
      <w:r>
        <w:t>نعم</w:t>
      </w:r>
    </w:p>
    <w:p>
      <w:r>
        <w:t>بحال لظد الملحوق</w:t>
      </w:r>
    </w:p>
    <w:p>
      <w:r>
        <w:t>بتلك الحال</w:t>
      </w:r>
    </w:p>
    <w:p>
      <w:r>
        <w:t>والله لغة نتحداك اذا انت فهمت المقصود</w:t>
      </w:r>
    </w:p>
    <w:p>
      <w:r>
        <w:t>نعم</w:t>
      </w:r>
    </w:p>
    <w:p>
      <w:r>
        <w:t>يجب ان تعرف انفاس المحقق التونسي حتى تفهم هذه العبارات</w:t>
      </w:r>
    </w:p>
    <w:p>
      <w:r>
        <w:t>ولهذا يقولون التجر التجريد في الالهيات بالمعنى العام والعام الاخص</w:t>
      </w:r>
    </w:p>
    <w:p>
      <w:r>
        <w:t>وانا درست في هذه المؤسسة من بدايتي الى نهايتي</w:t>
      </w:r>
    </w:p>
    <w:p>
      <w:r>
        <w:t>لا يفهم لا يفهم هذا المتن بدون العلامة الحلية</w:t>
      </w:r>
    </w:p>
    <w:p>
      <w:r>
        <w:t>لولا العلامة الحلي لا نصل الى تلك الالغاز تحتاج الى الطلاب المعرف والاصطلاب المعرفي والاعلام الحلي رحمة الله عليه</w:t>
      </w:r>
    </w:p>
    <w:p>
      <w:r>
        <w:t>ايا بالله عليك افهم انت</w:t>
      </w:r>
    </w:p>
    <w:p>
      <w:r>
        <w:t>آآ هنا توظف ادوات تداولية ادوات الدلالية</w:t>
      </w:r>
    </w:p>
    <w:p>
      <w:r>
        <w:t>وظف كما تشاء</w:t>
      </w:r>
    </w:p>
    <w:p>
      <w:r>
        <w:t>علم العلامات لا تصل الى المراد الجدي</w:t>
      </w:r>
    </w:p>
    <w:p>
      <w:r>
        <w:t>ماذا يقصده هذا الرجل نعم ومنها مواضع عامة مشتركة مثل ما اه ما يحكم او يحكم بلحوق ظد اللاحق</w:t>
      </w:r>
    </w:p>
    <w:p>
      <w:r>
        <w:t>نعم</w:t>
      </w:r>
    </w:p>
    <w:p>
      <w:r>
        <w:t>يعني عندنا مثلا الف باء</w:t>
      </w:r>
    </w:p>
    <w:p>
      <w:r>
        <w:t>الف باء باء هو اللاحق</w:t>
      </w:r>
    </w:p>
    <w:p>
      <w:r>
        <w:t>نحكم بضده</w:t>
      </w:r>
    </w:p>
    <w:p>
      <w:r>
        <w:t>تقول الله جسم ضد الجسمية او نقيض الجسمية خليني نفسرها بالضبط ما عليش بالمعنى الأعم</w:t>
      </w:r>
    </w:p>
    <w:p>
      <w:r>
        <w:t>الا جسميا نحكم باللا جسم الله ليس بجسم</w:t>
      </w:r>
    </w:p>
    <w:p>
      <w:r>
        <w:t>ما يحكم بلحوق ضد اللاحق</w:t>
      </w:r>
    </w:p>
    <w:p>
      <w:r>
        <w:t>يعني ضد الجسمية يعني اللاجسمية</w:t>
      </w:r>
    </w:p>
    <w:p>
      <w:r>
        <w:t>بحال لضد الملحوق</w:t>
      </w:r>
    </w:p>
    <w:p>
      <w:r>
        <w:t>لضد الملحوق لضد الملحوق هنا</w:t>
      </w:r>
    </w:p>
    <w:p>
      <w:r>
        <w:t>لضد الملحوق</w:t>
      </w:r>
    </w:p>
    <w:p>
      <w:r>
        <w:t>اه ملحوقنا الموضوع بتلك الحال يعني لضد الجسمية بتلك الحلمة هي هو اه اه خلينا نغير المثال ما يحكم بلحوق ضد اللا حق يعني التحيز</w:t>
      </w:r>
    </w:p>
    <w:p>
      <w:r>
        <w:t>تقول الله تعالى ليس بمتحيز لان خاصية للجسم</w:t>
      </w:r>
    </w:p>
    <w:p>
      <w:r>
        <w:t>بحال لي ضد الملحوق</w:t>
      </w:r>
    </w:p>
    <w:p>
      <w:r>
        <w:t>يضد الملحوق يعني بحال لضد آآ لضد الله تعالى ضد مثلا هو الجسمية</w:t>
      </w:r>
    </w:p>
    <w:p>
      <w:r>
        <w:t>اه لظد الملحوق بتلك الحال بتلك التحيز</w:t>
      </w:r>
    </w:p>
    <w:p>
      <w:r>
        <w:t>او بعينه لظد تلك الحال</w:t>
      </w:r>
    </w:p>
    <w:p>
      <w:r>
        <w:t>او تقول الله تعالى اه تقول الجسم اه متحيز لظد تلك ليس بمتحيز بالنسبة الى الله تعالى</w:t>
      </w:r>
    </w:p>
    <w:p>
      <w:r>
        <w:t>او بعينه تقول التحيز</w:t>
      </w:r>
    </w:p>
    <w:p>
      <w:r>
        <w:t>الجسم متحيز</w:t>
      </w:r>
    </w:p>
    <w:p>
      <w:r>
        <w:t>لضد تلك الحال</w:t>
      </w:r>
    </w:p>
    <w:p>
      <w:r>
        <w:t>عدم التحيز</w:t>
      </w:r>
    </w:p>
    <w:p>
      <w:r>
        <w:t>نعم</w:t>
      </w:r>
    </w:p>
    <w:p>
      <w:r>
        <w:t>او بلحوق لاحق بعينه</w:t>
      </w:r>
    </w:p>
    <w:p>
      <w:r>
        <w:t>لضد الملحوق</w:t>
      </w:r>
    </w:p>
    <w:p>
      <w:r>
        <w:t>او بلوحوق لاحق</w:t>
      </w:r>
    </w:p>
    <w:p>
      <w:r>
        <w:t>بعيني لضد الملحوق</w:t>
      </w:r>
    </w:p>
    <w:p>
      <w:r>
        <w:t>يعني بلحوق التحيز بعينه لضد ولضد الذات الالهية وهو الجسم</w:t>
      </w:r>
    </w:p>
    <w:p>
      <w:r>
        <w:t>بضد تلك الحالة</w:t>
      </w:r>
    </w:p>
    <w:p>
      <w:r>
        <w:t>يعني عدم الجسم عدم التحيز</w:t>
      </w:r>
    </w:p>
    <w:p>
      <w:r>
        <w:t>كما يقال مثلا بالمثال تفهم لأنها تعبيري انا كذلك يحتاج الى اسطنبول</w:t>
      </w:r>
    </w:p>
    <w:p>
      <w:r>
        <w:t>اذا كان الاحسان الى الاصدقاء حسنا</w:t>
      </w:r>
    </w:p>
    <w:p>
      <w:r>
        <w:t>ملاك الاحسان للاصدقاء التناغم الوجودي</w:t>
      </w:r>
    </w:p>
    <w:p>
      <w:r>
        <w:t>ملاك التناغم الوجود والحب</w:t>
      </w:r>
    </w:p>
    <w:p>
      <w:r>
        <w:t>فان تحسن لمن يحبك</w:t>
      </w:r>
    </w:p>
    <w:p>
      <w:r>
        <w:t>وهو يحسن لك لانك فيها المحبة</w:t>
      </w:r>
    </w:p>
    <w:p>
      <w:r>
        <w:t>انا هنا اتحدث عن بمعايير اخلاقية</w:t>
      </w:r>
    </w:p>
    <w:p>
      <w:r>
        <w:t>ان كان الاحسان الى الاصدقاء حسنا</w:t>
      </w:r>
    </w:p>
    <w:p>
      <w:r>
        <w:t>اكتب</w:t>
      </w:r>
    </w:p>
    <w:p>
      <w:r>
        <w:t>ملاك الحسن هو التناغم بوجود ملاك الحب</w:t>
      </w:r>
    </w:p>
    <w:p>
      <w:r>
        <w:t>تحب صديقك وصديقك يحبك</w:t>
      </w:r>
    </w:p>
    <w:p>
      <w:r>
        <w:t>فالاساءة الى الاعداء حسنة</w:t>
      </w:r>
    </w:p>
    <w:p>
      <w:r>
        <w:t>لماذا? الملاك هو عدم التناغم الوجودي</w:t>
      </w:r>
    </w:p>
    <w:p>
      <w:r>
        <w:t>ما في حب</w:t>
      </w:r>
    </w:p>
    <w:p>
      <w:r>
        <w:t>يبغضك وتبغضه</w:t>
      </w:r>
    </w:p>
    <w:p>
      <w:r>
        <w:t>اذا الاحسان لا معنى له هناك</w:t>
      </w:r>
    </w:p>
    <w:p>
      <w:r>
        <w:t>فالاساءة هي التي تتعين</w:t>
      </w:r>
    </w:p>
    <w:p>
      <w:r>
        <w:t>ظد وظد ماذا? ظد اه الاحسان</w:t>
      </w:r>
    </w:p>
    <w:p>
      <w:r>
        <w:t>انا مثلت بالتحيز وعدم التحيز في التكوينيات</w:t>
      </w:r>
    </w:p>
    <w:p>
      <w:r>
        <w:t>هو مثل الاخلاقيات</w:t>
      </w:r>
    </w:p>
    <w:p>
      <w:r>
        <w:t>لا فرق</w:t>
      </w:r>
    </w:p>
    <w:p>
      <w:r>
        <w:t>لا فرق اه مثالي دقي فلسفي كلامي هنا اخلاقي عرفي يمكن ان يدرك في العرف لان الجدل يتحرك في المشهورات فهي تتناغم مع العرف اكثر</w:t>
      </w:r>
    </w:p>
    <w:p>
      <w:r>
        <w:t>ولهذا قلت لكم الجدل ان من البرهان في المجتمع المدني</w:t>
      </w:r>
    </w:p>
    <w:p>
      <w:r>
        <w:t>مثلا اذ ان كان الاحسان الى الاصدقاء حسنا بمناك التناغم الوجودي يعني الحب فالاساءة الى الاعداء الاعداء يعني عدم التناغم الوجودي لغياب الحب</w:t>
      </w:r>
    </w:p>
    <w:p>
      <w:r>
        <w:t>بل بالعكس البغظ موجود فالاحسان يختفي تأتي الاساءة</w:t>
      </w:r>
    </w:p>
    <w:p>
      <w:r>
        <w:t>فالاساءة الى الاعداء حسنة</w:t>
      </w:r>
    </w:p>
    <w:p>
      <w:r>
        <w:t>يا الله</w:t>
      </w:r>
    </w:p>
    <w:p>
      <w:r>
        <w:t>بحث في فلسفة الاخلاق جميل جدا</w:t>
      </w:r>
    </w:p>
    <w:p>
      <w:r>
        <w:t>الاساءة شر كيف يعل يعلوها الحزن</w:t>
      </w:r>
    </w:p>
    <w:p>
      <w:r>
        <w:t>لاعتبار خاص</w:t>
      </w:r>
    </w:p>
    <w:p>
      <w:r>
        <w:t>الاعتبار هو العداوة</w:t>
      </w:r>
    </w:p>
    <w:p>
      <w:r>
        <w:t>نعم فالاساءة للعدو تندرج تحت النظم القيمي</w:t>
      </w:r>
    </w:p>
    <w:p>
      <w:r>
        <w:t>اذا درجة تحت القيمية تكتسب الحوس</w:t>
      </w:r>
    </w:p>
    <w:p>
      <w:r>
        <w:t>بميلاد العدا</w:t>
      </w:r>
    </w:p>
    <w:p>
      <w:r>
        <w:t>او الى الاصدقاء قبيحة</w:t>
      </w:r>
    </w:p>
    <w:p>
      <w:r>
        <w:t>يعني الاساءة الى الاصدقاء القبيحة ما معناها? لماذا الاساءة في دائرة الاصدقاء قابحة? الى خلاف النظم القيمي</w:t>
      </w:r>
    </w:p>
    <w:p>
      <w:r>
        <w:t>فالاحسان الى الاعداء اه قبيحون</w:t>
      </w:r>
    </w:p>
    <w:p>
      <w:r>
        <w:t>فالاحسان الى القبيح الى الاعداء قبيح</w:t>
      </w:r>
    </w:p>
    <w:p>
      <w:r>
        <w:t>انظر الاحسان يندرج تحت القبع</w:t>
      </w:r>
    </w:p>
    <w:p>
      <w:r>
        <w:t>لماذا? لان الملك ليس آآ الافعال بعناوينها</w:t>
      </w:r>
    </w:p>
    <w:p>
      <w:r>
        <w:t>اللي الملاك هو النظم القيمي</w:t>
      </w:r>
    </w:p>
    <w:p>
      <w:r>
        <w:t>هو الاساس</w:t>
      </w:r>
    </w:p>
    <w:p>
      <w:r>
        <w:t>هذه الحكمة الالهية العملية</w:t>
      </w:r>
    </w:p>
    <w:p>
      <w:r>
        <w:t>نعم اقول هذا آآ هذه المواضع الثلاثة تتعلق بالمتقابلات وهي عامة مشتركة بين الكليات</w:t>
      </w:r>
    </w:p>
    <w:p>
      <w:r>
        <w:t>احدها ان يحكم بلحوق ضد اللا حق بحال ظد الملحوق بتلك الحال</w:t>
      </w:r>
    </w:p>
    <w:p>
      <w:r>
        <w:t>كذلك لغة بامتياز</w:t>
      </w:r>
    </w:p>
    <w:p>
      <w:r>
        <w:t>في كوننا ان كان الاحسان الى الاصدقاء حسنا</w:t>
      </w:r>
    </w:p>
    <w:p>
      <w:r>
        <w:t>لملاك التناغم والنظم القيمي فالاساءة الى الاعداء حسنة</w:t>
      </w:r>
    </w:p>
    <w:p>
      <w:r>
        <w:t>انظر عنوانان اشتركا في الحس</w:t>
      </w:r>
    </w:p>
    <w:p>
      <w:r>
        <w:t>بملاكين مختلفين حب وبغض</w:t>
      </w:r>
    </w:p>
    <w:p>
      <w:r>
        <w:t>نعم</w:t>
      </w:r>
    </w:p>
    <w:p>
      <w:r>
        <w:t>فقد حكمنا بلحوق الحسن للاساءة التي ضد الاحسان اللاحق بالاعداء الذي هو ضد الاصدقاء وهذا الحكم هو الحسنى موجود ايضا اعني للإحسان الى الأصدقاء</w:t>
      </w:r>
    </w:p>
    <w:p>
      <w:r>
        <w:t>الملاك هو التناغم مع القيم الإلهية</w:t>
      </w:r>
    </w:p>
    <w:p>
      <w:r>
        <w:t>القيم الإلهية والنظم القيمي اساسه الحب</w:t>
      </w:r>
    </w:p>
    <w:p>
      <w:r>
        <w:t>نعم الحب</w:t>
      </w:r>
    </w:p>
    <w:p>
      <w:r>
        <w:t>نعم</w:t>
      </w:r>
    </w:p>
    <w:p>
      <w:r>
        <w:t>الحب يعني التواجد في دائرة الكمالات</w:t>
      </w:r>
    </w:p>
    <w:p>
      <w:r>
        <w:t>هذا بحث في فلسفة الاخلاق لا يهمني الان</w:t>
      </w:r>
    </w:p>
    <w:p>
      <w:r>
        <w:t>فالحاصل من هذا ان الاصدقاء والاعداء متضادا</w:t>
      </w:r>
    </w:p>
    <w:p>
      <w:r>
        <w:t>نعم</w:t>
      </w:r>
    </w:p>
    <w:p>
      <w:r>
        <w:t>هذا التضاد الوجودي وليس اه التبادل المنطقي</w:t>
      </w:r>
    </w:p>
    <w:p>
      <w:r>
        <w:t>والاساءة والاحسان متقابلا</w:t>
      </w:r>
    </w:p>
    <w:p>
      <w:r>
        <w:t>نعم</w:t>
      </w:r>
    </w:p>
    <w:p>
      <w:r>
        <w:t>يعني اينما تكون الاساءة لا يكون الاحسان واينما يكون الاحسان لا تكون الاساءة</w:t>
      </w:r>
    </w:p>
    <w:p>
      <w:r>
        <w:t>هذا وكلاهما اشتركا في حكم واحد وهو الملاك هو التناغم مع القيم الالهية</w:t>
      </w:r>
    </w:p>
    <w:p>
      <w:r>
        <w:t>وهو الحب</w:t>
      </w:r>
    </w:p>
    <w:p>
      <w:r>
        <w:t>نعم</w:t>
      </w:r>
    </w:p>
    <w:p>
      <w:r>
        <w:t>فاحد المتقابلين اذا كان على حال لموضوع كان المقابل الاخر موجودا لمقابل ذلك الموضوع</w:t>
      </w:r>
    </w:p>
    <w:p>
      <w:r>
        <w:t>صداقة عداء</w:t>
      </w:r>
    </w:p>
    <w:p>
      <w:r>
        <w:t>على تلك الحال</w:t>
      </w:r>
    </w:p>
    <w:p>
      <w:r>
        <w:t>اعني اذا كان الاحسان على حال لحسن للاصدقاء لحسن للاصدقاء كانت الاساءة ثابتة للاعداء على تلك الحال على حالة الاساءة لانه هناك بغض نعم فما تأتي يأتي الاحسان تأتي الاساءة فالاساءة في الاعداء قيمة كما الاحسان الازدقاق هما فهنا التناغم وثانيها ان ان يحكم بلحوق ضد لاحق بحال لعين ذلك المنحوق بضد تلك الحال كقولنا ان كان الاحسان الى مصداقا حسنا قلت لكم تناغم الوجود الذي هو الحب</w:t>
      </w:r>
    </w:p>
    <w:p>
      <w:r>
        <w:t>فالاساءة الى الاصدقاء قبيحة لانها خلاف التناغم الوجودي وهو الحب</w:t>
      </w:r>
    </w:p>
    <w:p>
      <w:r>
        <w:t>كيف انت تسيء لصديق ويحبك? ما معناه? يعني يحب لك الكمالات</w:t>
      </w:r>
    </w:p>
    <w:p>
      <w:r>
        <w:t>يحب لك الخير كيف اليه قبيحة جدا شنيعة جدا</w:t>
      </w:r>
    </w:p>
    <w:p>
      <w:r>
        <w:t>نعم</w:t>
      </w:r>
    </w:p>
    <w:p>
      <w:r>
        <w:t>فالاحسان احد المتقابلين كان حاصلا للاصدقاء الذي هم الموضوع بحال هي الحسن</w:t>
      </w:r>
    </w:p>
    <w:p>
      <w:r>
        <w:t>وكان المقابل وهو الاساءة لعين الموضوع وهو الاصدق الاصدقاء بضد حالة الحسم وهو الحسن او الحسن وهو قبيح</w:t>
      </w:r>
    </w:p>
    <w:p>
      <w:r>
        <w:t>سبحان الله</w:t>
      </w:r>
    </w:p>
    <w:p>
      <w:r>
        <w:t>الملاك هو الحب</w:t>
      </w:r>
    </w:p>
    <w:p>
      <w:r>
        <w:t>يعني الحب ما معناه اما ان تعطي الكمال واما ان تتحرك نحو الكمال</w:t>
      </w:r>
    </w:p>
    <w:p>
      <w:r>
        <w:t>هذا هو الحب</w:t>
      </w:r>
    </w:p>
    <w:p>
      <w:r>
        <w:t>اذا انت ترشح منك كمال طبعا هون الكمال كمال اخلاقي</w:t>
      </w:r>
    </w:p>
    <w:p>
      <w:r>
        <w:t>ليس الكمال الوجودي</w:t>
      </w:r>
    </w:p>
    <w:p>
      <w:r>
        <w:t>الكمال الوجودي هو شدة الوجود</w:t>
      </w:r>
    </w:p>
    <w:p>
      <w:r>
        <w:t>حتى الشيطان عنده كمال وجودي</w:t>
      </w:r>
    </w:p>
    <w:p>
      <w:r>
        <w:t>لا الكمال الاخلاقي</w:t>
      </w:r>
    </w:p>
    <w:p>
      <w:r>
        <w:t>يعني الكمال الذي هو ناتج من القيم الالهية</w:t>
      </w:r>
    </w:p>
    <w:p>
      <w:r>
        <w:t>من القيم الالهية</w:t>
      </w:r>
    </w:p>
    <w:p>
      <w:r>
        <w:t>شيطان الكمال</w:t>
      </w:r>
    </w:p>
    <w:p>
      <w:r>
        <w:t>بعيد عن الالهية</w:t>
      </w:r>
    </w:p>
    <w:p>
      <w:r>
        <w:t>نعم</w:t>
      </w:r>
    </w:p>
    <w:p>
      <w:r>
        <w:t>اذا اردت ان تقارب القيم الالهية في اطار ديني تقول القيم التشريعية</w:t>
      </w:r>
    </w:p>
    <w:p>
      <w:r>
        <w:t>الا ان القيم الالهية اوسع</w:t>
      </w:r>
    </w:p>
    <w:p>
      <w:r>
        <w:t>نعم</w:t>
      </w:r>
    </w:p>
    <w:p>
      <w:r>
        <w:t>فقد حكمنا بملحوق القبيح هو ضد حال الحسن لضد اللاحق الذي هو الاساءة</w:t>
      </w:r>
    </w:p>
    <w:p>
      <w:r>
        <w:t>التي هي ضد الاحسان</w:t>
      </w:r>
    </w:p>
    <w:p>
      <w:r>
        <w:t>اللاحق لذلك الموضوع بعينه عن الاصدقاء</w:t>
      </w:r>
    </w:p>
    <w:p>
      <w:r>
        <w:t>فالموضوع هنا واحد</w:t>
      </w:r>
    </w:p>
    <w:p>
      <w:r>
        <w:t>يعني الاصدقاء</w:t>
      </w:r>
    </w:p>
    <w:p>
      <w:r>
        <w:t>وهو الاصدقاء</w:t>
      </w:r>
    </w:p>
    <w:p>
      <w:r>
        <w:t>والحنان متقابلان</w:t>
      </w:r>
    </w:p>
    <w:p>
      <w:r>
        <w:t>بخلاف الوضع الاول</w:t>
      </w:r>
    </w:p>
    <w:p>
      <w:r>
        <w:t>نعم حالة حسنة وهو الاحسان للاصدقاء وحالة قبيحة وهي الاساءة لان الاساءة للاصدقاء خلاف النوم القيمي تخرب الود</w:t>
      </w:r>
    </w:p>
    <w:p>
      <w:r>
        <w:t>تخرب الود يعني الحب</w:t>
      </w:r>
    </w:p>
    <w:p>
      <w:r>
        <w:t>اذا اسأت الى لك يحب لك الخير ويسعى لايصال الخير لك اسأت اليه فانت خربت النظمة القيم</w:t>
      </w:r>
    </w:p>
    <w:p>
      <w:r>
        <w:t>خربتوا كيف يعني لم تتناغم معه والا النظم القيمي صرماني</w:t>
      </w:r>
    </w:p>
    <w:p>
      <w:r>
        <w:t>لا تمسه انت</w:t>
      </w:r>
    </w:p>
    <w:p>
      <w:r>
        <w:t>يعني لم تتناغم معه</w:t>
      </w:r>
    </w:p>
    <w:p>
      <w:r>
        <w:t>لم تتناغم معها مثل ما فعل الشيطان في العرش فالله تعالى قال اسجد لي هذا المخلوق لم يسجد قال انا آآ اكمل منه انا من نار وهو من طين فهنا لم يراعي انه هو في دائرة الارادة الالهية والارادة الالهية ارادة حكمية</w:t>
      </w:r>
    </w:p>
    <w:p>
      <w:r>
        <w:t>حكمة معجونة بالحكمة</w:t>
      </w:r>
    </w:p>
    <w:p>
      <w:r>
        <w:t>يعني هذا هو القيم</w:t>
      </w:r>
    </w:p>
    <w:p>
      <w:r>
        <w:t>القيم ان تتناغم مع الارادة الالهية الحكيمة</w:t>
      </w:r>
    </w:p>
    <w:p>
      <w:r>
        <w:t>قالوا اسجد اسجد</w:t>
      </w:r>
    </w:p>
    <w:p>
      <w:r>
        <w:t>لا يهمك المسجد له</w:t>
      </w:r>
    </w:p>
    <w:p>
      <w:r>
        <w:t>يهمك الله تعالى</w:t>
      </w:r>
    </w:p>
    <w:p>
      <w:r>
        <w:t>فالشيطان هو يتخيل انه لم يقدر الانسان</w:t>
      </w:r>
    </w:p>
    <w:p>
      <w:r>
        <w:t>هو لم يقدر الله تعالى</w:t>
      </w:r>
    </w:p>
    <w:p>
      <w:r>
        <w:t>ولهذا لعن ابعد من دائرة القيم الالهية</w:t>
      </w:r>
    </w:p>
    <w:p>
      <w:r>
        <w:t>فيبقى ظلاما الى يوم القيامة ويخلو الظلاما يوم القيامة</w:t>
      </w:r>
    </w:p>
    <w:p>
      <w:r>
        <w:t>نعم</w:t>
      </w:r>
    </w:p>
    <w:p>
      <w:r>
        <w:t>وثالثها ان يحكم او يحكم بلحوق اللاحق بعينه لضد الملحوق بضد تلك الحال</w:t>
      </w:r>
    </w:p>
    <w:p>
      <w:r>
        <w:t>كما تقول ان كان الاحسان الى الاصدقاء حسنا فالاحسان الى الاعداء قبيح</w:t>
      </w:r>
    </w:p>
    <w:p>
      <w:r>
        <w:t>من الملاك ملاك الاحسان ما هو? المودة والحب</w:t>
      </w:r>
    </w:p>
    <w:p>
      <w:r>
        <w:t>اذا انت كيف تحسن للاعداء والملاك غير موجود? المودة غير موجودة</w:t>
      </w:r>
    </w:p>
    <w:p>
      <w:r>
        <w:t>فالاحسان هنا يكون قبيح انظر النظم القيمي قائم على الحب على المودة</w:t>
      </w:r>
    </w:p>
    <w:p>
      <w:r>
        <w:t>نعم</w:t>
      </w:r>
    </w:p>
    <w:p>
      <w:r>
        <w:t>والمودة والحب هو ايصال الكمال او التحرك نحو الكمال</w:t>
      </w:r>
    </w:p>
    <w:p>
      <w:r>
        <w:t>نعم الله تعالى يغسل الكمال فقط</w:t>
      </w:r>
    </w:p>
    <w:p>
      <w:r>
        <w:t>لا يتحرك نحو الكمال</w:t>
      </w:r>
    </w:p>
    <w:p>
      <w:r>
        <w:t>فحب المطلق لانه يترشح منه الخير</w:t>
      </w:r>
    </w:p>
    <w:p>
      <w:r>
        <w:t>اما انت الان لا انت قد يترشح منك خير في حدك وقد تتحرك نحو حد اعلى</w:t>
      </w:r>
    </w:p>
    <w:p>
      <w:r>
        <w:t>فعندك حب نزولي وحب سعودي حب ترشحي وحب آآ تدرجي تكاملي</w:t>
      </w:r>
    </w:p>
    <w:p>
      <w:r>
        <w:t>نعم فالاحسان احد المتقابل والاساءة المقابلة للاخر الاساءة والاحسان</w:t>
      </w:r>
    </w:p>
    <w:p>
      <w:r>
        <w:t>والمقابل الاول حاصل للاصدقاء</w:t>
      </w:r>
    </w:p>
    <w:p>
      <w:r>
        <w:t>يعني آآ آآ الاحسان</w:t>
      </w:r>
    </w:p>
    <w:p>
      <w:r>
        <w:t>والحسن كذلك</w:t>
      </w:r>
    </w:p>
    <w:p>
      <w:r>
        <w:t>الذي هو موظوع الموضوع الاخر الاحسان والاساءة</w:t>
      </w:r>
    </w:p>
    <w:p>
      <w:r>
        <w:t>نعم</w:t>
      </w:r>
    </w:p>
    <w:p>
      <w:r>
        <w:t>او الحسن والقبح</w:t>
      </w:r>
    </w:p>
    <w:p>
      <w:r>
        <w:t>والمقابل الاول حاصل للاصدقاء</w:t>
      </w:r>
    </w:p>
    <w:p>
      <w:r>
        <w:t>يعني الحزن</w:t>
      </w:r>
    </w:p>
    <w:p>
      <w:r>
        <w:t>الذي هو موضوع مقابل لموضوع اخر بحال هي الحسن</w:t>
      </w:r>
    </w:p>
    <w:p>
      <w:r>
        <w:t>او تقول الاصدقاء</w:t>
      </w:r>
    </w:p>
    <w:p>
      <w:r>
        <w:t>نعم</w:t>
      </w:r>
    </w:p>
    <w:p>
      <w:r>
        <w:t>او الاحسان الى الاصدقاء هو هو قضية شرطية</w:t>
      </w:r>
    </w:p>
    <w:p>
      <w:r>
        <w:t>نعم</w:t>
      </w:r>
    </w:p>
    <w:p>
      <w:r>
        <w:t>الذي هو موضوع مقابل للموضوع الاخر</w:t>
      </w:r>
    </w:p>
    <w:p>
      <w:r>
        <w:t>بحال هي الحسن او الحسن</w:t>
      </w:r>
    </w:p>
    <w:p>
      <w:r>
        <w:t>وهو حاصل لمقابل الاصدقاء الاعداء بضد تلك الحال وهي القضية</w:t>
      </w:r>
    </w:p>
    <w:p>
      <w:r>
        <w:t>والملاك بينت لكم الملاك والمودة</w:t>
      </w:r>
    </w:p>
    <w:p>
      <w:r>
        <w:t>لا يمكن ان تحسن للعدو</w:t>
      </w:r>
    </w:p>
    <w:p>
      <w:r>
        <w:t>للاعداء لان المودة غير موجودة هناك</w:t>
      </w:r>
    </w:p>
    <w:p>
      <w:r>
        <w:t>اذا ماذا يتعين? مقابل الحوس وهو القبح</w:t>
      </w:r>
    </w:p>
    <w:p>
      <w:r>
        <w:t>والقبح من مصادقه الاساءة</w:t>
      </w:r>
    </w:p>
    <w:p>
      <w:r>
        <w:t>نعم</w:t>
      </w:r>
    </w:p>
    <w:p>
      <w:r>
        <w:t>قال ومثل لحوق الضد بمثل ما يلحق به ضده على السوية البغض بالشهوية للحوق الحب بها</w:t>
      </w:r>
    </w:p>
    <w:p>
      <w:r>
        <w:t>نعم</w:t>
      </w:r>
    </w:p>
    <w:p>
      <w:r>
        <w:t>فالشهوة قد تؤدي الى البغض وقد تؤدي الى الحب</w:t>
      </w:r>
    </w:p>
    <w:p>
      <w:r>
        <w:t>ومنه ما يقابله كقولنا اذا كان الشيء ثابتا فم تساويه ثابت مساوي في الصدق اكتب التساوي في الصدق وليس في مبدأ الهوية</w:t>
      </w:r>
    </w:p>
    <w:p>
      <w:r>
        <w:t>نعم</w:t>
      </w:r>
    </w:p>
    <w:p>
      <w:r>
        <w:t>يعني لازم الذي دائما معه لا ينفك</w:t>
      </w:r>
    </w:p>
    <w:p>
      <w:r>
        <w:t>فاذا ثبت الشيء جاء بلوازمه</w:t>
      </w:r>
    </w:p>
    <w:p>
      <w:r>
        <w:t>نعم</w:t>
      </w:r>
    </w:p>
    <w:p>
      <w:r>
        <w:t>الصديقة لوازمه الاحسان</w:t>
      </w:r>
    </w:p>
    <w:p>
      <w:r>
        <w:t>اذا ثبت الشخص هذا ثبت بعنوان الصداقة لك يجر معه الاحسان</w:t>
      </w:r>
    </w:p>
    <w:p>
      <w:r>
        <w:t>اللطف الى ملاك المحبة</w:t>
      </w:r>
    </w:p>
    <w:p>
      <w:r>
        <w:t>ملاك الاحسان هناك اللطف حب ملاك المساعدة حب</w:t>
      </w:r>
    </w:p>
    <w:p>
      <w:r>
        <w:t>ملاك المواساة في المصائب حب وهكذا</w:t>
      </w:r>
    </w:p>
    <w:p>
      <w:r>
        <w:t>ومنه ما يقابله كقولنا اذا كان الشيء ثابتا مساويه يعني الذي يلازمه ولا ينفك ثابت</w:t>
      </w:r>
    </w:p>
    <w:p>
      <w:r>
        <w:t>واذا كان غير الأولى ثابتا فالاولى ثابت</w:t>
      </w:r>
    </w:p>
    <w:p>
      <w:r>
        <w:t>نعم</w:t>
      </w:r>
    </w:p>
    <w:p>
      <w:r>
        <w:t>غير الأولى ثابت</w:t>
      </w:r>
    </w:p>
    <w:p>
      <w:r>
        <w:t>فمن باب اولى ان الأولى ثابت</w:t>
      </w:r>
    </w:p>
    <w:p>
      <w:r>
        <w:t>وفي الإبطال بالعكس</w:t>
      </w:r>
    </w:p>
    <w:p>
      <w:r>
        <w:t>نعم</w:t>
      </w:r>
    </w:p>
    <w:p>
      <w:r>
        <w:t>عكس القضية</w:t>
      </w:r>
    </w:p>
    <w:p>
      <w:r>
        <w:t>نعم</w:t>
      </w:r>
    </w:p>
    <w:p>
      <w:r>
        <w:t>اذا انتفى غير الاولى ينتفي الاولى من من باب الاولى</w:t>
      </w:r>
    </w:p>
    <w:p>
      <w:r>
        <w:t>اذا انتفى الشيء انتفى المساوي من باب اولى</w:t>
      </w:r>
    </w:p>
    <w:p>
      <w:r>
        <w:t>واذا انتفى المساوي يكشف عن انتفاء الشيء من باب اولى وهكذا</w:t>
      </w:r>
    </w:p>
    <w:p>
      <w:r>
        <w:t>وايضا حكم المتشابهات واحد</w:t>
      </w:r>
    </w:p>
    <w:p>
      <w:r>
        <w:t>لملاك التشابه</w:t>
      </w:r>
    </w:p>
    <w:p>
      <w:r>
        <w:t>اقول هذه ايضا مواضيع عامة للاثبات والابطال عند الجدل</w:t>
      </w:r>
    </w:p>
    <w:p>
      <w:r>
        <w:t>من موضع لحوق الضد بمثل ما يلحق ضده على السوية</w:t>
      </w:r>
    </w:p>
    <w:p>
      <w:r>
        <w:t>بمعنى ان عروض الظدين للموضوع على التساوي</w:t>
      </w:r>
    </w:p>
    <w:p>
      <w:r>
        <w:t>فان كان احدهما طبيعيان كان الاخر كذلك</w:t>
      </w:r>
    </w:p>
    <w:p>
      <w:r>
        <w:t>طبيعيا يعني يثبت لطبيعة الشيء</w:t>
      </w:r>
    </w:p>
    <w:p>
      <w:r>
        <w:t>كقول تقول لو كان الحب يعرض للقوة الشهوية الشهوية لكان البغض كذلك</w:t>
      </w:r>
    </w:p>
    <w:p>
      <w:r>
        <w:t>نعم</w:t>
      </w:r>
    </w:p>
    <w:p>
      <w:r>
        <w:t>طبعا هنا الحب النازل اما الحب اعلى من قوة الشهوية</w:t>
      </w:r>
    </w:p>
    <w:p>
      <w:r>
        <w:t>حب العسل وحب الجنس وحب آآ المنصب هذه شهوانية</w:t>
      </w:r>
    </w:p>
    <w:p>
      <w:r>
        <w:t>اما الحب الالهي والكمالات الراقية</w:t>
      </w:r>
    </w:p>
    <w:p>
      <w:r>
        <w:t>هذه لا علاقة لها بالشهوة</w:t>
      </w:r>
    </w:p>
    <w:p>
      <w:r>
        <w:t>لو كان الحب يعرض للقوى لكان البغض كذلك</w:t>
      </w:r>
    </w:p>
    <w:p>
      <w:r>
        <w:t>لان الحب يضاد البغض</w:t>
      </w:r>
    </w:p>
    <w:p>
      <w:r>
        <w:t>عجيب في الرواية آآ المشهورة لا يحبك الا مؤمن ولا يبغضك الا منافق</w:t>
      </w:r>
    </w:p>
    <w:p>
      <w:r>
        <w:t>قالها النبي الاكرم صلى الله عليه واله في حق الامير سلام الله عليه</w:t>
      </w:r>
    </w:p>
    <w:p>
      <w:r>
        <w:t>ظابطة نميز بها المنافق من غير المنافق</w:t>
      </w:r>
    </w:p>
    <w:p>
      <w:r>
        <w:t>فيأتي شخص ويقول كل الصحابة عودوا انت ترد على النبي</w:t>
      </w:r>
    </w:p>
    <w:p>
      <w:r>
        <w:t>حتى تخفي عيوب الاخرين</w:t>
      </w:r>
    </w:p>
    <w:p>
      <w:r>
        <w:t>احنا اصلا لا نفهمها</w:t>
      </w:r>
    </w:p>
    <w:p>
      <w:r>
        <w:t>انا هنا اتحدث من منطلق علماني حياكي</w:t>
      </w:r>
    </w:p>
    <w:p>
      <w:r>
        <w:t>كيف انت ترد على نبيك? لاخفاء عيوب اخرين</w:t>
      </w:r>
    </w:p>
    <w:p>
      <w:r>
        <w:t>او لبناء انت بنيت عليه او مبنى بنيت عليه كله خراب</w:t>
      </w:r>
    </w:p>
    <w:p>
      <w:r>
        <w:t>النبي اعطاك عطاك اه اه ظابطة وهادي الظابطة صرملية يعني تنطبق على زمن النبي وعلى بعد النبي الى يومنا هذا</w:t>
      </w:r>
    </w:p>
    <w:p>
      <w:r>
        <w:t>احب علي مؤمن ابغض علي مناصبي منافق انتهى الامر</w:t>
      </w:r>
    </w:p>
    <w:p>
      <w:r>
        <w:t>انتهى الامر ظابطة سرمدية ظابطة سرمدية</w:t>
      </w:r>
    </w:p>
    <w:p>
      <w:r>
        <w:t>نعم</w:t>
      </w:r>
    </w:p>
    <w:p>
      <w:r>
        <w:t>انا احب علي فابغض من يبغض علي واتبرأ منه</w:t>
      </w:r>
    </w:p>
    <w:p>
      <w:r>
        <w:t>اذا عندنا ظد وظد الضد</w:t>
      </w:r>
    </w:p>
    <w:p>
      <w:r>
        <w:t>ومنها موضع التساوي كقولنا ان كان ما هو لهذا في الكون ثابتا فهو ثابت في الكون يعني في الوجود</w:t>
      </w:r>
    </w:p>
    <w:p>
      <w:r>
        <w:t>او لم يكن لم يكن</w:t>
      </w:r>
    </w:p>
    <w:p>
      <w:r>
        <w:t>كما كما تقول اذا كان الابصار بخروج شيء من العين</w:t>
      </w:r>
    </w:p>
    <w:p>
      <w:r>
        <w:t>فالسماع بخروج شيء من الاذن</w:t>
      </w:r>
    </w:p>
    <w:p>
      <w:r>
        <w:t>هذه الطبيع القديمة الان لا قيمة لها</w:t>
      </w:r>
    </w:p>
    <w:p>
      <w:r>
        <w:t>الشيخ الاشراق كان يؤمن بهذا الامر ان الابصار هو خروج طاقة نورية من العين تنصب على الواقع المادي</w:t>
      </w:r>
    </w:p>
    <w:p>
      <w:r>
        <w:t>فيتم الابصار</w:t>
      </w:r>
    </w:p>
    <w:p>
      <w:r>
        <w:t>هذه اه في الامور العرفانية وما فوق عالم الطبيعة</w:t>
      </w:r>
    </w:p>
    <w:p>
      <w:r>
        <w:t>نعم قد يحدث</w:t>
      </w:r>
    </w:p>
    <w:p>
      <w:r>
        <w:t>الشيخ رمضاني في درس اه العرفان اعتقد كنا ندرس الفصوص</w:t>
      </w:r>
    </w:p>
    <w:p>
      <w:r>
        <w:t>شرح الفصوص للقيصري</w:t>
      </w:r>
    </w:p>
    <w:p>
      <w:r>
        <w:t>آآ ذكر لنا ان هذه القصة يقول آآ يحدثني استاذي الشيخ حسن زاد املي</w:t>
      </w:r>
    </w:p>
    <w:p>
      <w:r>
        <w:t>رحمة الله عليه</w:t>
      </w:r>
    </w:p>
    <w:p>
      <w:r>
        <w:t>آآ يقول كنت اقرأ القرآن الكريم في الليل وعلى المصباح المصباح العادي مثل هذه المصابيح الكهربائية</w:t>
      </w:r>
    </w:p>
    <w:p>
      <w:r>
        <w:t>يقول وكان قلبي متعلقا بالقرآن بطريقة شديدة</w:t>
      </w:r>
    </w:p>
    <w:p>
      <w:r>
        <w:t>ذا ذائب في في القرآن</w:t>
      </w:r>
    </w:p>
    <w:p>
      <w:r>
        <w:t>راحت الكهرباء قطعت الكهرباء</w:t>
      </w:r>
    </w:p>
    <w:p>
      <w:r>
        <w:t>فهذا الذوبان في القرآن الكريم شي حالة حالة الهية عجيبة وغريبة</w:t>
      </w:r>
    </w:p>
    <w:p>
      <w:r>
        <w:t>ممكن لا تتكرر في حياة الانسان</w:t>
      </w:r>
    </w:p>
    <w:p>
      <w:r>
        <w:t>فيقول الله تعالى لا يريد ان يحرمني من هذه النعمة في القرآن خرج النور من عينيه</w:t>
      </w:r>
    </w:p>
    <w:p>
      <w:r>
        <w:t>نعم خروج طاقة نورية اضاءت القرآن واستمرت في في القراءة في قراءة القرآن الكريم</w:t>
      </w:r>
    </w:p>
    <w:p>
      <w:r>
        <w:t>هذه انا سمعتها من الشيخ رمضاني يحدثه عن عنها الشيخ حسن زاد امول رحمة الله عليه</w:t>
      </w:r>
    </w:p>
    <w:p>
      <w:r>
        <w:t>هذه امور آآ عرفانية يعني هذا الوجود نفسه النورانية تتحكم في بدنه وتتحكم في نظام نظام الكون</w:t>
      </w:r>
    </w:p>
    <w:p>
      <w:r>
        <w:t>وهذه امور نادرة امور خارجة عن القانون الكلي تخضع قانون اخر قانون غيبي اخر</w:t>
      </w:r>
    </w:p>
    <w:p>
      <w:r>
        <w:t>يتغلب عن احد قوة هذا القانون المادي</w:t>
      </w:r>
    </w:p>
    <w:p>
      <w:r>
        <w:t>اما في القانون الطبيعي للابصار هو انعكاس النور نور الشمس على الاشياء المادية ثم هذه الاشياء المادية في ذبذبات تدخل الى جرم العيني ثم يحدث تأثير وتأثر ثم النفس ترقى الى ادراك حسي للواقعية الخارجية</w:t>
      </w:r>
    </w:p>
    <w:p>
      <w:r>
        <w:t>هذا هو هذه هي الظاهرة</w:t>
      </w:r>
    </w:p>
    <w:p>
      <w:r>
        <w:t>اما كما يقول هنا العلامة الحلي فلا اعتقد ذلك نعم ومنها موضع الأولى يأتي ان شاء الله</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