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هذه الفقرة ومنها موضع الاولى كما تقول ان كان غير الاولى ثابتا</w:t>
      </w:r>
    </w:p>
    <w:p>
      <w:r>
        <w:t>فالاولى ثابت</w:t>
      </w:r>
    </w:p>
    <w:p>
      <w:r>
        <w:t>بطبيعة الحال</w:t>
      </w:r>
    </w:p>
    <w:p>
      <w:r>
        <w:t>نعم</w:t>
      </w:r>
    </w:p>
    <w:p>
      <w:r>
        <w:t>هذه هي مسألة منطقية</w:t>
      </w:r>
    </w:p>
    <w:p>
      <w:r>
        <w:t>نعم</w:t>
      </w:r>
    </w:p>
    <w:p>
      <w:r>
        <w:t>وكقولنا ان كان القائم بغيره ثابتا فالقائم بذاته ثابت</w:t>
      </w:r>
    </w:p>
    <w:p>
      <w:r>
        <w:t>هذه تنتمي الان الى المنطق الصوراني الجديد</w:t>
      </w:r>
    </w:p>
    <w:p>
      <w:r>
        <w:t>فورماليزيم نعم نعم فاذا كان المخلوق يتصل الحياة وهي كمال الذات الالهية التي هي خالقة لهذا المخلوق ليس لها الكمال الكمال الحياتي هو ما بيقولها نعم لان هو معطي الوجود للمخلوق ومعطي الحياة للمخلوق</w:t>
      </w:r>
    </w:p>
    <w:p>
      <w:r>
        <w:t>نعم فهو اولى بي الحياة من من ملاكات التشكيك المنطقي</w:t>
      </w:r>
    </w:p>
    <w:p>
      <w:r>
        <w:t>التشكيك المنطقي غير التشكيك الوجودي</w:t>
      </w:r>
    </w:p>
    <w:p>
      <w:r>
        <w:t>وان كان في الواقع يعود الى التشكيك في الوجود</w:t>
      </w:r>
    </w:p>
    <w:p>
      <w:r>
        <w:t>اكتب ملحوظة جيدا</w:t>
      </w:r>
    </w:p>
    <w:p>
      <w:r>
        <w:t>لان هذه مسألة ممكن ذكرناها نكررها للجميع حتى ترسخ في ذهنه الشريف</w:t>
      </w:r>
    </w:p>
    <w:p>
      <w:r>
        <w:t>التشكيك المفهومي يعني انت تتعامل مع المفهوم</w:t>
      </w:r>
    </w:p>
    <w:p>
      <w:r>
        <w:t>تقول مفهوم مشكك</w:t>
      </w:r>
    </w:p>
    <w:p>
      <w:r>
        <w:t>المفهوم لا يكون مشككا محك المفهوم يكون مشككا ولهذا قلت لكم تعود الى الوجود المفهوم لا لا لا يتصف لا بالتشكيك ولا بيحزنون مفهوم يحكي اذا يحكي حيثية هذه الحيثية اذا تواجد مصادقها سرت في مصادقها</w:t>
      </w:r>
    </w:p>
    <w:p>
      <w:r>
        <w:t>هاي ملاكات السريان</w:t>
      </w:r>
    </w:p>
    <w:p>
      <w:r>
        <w:t>اكتب</w:t>
      </w:r>
    </w:p>
    <w:p>
      <w:r>
        <w:t>الاولية وعدم الاولية</w:t>
      </w:r>
    </w:p>
    <w:p>
      <w:r>
        <w:t>يعني اول من يتصف بي اه الوجود هو الذات الالهية</w:t>
      </w:r>
    </w:p>
    <w:p>
      <w:r>
        <w:t>ثان لمن يتصل بالوجود الى المخلوقات اولية وثانية ثانية</w:t>
      </w:r>
    </w:p>
    <w:p>
      <w:r>
        <w:t>والاولى في مقابل اللا اولى</w:t>
      </w:r>
    </w:p>
    <w:p>
      <w:r>
        <w:t>من اولى بالوجود الذات الالهية</w:t>
      </w:r>
    </w:p>
    <w:p>
      <w:r>
        <w:t>فهو اولى بالوجود</w:t>
      </w:r>
    </w:p>
    <w:p>
      <w:r>
        <w:t>والشدة والضعف</w:t>
      </w:r>
    </w:p>
    <w:p>
      <w:r>
        <w:t>الوجود شديد اين? في واجب الوجود</w:t>
      </w:r>
    </w:p>
    <w:p>
      <w:r>
        <w:t>ضعيف ايه في المخلوقات</w:t>
      </w:r>
    </w:p>
    <w:p>
      <w:r>
        <w:t>هذه الملاكات التشكيك</w:t>
      </w:r>
    </w:p>
    <w:p>
      <w:r>
        <w:t>راجعين الواقع الخارجي</w:t>
      </w:r>
    </w:p>
    <w:p>
      <w:r>
        <w:t>اولية في عدم اولية اولوية في عدم الاولوية شدة في عدم الضعف</w:t>
      </w:r>
    </w:p>
    <w:p>
      <w:r>
        <w:t>بنكات التشكيك</w:t>
      </w:r>
    </w:p>
    <w:p>
      <w:r>
        <w:t>حيثية تسري في المصاديق بهذه في مصداق اه هو اولى بها واولي بها وشديد مصداق له</w:t>
      </w:r>
    </w:p>
    <w:p>
      <w:r>
        <w:t>نعم</w:t>
      </w:r>
    </w:p>
    <w:p>
      <w:r>
        <w:t>التشكيك الصدرائي له</w:t>
      </w:r>
    </w:p>
    <w:p>
      <w:r>
        <w:t>تشكيل الصدرائي وجود واحد سارفي نفس مراتبه التي هي هو بشدة والضعف</w:t>
      </w:r>
    </w:p>
    <w:p>
      <w:r>
        <w:t>نعم</w:t>
      </w:r>
    </w:p>
    <w:p>
      <w:r>
        <w:t>يعني هذه الكثرة المراتبية التي هي من عين الوجود تعود الى عين الوجود يعني الوحدة</w:t>
      </w:r>
    </w:p>
    <w:p>
      <w:r>
        <w:t>كثرة في عين الوحدة</w:t>
      </w:r>
    </w:p>
    <w:p>
      <w:r>
        <w:t>هذه ملحوظة سجلها عندك تدخل في الفلسفة على بينة من امرك</w:t>
      </w:r>
    </w:p>
    <w:p>
      <w:r>
        <w:t>ومنها موضع الاولى كما تقول ان كان غير الاولى ثابتا</w:t>
      </w:r>
    </w:p>
    <w:p>
      <w:r>
        <w:t>يعني الوجود له كمال الحياة</w:t>
      </w:r>
    </w:p>
    <w:p>
      <w:r>
        <w:t>فالاولى ثابت</w:t>
      </w:r>
    </w:p>
    <w:p>
      <w:r>
        <w:t>نعم يعني الحياة ككمال ثابتة للذات الالهية</w:t>
      </w:r>
    </w:p>
    <w:p>
      <w:r>
        <w:t>وكقولنا ان كان القائم بغيره ثابتا</w:t>
      </w:r>
    </w:p>
    <w:p>
      <w:r>
        <w:t>يعني المخلوق قائم بغيره</w:t>
      </w:r>
    </w:p>
    <w:p>
      <w:r>
        <w:t>فالقائم بذاته يعني الواجب ثابت هادي هي الاولويات هذا في الاثبات ثبوت واما في الابطال فبالعكس كما تقول ان كان الاولى غير ثابت فغير الاولى غير ثابت</w:t>
      </w:r>
    </w:p>
    <w:p>
      <w:r>
        <w:t>نعم</w:t>
      </w:r>
    </w:p>
    <w:p>
      <w:r>
        <w:t>وكقولنا ان كان القائم بذاته غير ثابت فالقائم بغيره غير ثابت</w:t>
      </w:r>
    </w:p>
    <w:p>
      <w:r>
        <w:t>والجدل يوظف الجميع لانه غايته هو التبكيت</w:t>
      </w:r>
    </w:p>
    <w:p>
      <w:r>
        <w:t>الاثبات والنفي</w:t>
      </w:r>
    </w:p>
    <w:p>
      <w:r>
        <w:t>واسكات الطرف ومنها موضع المتشابهات وذلك ان الحكم اذا كان ثابتا لاحد الشبيهين نعم</w:t>
      </w:r>
    </w:p>
    <w:p>
      <w:r>
        <w:t>كان ثابتا للشبيه الاخر كقولنا ان كان العلم بالمختلفات مختلفا فالظن بالمختلفات مختلفون</w:t>
      </w:r>
    </w:p>
    <w:p>
      <w:r>
        <w:t>كل هذه في اوضاع مشهورة وليست على تمامها يقينية</w:t>
      </w:r>
    </w:p>
    <w:p>
      <w:r>
        <w:t>نعم</w:t>
      </w:r>
    </w:p>
    <w:p>
      <w:r>
        <w:t>قال وايضا يثبت لمقابل الموضوع ما يقابل محموله مثل ان يقال ان كانت الشجاعة فضيلة</w:t>
      </w:r>
    </w:p>
    <w:p>
      <w:r>
        <w:t>الجبن الذي يقابل الشجاعة رذيلة</w:t>
      </w:r>
    </w:p>
    <w:p>
      <w:r>
        <w:t>نعم</w:t>
      </w:r>
    </w:p>
    <w:p>
      <w:r>
        <w:t>الشجاعة هي الاقدام في دائرة الخير</w:t>
      </w:r>
    </w:p>
    <w:p>
      <w:r>
        <w:t>نعم</w:t>
      </w:r>
    </w:p>
    <w:p>
      <w:r>
        <w:t>والجبن هو الابتعاد عن دائرة الخير</w:t>
      </w:r>
    </w:p>
    <w:p>
      <w:r>
        <w:t>فالشجاعة قيمة الهية والرذيلة فالجبن رذيلة</w:t>
      </w:r>
    </w:p>
    <w:p>
      <w:r>
        <w:t>ومن النظائر والاشتقاقات ان كان الشجاع فاضلا</w:t>
      </w:r>
    </w:p>
    <w:p>
      <w:r>
        <w:t>فالشجاعة فضيلة</w:t>
      </w:r>
    </w:p>
    <w:p>
      <w:r>
        <w:t>لماذا? لان الشجاع شجاعا بملاك وهي الشجاعة</w:t>
      </w:r>
    </w:p>
    <w:p>
      <w:r>
        <w:t>بهذه الفضيلة نعم ومن التصاريف ان كان ما يجري مجرى العدل يجري مجرى الشجاعة فالعدل شجاعة</w:t>
      </w:r>
    </w:p>
    <w:p>
      <w:r>
        <w:t>نعم</w:t>
      </w:r>
    </w:p>
    <w:p>
      <w:r>
        <w:t>العدل هنا اكتب تحتها اه العدل هنا النظم القيمي ان كان ما يجري مجرى العدل يعني من ينتمي الى العدل يعني النظم القيمي الالهي</w:t>
      </w:r>
    </w:p>
    <w:p>
      <w:r>
        <w:t>يجري مجرى الشجاعة يعني الشجاعة ان كانت من النظم القيمي الالهي فالعدل شجاعة فالعدل شجاعة يعني بعكس عكس الحمد تقول الشجاعة عدل والعدل شجاعة يعني الشجاعة مندكة في القيم الالهية</w:t>
      </w:r>
    </w:p>
    <w:p>
      <w:r>
        <w:t>والقيم الالهية ليست تكوينية بعض جزء ما فيها</w:t>
      </w:r>
    </w:p>
    <w:p>
      <w:r>
        <w:t>فكل شجاعة فكل شجاعة عدل وكل عدل شجاعة</w:t>
      </w:r>
    </w:p>
    <w:p>
      <w:r>
        <w:t>اقول هذه مواضع للاثبات والابطال ايضا</w:t>
      </w:r>
    </w:p>
    <w:p>
      <w:r>
        <w:t>منها ما يتعلق بالتضاد بان يؤخذ لمقابل الموضوع آآ بان يؤخذ لمقابل الموضوع شيء ما فيؤخذ للموضوع ضده ضده</w:t>
      </w:r>
    </w:p>
    <w:p>
      <w:r>
        <w:t>مثل ان يقال ان كانت الشجاعة فضيلة فالجبن رذيلة</w:t>
      </w:r>
    </w:p>
    <w:p>
      <w:r>
        <w:t>مقابل الشجاعة فهو الجبنة بذيلة</w:t>
      </w:r>
    </w:p>
    <w:p>
      <w:r>
        <w:t>واعلم ان المواضيع المشهورة في الافضل ان يركب ظدان مع ضدين</w:t>
      </w:r>
    </w:p>
    <w:p>
      <w:r>
        <w:t>على اربعة اوجه</w:t>
      </w:r>
    </w:p>
    <w:p>
      <w:r>
        <w:t>يعطيك الالية</w:t>
      </w:r>
    </w:p>
    <w:p>
      <w:r>
        <w:t>كل واحد من طبقتين</w:t>
      </w:r>
    </w:p>
    <w:p>
      <w:r>
        <w:t>ثم يكون اذا كان الشيء مع الشيء بحال ما فظد الشيء معه بظد حاله</w:t>
      </w:r>
    </w:p>
    <w:p>
      <w:r>
        <w:t>يعني هنا شيء</w:t>
      </w:r>
    </w:p>
    <w:p>
      <w:r>
        <w:t>هذا الانسان الشجاعة فالجبل مع الجبن والخوف</w:t>
      </w:r>
    </w:p>
    <w:p>
      <w:r>
        <w:t>نعم</w:t>
      </w:r>
    </w:p>
    <w:p>
      <w:r>
        <w:t>ثم يكون اذا كان الشيء مع الشيء يعني الإنسان مع الشجاعة بحال يعني الشجاعة</w:t>
      </w:r>
    </w:p>
    <w:p>
      <w:r>
        <w:t>ما فضد يعني الجبان نعم مع ما يظد حالة الشجاعة يعني آآ اذا الشجاعة كان الانسان شجاعة فهذا يكون جبان الشجاعة تكون آآ عدالة يعني قيمة الهية والجبنة خلاف القيمة الالهية</w:t>
      </w:r>
    </w:p>
    <w:p>
      <w:r>
        <w:t>مثل ان الكون مع الصديق سعادة ومع العدو شقاوة</w:t>
      </w:r>
    </w:p>
    <w:p>
      <w:r>
        <w:t>انظر الصديق يضاده العدو</w:t>
      </w:r>
    </w:p>
    <w:p>
      <w:r>
        <w:t>الصديق يجلب السعادة</w:t>
      </w:r>
    </w:p>
    <w:p>
      <w:r>
        <w:t>ملاك الحب والمودة</w:t>
      </w:r>
    </w:p>
    <w:p>
      <w:r>
        <w:t>والعدو خلاف المودة وغياب المودة تأتي الشقاوة وضده مع ضده مثل حاله كقولنا ان كانت الاساءة الى الاصدقاء قبيحة فالاحسان الى الاعداء</w:t>
      </w:r>
    </w:p>
    <w:p>
      <w:r>
        <w:t>قبيح</w:t>
      </w:r>
    </w:p>
    <w:p>
      <w:r>
        <w:t>مواضع جميلة جدا في المجتمع المدني</w:t>
      </w:r>
    </w:p>
    <w:p>
      <w:r>
        <w:t>وان كانت الاس الى الاصدقاء قبيحة فالاحسان اليهم</w:t>
      </w:r>
    </w:p>
    <w:p>
      <w:r>
        <w:t>حسن</w:t>
      </w:r>
    </w:p>
    <w:p>
      <w:r>
        <w:t>والشيء مع ظده بظد حاله فانه ان كانت الاساءة الى الاصدقاء قبيحة فالاساءة الى الاعداء جميلة حسنة</w:t>
      </w:r>
    </w:p>
    <w:p>
      <w:r>
        <w:t>وقد سلف الكلام في ذلك</w:t>
      </w:r>
    </w:p>
    <w:p>
      <w:r>
        <w:t>في البند تلتمية وستة وربعين</w:t>
      </w:r>
    </w:p>
    <w:p>
      <w:r>
        <w:t>ومنها مواضع النظائر كقولنا ان كان ما يجري مجرى العدالة محمودا</w:t>
      </w:r>
    </w:p>
    <w:p>
      <w:r>
        <w:t>فالعدالة محمودة</w:t>
      </w:r>
    </w:p>
    <w:p>
      <w:r>
        <w:t>لماذا? لان العدالة من دائرة العدل</w:t>
      </w:r>
    </w:p>
    <w:p>
      <w:r>
        <w:t>العدل يعني القيم الاله</w:t>
      </w:r>
    </w:p>
    <w:p>
      <w:r>
        <w:t>هي نعم ومنها مواضع الاشتقاقات كقولنا ان كان الشجاع فاضلا فالشجاعة فضيلة لماذا? لان ملاك الشجاعة هي الفضيلة يعني فضيلة الشجاعة نعم مبدأ الاشتقاق اذا قاربنا المسألة لغويا</w:t>
      </w:r>
    </w:p>
    <w:p>
      <w:r>
        <w:t>مبدأ الاشتقاق هو الشجاعة شجاع اسم فاعل</w:t>
      </w:r>
    </w:p>
    <w:p>
      <w:r>
        <w:t>ملاك الاشتقاق ما هو? هذه الحيثية</w:t>
      </w:r>
    </w:p>
    <w:p>
      <w:r>
        <w:t>حيثية الشجاعة</w:t>
      </w:r>
    </w:p>
    <w:p>
      <w:r>
        <w:t>يعني هذه الفضيلة</w:t>
      </w:r>
    </w:p>
    <w:p>
      <w:r>
        <w:t>والاقرب العكس</w:t>
      </w:r>
    </w:p>
    <w:p>
      <w:r>
        <w:t>وهو ان ي ان كانت الشجاعة فضيلة فالشجاع فاضل</w:t>
      </w:r>
    </w:p>
    <w:p>
      <w:r>
        <w:t>نعم</w:t>
      </w:r>
    </w:p>
    <w:p>
      <w:r>
        <w:t>يعني اذا كان مبدأ الاشتقاق موجود فالمشتاق يتصل بمبنى الاشتقاق</w:t>
      </w:r>
    </w:p>
    <w:p>
      <w:r>
        <w:t>فان الاول انما يلزمه لو قيل ان كان الشجاع بما هو شجاع فاضلا فالشجاعة فضيلة</w:t>
      </w:r>
    </w:p>
    <w:p>
      <w:r>
        <w:t>نعم</w:t>
      </w:r>
    </w:p>
    <w:p>
      <w:r>
        <w:t>شجاع بما هو شجاع يعني بما هو مالك لمبدأ الاشتقاق</w:t>
      </w:r>
    </w:p>
    <w:p>
      <w:r>
        <w:t>مالك للحيثية حيثية الشجاعة</w:t>
      </w:r>
    </w:p>
    <w:p>
      <w:r>
        <w:t>ليس الشجاع بما هو آآ كاتب او بما هو شاعر</w:t>
      </w:r>
    </w:p>
    <w:p>
      <w:r>
        <w:t>لا لا لا</w:t>
      </w:r>
    </w:p>
    <w:p>
      <w:r>
        <w:t>نعم</w:t>
      </w:r>
    </w:p>
    <w:p>
      <w:r>
        <w:t>يقولون آآ حسان بن ثابت آآ كان جبان في في الحروب</w:t>
      </w:r>
    </w:p>
    <w:p>
      <w:r>
        <w:t>نعم</w:t>
      </w:r>
    </w:p>
    <w:p>
      <w:r>
        <w:t>يقولون في معركة من المعارك سقط اه احد المشركين في معركة في زمن النبي صلى الله عليه واله</w:t>
      </w:r>
    </w:p>
    <w:p>
      <w:r>
        <w:t>فكانت امرأة قريبة هاشمية قريبة للنبي لا ادري</w:t>
      </w:r>
    </w:p>
    <w:p>
      <w:r>
        <w:t>عمة النبي بنت عم النبي نسيت اسمها انا</w:t>
      </w:r>
    </w:p>
    <w:p>
      <w:r>
        <w:t>فقالت لي حسان بن ثابت اسلبه</w:t>
      </w:r>
    </w:p>
    <w:p>
      <w:r>
        <w:t>يعني خذ الغنيمة</w:t>
      </w:r>
    </w:p>
    <w:p>
      <w:r>
        <w:t>فخاف</w:t>
      </w:r>
    </w:p>
    <w:p>
      <w:r>
        <w:t>هي نزلت واخذت الغنيمة</w:t>
      </w:r>
    </w:p>
    <w:p>
      <w:r>
        <w:t>هي اشجع منهم</w:t>
      </w:r>
    </w:p>
    <w:p>
      <w:r>
        <w:t>مع انه في الشعر قوي اذا تقول هنا في ان كان الشجاع بما هو شجاع</w:t>
      </w:r>
    </w:p>
    <w:p>
      <w:r>
        <w:t>ليس بما هو شاعر</w:t>
      </w:r>
    </w:p>
    <w:p>
      <w:r>
        <w:t>لا لا لا بما هو شجاع يعني مبدأ الاشتقاق موجود</w:t>
      </w:r>
    </w:p>
    <w:p>
      <w:r>
        <w:t>فالشجاعة فضيلة</w:t>
      </w:r>
    </w:p>
    <w:p>
      <w:r>
        <w:t>بالطبع يعني هي ملاك الشجاعة الشجاع</w:t>
      </w:r>
    </w:p>
    <w:p>
      <w:r>
        <w:t>ومنها مواضع التصاريف لقولنا ان كان ما يجري مجرى العدل يجري مجرى الشجاعة فالعدل شجاعة</w:t>
      </w:r>
    </w:p>
    <w:p>
      <w:r>
        <w:t>نعم والشجاعة عدل</w:t>
      </w:r>
    </w:p>
    <w:p>
      <w:r>
        <w:t>نعم</w:t>
      </w:r>
    </w:p>
    <w:p>
      <w:r>
        <w:t>يعني قيمة الهية</w:t>
      </w:r>
    </w:p>
    <w:p>
      <w:r>
        <w:t>مواضع الاولى والاثر</w:t>
      </w:r>
    </w:p>
    <w:p>
      <w:r>
        <w:t>الاثر يعني لا الذي اختاره من اثار الشيء يعني اختاره</w:t>
      </w:r>
    </w:p>
    <w:p>
      <w:r>
        <w:t>قال ومن مواضع الاولى والاثر كما يقال كل ما هو ادوم واشرف او انفع كل ما هو ادوم او اشرف او انفع او اكمل او اقدم او اغنى او الذ فهو واثير طبعا هذه مشهورية ليست يقينية في بعض الموارد يقينية</w:t>
      </w:r>
    </w:p>
    <w:p>
      <w:r>
        <w:t>نعم اذا كانت الصحة ادوم نعم</w:t>
      </w:r>
    </w:p>
    <w:p>
      <w:r>
        <w:t>شيء اثر يعني يؤثره الانسان</w:t>
      </w:r>
    </w:p>
    <w:p>
      <w:r>
        <w:t>نعم</w:t>
      </w:r>
    </w:p>
    <w:p>
      <w:r>
        <w:t>اذا هكذا بدون قيود مشهورية</w:t>
      </w:r>
    </w:p>
    <w:p>
      <w:r>
        <w:t>يستخدمها الجنري</w:t>
      </w:r>
    </w:p>
    <w:p>
      <w:r>
        <w:t>اما برهاني انا الا في حالات خاصة</w:t>
      </w:r>
    </w:p>
    <w:p>
      <w:r>
        <w:t>ومختار الافاضل وما يرغب فيه قوم كثير وما هو تحت جنس افضل</w:t>
      </w:r>
    </w:p>
    <w:p>
      <w:r>
        <w:t>وما يؤدي غاية اسرع وما يفيد خيرا اكثر وما يفيد خيرا بالذات</w:t>
      </w:r>
    </w:p>
    <w:p>
      <w:r>
        <w:t>والمطلوب بنفسه والمطلوب في وقته وما يصدر عنه فلعله الخاص فعله الخاص وما يخاف على تلفه اكثر فهو اثر من غيره</w:t>
      </w:r>
    </w:p>
    <w:p>
      <w:r>
        <w:t>مشهورات وكلها واقعية مشهورات واقعية</w:t>
      </w:r>
    </w:p>
    <w:p>
      <w:r>
        <w:t>ليست يقينية في تمام مصادقها اذا انها واقعية</w:t>
      </w:r>
    </w:p>
    <w:p>
      <w:r>
        <w:t>نعم</w:t>
      </w:r>
    </w:p>
    <w:p>
      <w:r>
        <w:t>البشر يطبقون هذه القواعد الجدلية في حياتهم</w:t>
      </w:r>
    </w:p>
    <w:p>
      <w:r>
        <w:t>لان الناس العوام ابعد الناس عن البرهان واليقينيات</w:t>
      </w:r>
    </w:p>
    <w:p>
      <w:r>
        <w:t>اقول هذه مواضعي الاولى والاثر واصلها ترجيع احد الشيئين الذين بينهما اشتراك بوجه من الوجوه على الاخر</w:t>
      </w:r>
    </w:p>
    <w:p>
      <w:r>
        <w:t>نعم</w:t>
      </w:r>
    </w:p>
    <w:p>
      <w:r>
        <w:t>وكل ما هو ادوم من غيره فهو اثر</w:t>
      </w:r>
    </w:p>
    <w:p>
      <w:r>
        <w:t>يعني يقبله الانسان</w:t>
      </w:r>
    </w:p>
    <w:p>
      <w:r>
        <w:t>يختاره الانسان وكل ما هو اشرف واثر من الخسيس بالنسبة الي</w:t>
      </w:r>
    </w:p>
    <w:p>
      <w:r>
        <w:t>وان كانا شريفا كالحكمة من موسيقي</w:t>
      </w:r>
    </w:p>
    <w:p>
      <w:r>
        <w:t>نعم</w:t>
      </w:r>
    </w:p>
    <w:p>
      <w:r>
        <w:t>يعني الحكمة يعني الفلسفة من الموسيقى يعني الموسيقى</w:t>
      </w:r>
    </w:p>
    <w:p>
      <w:r>
        <w:t>الموسيقى يقول العلامة الحل شريفة في ذاتها لكن بالنسبة الى الحكمة خصيصة</w:t>
      </w:r>
    </w:p>
    <w:p>
      <w:r>
        <w:t>فتقدم الحكمة عليها</w:t>
      </w:r>
    </w:p>
    <w:p>
      <w:r>
        <w:t>والانفع اثر كالصحة فانها انفع من الجمال</w:t>
      </w:r>
    </w:p>
    <w:p>
      <w:r>
        <w:t>والاجمل من غيره اثر من القبيح</w:t>
      </w:r>
    </w:p>
    <w:p>
      <w:r>
        <w:t>وما كان من الاشياء التي يعق داموا آثر كالصحة فإن آثر من القوة</w:t>
      </w:r>
    </w:p>
    <w:p>
      <w:r>
        <w:t>لأن الصحة في الأخراط الأولى والمزاجات</w:t>
      </w:r>
    </w:p>
    <w:p>
      <w:r>
        <w:t>وهذا في في فيما بعد</w:t>
      </w:r>
    </w:p>
    <w:p>
      <w:r>
        <w:t>نعم</w:t>
      </w:r>
    </w:p>
    <w:p>
      <w:r>
        <w:t>يعني اذا اه دار الأمر بين الصحة والقوة بالنسبة للإنسان يختار وليس القوة</w:t>
      </w:r>
    </w:p>
    <w:p>
      <w:r>
        <w:t>القوة يعني المكنة على الاشياء</w:t>
      </w:r>
    </w:p>
    <w:p>
      <w:r>
        <w:t>يختار الصحة يكون سليما في بدنه</w:t>
      </w:r>
    </w:p>
    <w:p>
      <w:r>
        <w:t>حتى وان لم يكن قويا</w:t>
      </w:r>
    </w:p>
    <w:p>
      <w:r>
        <w:t>نعم</w:t>
      </w:r>
    </w:p>
    <w:p>
      <w:r>
        <w:t>والاغنى اثر كاليسار فان اثر من الت اليسار يعني الغنى ميسور الحال نحن نقول</w:t>
      </w:r>
    </w:p>
    <w:p>
      <w:r>
        <w:t>فانه عاصر من التجارة</w:t>
      </w:r>
    </w:p>
    <w:p>
      <w:r>
        <w:t>نعم</w:t>
      </w:r>
    </w:p>
    <w:p>
      <w:r>
        <w:t>والالذ اثر كادراك المعقولات فانه الذ من ادراك المحسوسات</w:t>
      </w:r>
    </w:p>
    <w:p>
      <w:r>
        <w:t>لانه الذ اشد لذة وانسان يكتشف رياضية او مسألة فلسفية او مسألة اصولية لذة معنوية عجيبة جدا من من الاكل والجماع وما اشبه ذلك</w:t>
      </w:r>
    </w:p>
    <w:p>
      <w:r>
        <w:t>اصلا الانسان ينسى هذه آآ الامور</w:t>
      </w:r>
    </w:p>
    <w:p>
      <w:r>
        <w:t>نعم</w:t>
      </w:r>
    </w:p>
    <w:p>
      <w:r>
        <w:t>ومختار الافاضل وما يفضله معتبرون من اهل الفطنة او الفطنة او او اهل العلم كالمعقولات على المحسوسات وما هو تحت جنس افضل اثرون</w:t>
      </w:r>
    </w:p>
    <w:p>
      <w:r>
        <w:t>ومختار الافاضل مبتدأ اثر الخبر كالجسم والسواد</w:t>
      </w:r>
    </w:p>
    <w:p>
      <w:r>
        <w:t>فان الجسم تحت جنس وهو افضل من العرض من السواد</w:t>
      </w:r>
    </w:p>
    <w:p>
      <w:r>
        <w:t>وما يؤدي الى غاية اسرع كالاسباب النافعة في المعاش</w:t>
      </w:r>
    </w:p>
    <w:p>
      <w:r>
        <w:t>فانها اثر عند العامة من الاسباب النافعة في المعاد نعم</w:t>
      </w:r>
    </w:p>
    <w:p>
      <w:r>
        <w:t>تقول له انت الان تركب دبا حتى تنتقل من البصرة الى بغداد ام سيارة تويوتا? يقول لا السيارة تويوتا لان الدابة بطيئة والسيارة سريعة انفع لي</w:t>
      </w:r>
    </w:p>
    <w:p>
      <w:r>
        <w:t>انفعني سريعا اصل لك بغداد اقضي اموري وارجع</w:t>
      </w:r>
    </w:p>
    <w:p>
      <w:r>
        <w:t>اما الدابة ممكن يبقى آآ مع اسبوعا في الطريق</w:t>
      </w:r>
    </w:p>
    <w:p>
      <w:r>
        <w:t>هذه امور عرفية تدرك شبه البدنة</w:t>
      </w:r>
    </w:p>
    <w:p>
      <w:r>
        <w:t>نعم</w:t>
      </w:r>
    </w:p>
    <w:p>
      <w:r>
        <w:t>وما يفيد خيرا اكثر اثر وما يفيد خيرا بالذات اثر مما يفيد بالعرظ</w:t>
      </w:r>
    </w:p>
    <w:p>
      <w:r>
        <w:t>كاليسار والمعاش</w:t>
      </w:r>
    </w:p>
    <w:p>
      <w:r>
        <w:t>والمطلوب بنفسي اثر من المطلوب لغيره كالصحة والرياضة</w:t>
      </w:r>
    </w:p>
    <w:p>
      <w:r>
        <w:t>والرياضة بدون صحة لا معنى لها</w:t>
      </w:r>
    </w:p>
    <w:p>
      <w:r>
        <w:t>فالصحة مطلوبة بالذات</w:t>
      </w:r>
    </w:p>
    <w:p>
      <w:r>
        <w:t>والرياضة بعد ذلك مطلوبة بالعضلات</w:t>
      </w:r>
    </w:p>
    <w:p>
      <w:r>
        <w:t>والمطلوب في وقته اثم من المطلوب في غير وقت حصوله</w:t>
      </w:r>
    </w:p>
    <w:p>
      <w:r>
        <w:t>كالتعلم في وقت الشباب فانه منه في وقت الشيخوخة</w:t>
      </w:r>
    </w:p>
    <w:p>
      <w:r>
        <w:t>الشيخوخة الاندفاع يختفي والذاكرة تختفي</w:t>
      </w:r>
    </w:p>
    <w:p>
      <w:r>
        <w:t>المبادرة تختفي</w:t>
      </w:r>
    </w:p>
    <w:p>
      <w:r>
        <w:t>الحوصلة ان كان هذا التعبير صحيحا تختفي</w:t>
      </w:r>
    </w:p>
    <w:p>
      <w:r>
        <w:t>شباب متوفرة</w:t>
      </w:r>
    </w:p>
    <w:p>
      <w:r>
        <w:t>اذا شباب اسر بالنسبة للانسان في طلب العلم</w:t>
      </w:r>
    </w:p>
    <w:p>
      <w:r>
        <w:t>نعم</w:t>
      </w:r>
    </w:p>
    <w:p>
      <w:r>
        <w:t>وما يصدر عنه فلعله وما يصدر عنه فعله فعله الخاص</w:t>
      </w:r>
    </w:p>
    <w:p>
      <w:r>
        <w:t>كالانسان العاقل من انسان شجاع</w:t>
      </w:r>
    </w:p>
    <w:p>
      <w:r>
        <w:t>وما يخافه على تلفه اكثر فهو اثر</w:t>
      </w:r>
    </w:p>
    <w:p>
      <w:r>
        <w:t>نعم</w:t>
      </w:r>
    </w:p>
    <w:p>
      <w:r>
        <w:t>وما يصدر عنه فعله الخاص كالانسان العاقل من الانسان الشجاع وما يخاف على تلفه اكثر فهو اثر</w:t>
      </w:r>
    </w:p>
    <w:p>
      <w:r>
        <w:t>وما يصدر مبتدى وما يخاف مبتدى خبر الاثنين هو اثرهم</w:t>
      </w:r>
    </w:p>
    <w:p>
      <w:r>
        <w:t>هم</w:t>
      </w:r>
    </w:p>
    <w:p>
      <w:r>
        <w:t>يعني الانسان العاقل اثم من الانسان الشجاع لان الانسان العاقل ملكة راقية الشجاع ملكة دانية ولهذا السياسي هو يحكم في العسكري ان كانت الامور طبيعتها في الديكتاتورية العربية لها العسكري يحكم في السياسي مع الاسف الشديد يعني البعد الحيواني يتحكم في البعد العقلي</w:t>
      </w:r>
    </w:p>
    <w:p>
      <w:r>
        <w:t>ولهذا الامة لا تتحرك ولا تتكامل ولا تتطور</w:t>
      </w:r>
    </w:p>
    <w:p>
      <w:r>
        <w:t>وما هو من جنس الفضيلة افضل مما هو خل عن الفضيلة كالعدالة فانها افضل من العادل واثر لانه بها فاضل</w:t>
      </w:r>
    </w:p>
    <w:p>
      <w:r>
        <w:t>انظر يعني ملاك الاخلاقية</w:t>
      </w:r>
    </w:p>
    <w:p>
      <w:r>
        <w:t>ملاك الاخلاقية اكتبها</w:t>
      </w:r>
    </w:p>
    <w:p>
      <w:r>
        <w:t>هو التنا مع القيم</w:t>
      </w:r>
    </w:p>
    <w:p>
      <w:r>
        <w:t>نعم يعني ملاك كونك عادلا تناغم العدل</w:t>
      </w:r>
    </w:p>
    <w:p>
      <w:r>
        <w:t>عدل يعني فيك القيم الالهية من الشجاعة من العلم النافع وو</w:t>
      </w:r>
    </w:p>
    <w:p>
      <w:r>
        <w:t>والتناغم</w:t>
      </w:r>
    </w:p>
    <w:p>
      <w:r>
        <w:t>التنا نعم العدل في علم الكلام يقولون حسن ذاتي</w:t>
      </w:r>
    </w:p>
    <w:p>
      <w:r>
        <w:t>يعني العدل حسن له بالذات</w:t>
      </w:r>
    </w:p>
    <w:p>
      <w:r>
        <w:t>اما الافعال الاخرى بر الوالدين التصدق حسنها تابع لذلك الحسن</w:t>
      </w:r>
    </w:p>
    <w:p>
      <w:r>
        <w:t>تلك القيم</w:t>
      </w:r>
    </w:p>
    <w:p>
      <w:r>
        <w:t>الصدق بما هو صدق يتصل بالحزن اذا كان في دائرة العدل الالهي</w:t>
      </w:r>
    </w:p>
    <w:p>
      <w:r>
        <w:t>قد يكون الصدق خلاف العدل الالهي</w:t>
      </w:r>
    </w:p>
    <w:p>
      <w:r>
        <w:t>يعني خلاف نظام القيم</w:t>
      </w:r>
    </w:p>
    <w:p>
      <w:r>
        <w:t>تصدق لاهلاك نبي</w:t>
      </w:r>
    </w:p>
    <w:p>
      <w:r>
        <w:t>كانت يقول لك تصدق</w:t>
      </w:r>
    </w:p>
    <w:p>
      <w:r>
        <w:t>كانت عنده منظومة اخلاقية صورانية فورماليز</w:t>
      </w:r>
    </w:p>
    <w:p>
      <w:r>
        <w:t>تصدق نبيه لك يقول هذه ما وظيفتك؟ هذا يعاقب من من قتله</w:t>
      </w:r>
    </w:p>
    <w:p>
      <w:r>
        <w:t>انت وظيفتك تصدق</w:t>
      </w:r>
    </w:p>
    <w:p>
      <w:r>
        <w:t>نحن نقول لا الصدق ما عنده ليس هو الملاك في الفعل</w:t>
      </w:r>
    </w:p>
    <w:p>
      <w:r>
        <w:t>هو الفعل يتناغم مع القيم</w:t>
      </w:r>
    </w:p>
    <w:p>
      <w:r>
        <w:t>الصدق هنا تناغم على القيم لا</w:t>
      </w:r>
    </w:p>
    <w:p>
      <w:r>
        <w:t>قتل النبي</w:t>
      </w:r>
    </w:p>
    <w:p>
      <w:r>
        <w:t>فالصدق هنا يكون مرجوحا يتخلف يأتي الكذب</w:t>
      </w:r>
    </w:p>
    <w:p>
      <w:r>
        <w:t>قل لي الكذب شيخنا يصير قيمة</w:t>
      </w:r>
    </w:p>
    <w:p>
      <w:r>
        <w:t>نعم يصير قيمة</w:t>
      </w:r>
    </w:p>
    <w:p>
      <w:r>
        <w:t>لانقاذ نبي</w:t>
      </w:r>
    </w:p>
    <w:p>
      <w:r>
        <w:t>لان هو هو العدل الالهي</w:t>
      </w:r>
    </w:p>
    <w:p>
      <w:r>
        <w:t>هو نظمن القيم</w:t>
      </w:r>
    </w:p>
    <w:p>
      <w:r>
        <w:t>تفهم المسألة هكذا? نعم لا تفهمها لا تفهم الامور آآ جيدا</w:t>
      </w:r>
    </w:p>
    <w:p>
      <w:r>
        <w:t>والذي يؤثر في جميع الاوقات اثر من الذي يؤثر في وقت ما كالصحة والعلاج</w:t>
      </w:r>
    </w:p>
    <w:p>
      <w:r>
        <w:t>نعم الصحة دائمية اما العلاج مؤقت نعم العلاج يؤثر نريد انا اعالج نفسي لكن هذا في حالة خراب المزاج الصحة آآ نؤثرها دائما والموجود للاثر اثر من الموجود لما دونه نعم</w:t>
      </w:r>
    </w:p>
    <w:p>
      <w:r>
        <w:t>واضحة جدا</w:t>
      </w:r>
    </w:p>
    <w:p>
      <w:r>
        <w:t>الاثر يعني المطلوب الذي نريده له لوازم له امور تذبحه كذلك تذبح تتبعه في آآ الاثرية</w:t>
      </w:r>
    </w:p>
    <w:p>
      <w:r>
        <w:t>يعني نريده وما يخص الافضل والاثر جهة المؤطر المؤثر عند الله آثر من المؤثر عند الناس</w:t>
      </w:r>
    </w:p>
    <w:p>
      <w:r>
        <w:t>نعم</w:t>
      </w:r>
    </w:p>
    <w:p>
      <w:r>
        <w:t>يعني انت تدرك جمال الوردة</w:t>
      </w:r>
    </w:p>
    <w:p>
      <w:r>
        <w:t>وتدرك ان جمال الوردة في وجودها وحي الجمال من الله تعالى فحتما الجمال الالهي هو المطلوب</w:t>
      </w:r>
    </w:p>
    <w:p>
      <w:r>
        <w:t>الا عند المختل عقليا</w:t>
      </w:r>
    </w:p>
    <w:p>
      <w:r>
        <w:t>المختل عقليا ليس المريض</w:t>
      </w:r>
    </w:p>
    <w:p>
      <w:r>
        <w:t>العقلي ذاك خارج من التكليف المختل الذي اكلته الشهوات</w:t>
      </w:r>
    </w:p>
    <w:p>
      <w:r>
        <w:t>يفضل الجمال الحسي على الجمال الاله يؤثر الجمال الحسي جمال المرأة على الجمال الالهي</w:t>
      </w:r>
    </w:p>
    <w:p>
      <w:r>
        <w:t>وما يخص الافضل والاثر من جهة المؤثر الفاعل</w:t>
      </w:r>
    </w:p>
    <w:p>
      <w:r>
        <w:t>كالمؤثر عند الله اثم من المؤثر عند الناس</w:t>
      </w:r>
    </w:p>
    <w:p>
      <w:r>
        <w:t>نعم</w:t>
      </w:r>
    </w:p>
    <w:p>
      <w:r>
        <w:t>يعني الجمال الالهي</w:t>
      </w:r>
    </w:p>
    <w:p>
      <w:r>
        <w:t>على الجمال الخلقي</w:t>
      </w:r>
    </w:p>
    <w:p>
      <w:r>
        <w:t>وما لا يشارك فيه الاردى اثر</w:t>
      </w:r>
    </w:p>
    <w:p>
      <w:r>
        <w:t>الاردى يعني الانزل</w:t>
      </w:r>
    </w:p>
    <w:p>
      <w:r>
        <w:t>اذا شفت انت الرذيل يتحرك في دائرة لا تتحرك فيها انت</w:t>
      </w:r>
    </w:p>
    <w:p>
      <w:r>
        <w:t>والذي يشارك فيه الاخيار اثر</w:t>
      </w:r>
    </w:p>
    <w:p>
      <w:r>
        <w:t>اذا الناس الخيرين يتحركون في حركة فتحرك</w:t>
      </w:r>
    </w:p>
    <w:p>
      <w:r>
        <w:t>نعم نعم هذه وصية النبي الاكرم صلى الله عليه واله لعمار ابن ياسر اذا رأيت علي سواك ورأيت الاخرين الامة في واد فعليه بعلي</w:t>
      </w:r>
    </w:p>
    <w:p>
      <w:r>
        <w:t>لا اله الا الله محمدا رسول الله</w:t>
      </w:r>
    </w:p>
    <w:p>
      <w:r>
        <w:t>نعم</w:t>
      </w:r>
    </w:p>
    <w:p>
      <w:r>
        <w:t>ولهذا يقول وما لا يشارك فيه الارض اثر والذي يشارك فيه الاخيار اثر</w:t>
      </w:r>
    </w:p>
    <w:p>
      <w:r>
        <w:t>والذي يؤثر ان يفعل بالإخوان آثر من الذي ينبغي ان يفعل به</w:t>
      </w:r>
    </w:p>
    <w:p>
      <w:r>
        <w:t>نعم</w:t>
      </w:r>
    </w:p>
    <w:p>
      <w:r>
        <w:t>واضحة جدا الإحسان للإخوان</w:t>
      </w:r>
    </w:p>
    <w:p>
      <w:r>
        <w:t>آآ آثر يعني اؤثره الإساءة له</w:t>
      </w:r>
    </w:p>
    <w:p>
      <w:r>
        <w:t>ومجموع الأثرين آثر</w:t>
      </w:r>
    </w:p>
    <w:p>
      <w:r>
        <w:t>يعني اذا تراك الجماليات وتراكم الاحسان شيء جميل</w:t>
      </w:r>
    </w:p>
    <w:p>
      <w:r>
        <w:t>والمستغنى به عن الاخر من غير عكس اثر</w:t>
      </w:r>
    </w:p>
    <w:p>
      <w:r>
        <w:t>الذي انت تستغني عنه التكلف ليس جيدا</w:t>
      </w:r>
    </w:p>
    <w:p>
      <w:r>
        <w:t>دعه كالعدالة اذا كانت في جميع الناس</w:t>
      </w:r>
    </w:p>
    <w:p>
      <w:r>
        <w:t>لم يحتاج الشجاعة</w:t>
      </w:r>
    </w:p>
    <w:p>
      <w:r>
        <w:t>الشجاعة ماذا? والدفع الظرر</w:t>
      </w:r>
    </w:p>
    <w:p>
      <w:r>
        <w:t>ها نحن في القيم الالهية</w:t>
      </w:r>
    </w:p>
    <w:p>
      <w:r>
        <w:t>في المجتمع المثالي</w:t>
      </w:r>
    </w:p>
    <w:p>
      <w:r>
        <w:t>المجتمع الافلاطوني</w:t>
      </w:r>
    </w:p>
    <w:p>
      <w:r>
        <w:t>نعم المجتمع الولائي بلسان نحن الالهيين</w:t>
      </w:r>
    </w:p>
    <w:p>
      <w:r>
        <w:t>المجتمع الولاي</w:t>
      </w:r>
    </w:p>
    <w:p>
      <w:r>
        <w:t>افلاطون يسميه المجتمع المثالي</w:t>
      </w:r>
    </w:p>
    <w:p>
      <w:r>
        <w:t>نعم</w:t>
      </w:r>
    </w:p>
    <w:p>
      <w:r>
        <w:t>فما نحتاج الى حروب وشجاعة بعد ما عندها معنى</w:t>
      </w:r>
    </w:p>
    <w:p>
      <w:r>
        <w:t>نعم</w:t>
      </w:r>
    </w:p>
    <w:p>
      <w:r>
        <w:t>اه اه نعم</w:t>
      </w:r>
    </w:p>
    <w:p>
      <w:r>
        <w:t>ومجموع الاثرين اثر والمستغني به عن الاخر</w:t>
      </w:r>
    </w:p>
    <w:p>
      <w:r>
        <w:t>من غير عكس اثر كالعدالة اذا كانت في جميع الناس لم يحتج الى الشجاعة لان الشجاعة هو الدفع الظرر</w:t>
      </w:r>
    </w:p>
    <w:p>
      <w:r>
        <w:t>نحن في القيم الالهية في المجتمع المثالي</w:t>
      </w:r>
    </w:p>
    <w:p>
      <w:r>
        <w:t>والشجاعة لا تستغني عن العدالة</w:t>
      </w:r>
    </w:p>
    <w:p>
      <w:r>
        <w:t>فالعدالة اثر الشجاعة ما معنى لا تستغني عن العدالة? اه العدالة هي اه اذا تناغم عمل قيم هنا العدالة في ادارة الانسان</w:t>
      </w:r>
    </w:p>
    <w:p>
      <w:r>
        <w:t>وليس العدالة كقيمة الهية</w:t>
      </w:r>
    </w:p>
    <w:p>
      <w:r>
        <w:t>او كقيم الهية له</w:t>
      </w:r>
    </w:p>
    <w:p>
      <w:r>
        <w:t>العدالة هي تناغم القوة ان الثانية</w:t>
      </w:r>
    </w:p>
    <w:p>
      <w:r>
        <w:t>المؤمن هكذا يجب ان يكون</w:t>
      </w:r>
    </w:p>
    <w:p>
      <w:r>
        <w:t>المؤمن يجب ان يكون عادلا</w:t>
      </w:r>
    </w:p>
    <w:p>
      <w:r>
        <w:t>وبالتالي انت لا تخاف منه</w:t>
      </w:r>
    </w:p>
    <w:p>
      <w:r>
        <w:t>لا يظرك ولا يتعدى عليك ولا ولا ولا</w:t>
      </w:r>
    </w:p>
    <w:p>
      <w:r>
        <w:t>نعم</w:t>
      </w:r>
    </w:p>
    <w:p>
      <w:r>
        <w:t>هذا لا يعني انه جبان</w:t>
      </w:r>
    </w:p>
    <w:p>
      <w:r>
        <w:t>لا لانه معتدل</w:t>
      </w:r>
    </w:p>
    <w:p>
      <w:r>
        <w:t>ما يحتاج الى استخدام القوة</w:t>
      </w:r>
    </w:p>
    <w:p>
      <w:r>
        <w:t>نعم</w:t>
      </w:r>
    </w:p>
    <w:p>
      <w:r>
        <w:t>والاشبه بالاثر اثر من حيث الشبه</w:t>
      </w:r>
    </w:p>
    <w:p>
      <w:r>
        <w:t>من جهة من جهة ما هو اشبه</w:t>
      </w:r>
    </w:p>
    <w:p>
      <w:r>
        <w:t>ويعاند آآ القرد فانه اشبه بالانسان من الفرس</w:t>
      </w:r>
    </w:p>
    <w:p>
      <w:r>
        <w:t>ويعاند يعني يشابه بالقرد القرد يعني القرد جمع قرد</w:t>
      </w:r>
    </w:p>
    <w:p>
      <w:r>
        <w:t>القردة نحن نقول</w:t>
      </w:r>
    </w:p>
    <w:p>
      <w:r>
        <w:t>نعم فانه اشبه بالانسان من الفرس والفرس اثم منه</w:t>
      </w:r>
    </w:p>
    <w:p>
      <w:r>
        <w:t>لماذا? لان انتفع بالفرس ولا ينتفع بالقبض</w:t>
      </w:r>
    </w:p>
    <w:p>
      <w:r>
        <w:t>نعم</w:t>
      </w:r>
    </w:p>
    <w:p>
      <w:r>
        <w:t>كنا في درس الشيخ رمضاني في الايات شفاء</w:t>
      </w:r>
    </w:p>
    <w:p>
      <w:r>
        <w:t>اذكر هذه الامور جميلة</w:t>
      </w:r>
    </w:p>
    <w:p>
      <w:r>
        <w:t>فابن سينا يذكر لكن باسم شادي كان الشيخ رمضاني فارسي</w:t>
      </w:r>
    </w:p>
    <w:p>
      <w:r>
        <w:t>من هو من قدم جاه قريب من مشهد فارسي محض</w:t>
      </w:r>
    </w:p>
    <w:p>
      <w:r>
        <w:t>كان مصري دكتور عبد الايمن المصري وكان الشيخ احمد من البحرين</w:t>
      </w:r>
    </w:p>
    <w:p>
      <w:r>
        <w:t>وكان الشيخ عبدالرحمن الربيعي من النجف? من العراق وكنت انا من الجزائر</w:t>
      </w:r>
    </w:p>
    <w:p>
      <w:r>
        <w:t>لا الفارسي فهم كلمة شادي ولا المصري ولا البحراني</w:t>
      </w:r>
    </w:p>
    <w:p>
      <w:r>
        <w:t>شيخ احمد ولا الشيخ عبدالرحمن العراقي</w:t>
      </w:r>
    </w:p>
    <w:p>
      <w:r>
        <w:t>انا فهمتها فقط</w:t>
      </w:r>
    </w:p>
    <w:p>
      <w:r>
        <w:t>هنا في الجزائر وكل شادي على القرد</w:t>
      </w:r>
    </w:p>
    <w:p>
      <w:r>
        <w:t>قلت لهم ده قرد</w:t>
      </w:r>
    </w:p>
    <w:p>
      <w:r>
        <w:t>تعجب الاستاذ تعجبوا قال هذا اسم للخبز نعم شادي موجود في اللغة الفصحى</w:t>
      </w:r>
    </w:p>
    <w:p>
      <w:r>
        <w:t>ذكرها ذكر هذه اللفظة</w:t>
      </w:r>
    </w:p>
    <w:p>
      <w:r>
        <w:t>آآ وذكر هذا اللفظ ابن سينا في نهاية الشفاء لا الاستاذ ولا الطلاب</w:t>
      </w:r>
    </w:p>
    <w:p>
      <w:r>
        <w:t>فهموا هذه العبارة انا فهمتها لان في الجزائر نقول شادي لا نقول اه قردا نعم</w:t>
      </w:r>
    </w:p>
    <w:p>
      <w:r>
        <w:t>والتشبيه بالفاضل اثر من التشبيه بالخصيص</w:t>
      </w:r>
    </w:p>
    <w:p>
      <w:r>
        <w:t>من جهة ما هو شبيهان</w:t>
      </w:r>
    </w:p>
    <w:p>
      <w:r>
        <w:t>الان في الخيال خياليات تقول له ميسي يبتهج</w:t>
      </w:r>
    </w:p>
    <w:p>
      <w:r>
        <w:t>نعم</w:t>
      </w:r>
    </w:p>
    <w:p>
      <w:r>
        <w:t>ميسي في كرة القدم وانت ما عندك كرة القدم</w:t>
      </w:r>
    </w:p>
    <w:p>
      <w:r>
        <w:t>اذا تشبه في ماذا انت? ولماذا تفرح انت? هذا خيال</w:t>
      </w:r>
    </w:p>
    <w:p>
      <w:r>
        <w:t>هذا الخيال المميت</w:t>
      </w:r>
    </w:p>
    <w:p>
      <w:r>
        <w:t>الخيال الساقط</w:t>
      </w:r>
    </w:p>
    <w:p>
      <w:r>
        <w:t>نعم</w:t>
      </w:r>
    </w:p>
    <w:p>
      <w:r>
        <w:t>والشبيه بالفاضل اسر من الشبيب الخسيس</w:t>
      </w:r>
    </w:p>
    <w:p>
      <w:r>
        <w:t>من جهة ما هما شبيهان</w:t>
      </w:r>
    </w:p>
    <w:p>
      <w:r>
        <w:t>ويعاند بانه يمكن ان يكون الشبيه بالفاضل من جهة ما هو اخص</w:t>
      </w:r>
    </w:p>
    <w:p>
      <w:r>
        <w:t>والشبيه بالخصيص من من جهة ما هو افضل</w:t>
      </w:r>
    </w:p>
    <w:p>
      <w:r>
        <w:t>فان لم يشترط هذا لا يتوب</w:t>
      </w:r>
    </w:p>
    <w:p>
      <w:r>
        <w:t>فان الفرس اشبه بالحمار</w:t>
      </w:r>
    </w:p>
    <w:p>
      <w:r>
        <w:t>القرط بالانسان</w:t>
      </w:r>
    </w:p>
    <w:p>
      <w:r>
        <w:t>والقرد او القر بالإنسان والذي زيادته اثر آثر والذي يجحد الآخر ليظهر هو آثر مثل ما يجحد حبا للذات ليعد زكيا هذه كلها آآ الجدل تمارسها بامتياز في اه جدليته مع الطرف المقابل</w:t>
      </w:r>
    </w:p>
    <w:p>
      <w:r>
        <w:t>وافضل افضل النوعين افضل اه من افضل اخصها</w:t>
      </w:r>
    </w:p>
    <w:p>
      <w:r>
        <w:t>نعم</w:t>
      </w:r>
    </w:p>
    <w:p>
      <w:r>
        <w:t>عندك اه اه نوعان نوع الف ونعم اه وافضل وافضل النوعين عندك النوع باء افضل من نوع باء</w:t>
      </w:r>
    </w:p>
    <w:p>
      <w:r>
        <w:t>اه يقول افضل من افضل اخصهما</w:t>
      </w:r>
    </w:p>
    <w:p>
      <w:r>
        <w:t>نعم</w:t>
      </w:r>
    </w:p>
    <w:p>
      <w:r>
        <w:t>في افضل وافضل وافضل ارقى</w:t>
      </w:r>
    </w:p>
    <w:p>
      <w:r>
        <w:t>فالافضل وارقى افضل من الاخص والذي له الفضيلة الخاصة بنوعه</w:t>
      </w:r>
    </w:p>
    <w:p>
      <w:r>
        <w:t>يعني كالعلم في الإنسان العلم خاص بنوع الإنسان آثم من ماء ليست له آثر من الجاهل نعم وإن كان له غيرها له من الكمالات يعني قوي في كرة القدم هذا قوي في العلم لخاصية للإنسان اما كرة القدم خاصية للحيوانية لأنه حركة كرة القدم حركة بعد حيواني هذا البعد الحيواني دمر الناس الآن في كرة القدم في قطر</w:t>
      </w:r>
    </w:p>
    <w:p>
      <w:r>
        <w:t>نعم</w:t>
      </w:r>
    </w:p>
    <w:p>
      <w:r>
        <w:t>كما قلنا قبل وقبل آآ قبل هذا قبل في العلم والشجاعة</w:t>
      </w:r>
    </w:p>
    <w:p>
      <w:r>
        <w:t>والذي يفعل اكثر اكثر اثر من الذي لا يفعل من جهة فعله كالنار والفربون نعم فربون الصمغ يعني آآ يقولون نبات ما ادري عنده اثار عنده اثر في في الشفاء دواء عبر دواء اثره قوي والذي يفعل بطبيعته اثر من الذي يفعل بغيرها فعلا مو اه فعلا مؤثرا او مؤثرا هنا</w:t>
      </w:r>
    </w:p>
    <w:p>
      <w:r>
        <w:t>نعم الذي يفعل بطبعه طبيعته دائم الفعل</w:t>
      </w:r>
    </w:p>
    <w:p>
      <w:r>
        <w:t>لان مقتضى الطبيعة واحد</w:t>
      </w:r>
    </w:p>
    <w:p>
      <w:r>
        <w:t>الذي يفعل بغير طبيعته لا قد ينقطع</w:t>
      </w:r>
    </w:p>
    <w:p>
      <w:r>
        <w:t>فيكون بالطبيعة افضل</w:t>
      </w:r>
    </w:p>
    <w:p>
      <w:r>
        <w:t>والذي يخصه خيره الافضل هو الذي يخص والذي يخص خيره الافضل اثر والذي يتبعه خير اكثر اثر</w:t>
      </w:r>
    </w:p>
    <w:p>
      <w:r>
        <w:t>نعم والذي يتبعه شر اقل اثر يعني اقل اثرا</w:t>
      </w:r>
    </w:p>
    <w:p>
      <w:r>
        <w:t>والذي به الخير اكثر اثر والذي يتبعه شر اقل اثر اقل اثر اثر يعني مطلوب قليلا وليس كثيرا</w:t>
      </w:r>
    </w:p>
    <w:p>
      <w:r>
        <w:t>مواضيع الجنس تأتي ان شاء الله</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