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 بسم الله الرحمن الرحيم وبه تعالى نست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مواضع الجنس</w:t>
      </w:r>
    </w:p>
    <w:p>
      <w:r>
        <w:t>هذا عنوان الشيخ بيدار رحمه الله قال المتن ومن مواضع الجنس هل هو واقع في جواب ما هو? وهو يتناول المتفقات فيه تناولا واحدا نعم</w:t>
      </w:r>
    </w:p>
    <w:p>
      <w:r>
        <w:t>المتفقات يعني المشتركات</w:t>
      </w:r>
    </w:p>
    <w:p>
      <w:r>
        <w:t>نعم</w:t>
      </w:r>
    </w:p>
    <w:p>
      <w:r>
        <w:t>هل اورد بدله غيره كفصله او خاصته</w:t>
      </w:r>
    </w:p>
    <w:p>
      <w:r>
        <w:t>او عربي من عربيته دائما اذا تحدثنا في المحمولات المقصود العضبي مقابل جوهر جزء خارجي لا يحمل ولا يحزنون</w:t>
      </w:r>
    </w:p>
    <w:p>
      <w:r>
        <w:t>نعم تقول انسان ابيض ما تقول انسان بيض</w:t>
      </w:r>
    </w:p>
    <w:p>
      <w:r>
        <w:t>بياض عرض لا يحمل</w:t>
      </w:r>
    </w:p>
    <w:p>
      <w:r>
        <w:t>ابيض يصير عرضيا</w:t>
      </w:r>
    </w:p>
    <w:p>
      <w:r>
        <w:t>من اراضي مثل قابل الابعاد او المتحرك</w:t>
      </w:r>
    </w:p>
    <w:p>
      <w:r>
        <w:t>او القائم بالذات بدل الجسم</w:t>
      </w:r>
    </w:p>
    <w:p>
      <w:r>
        <w:t>يعني بدل من تأتي الجنس</w:t>
      </w:r>
    </w:p>
    <w:p>
      <w:r>
        <w:t>تأتي بلوازمه المميزة</w:t>
      </w:r>
    </w:p>
    <w:p>
      <w:r>
        <w:t>هي هي في الواقع</w:t>
      </w:r>
    </w:p>
    <w:p>
      <w:r>
        <w:t>كل التعريفات لوازم</w:t>
      </w:r>
    </w:p>
    <w:p>
      <w:r>
        <w:t>او كالمادة مثل الحديد في قول السيف حديد كذا</w:t>
      </w:r>
    </w:p>
    <w:p>
      <w:r>
        <w:t>وان كان في تسامح لان الحديد صورة وليس مادة</w:t>
      </w:r>
    </w:p>
    <w:p>
      <w:r>
        <w:t>نعم</w:t>
      </w:r>
    </w:p>
    <w:p>
      <w:r>
        <w:t>الحديد صوع ومادة</w:t>
      </w:r>
    </w:p>
    <w:p>
      <w:r>
        <w:t>الصورة الحديدية المادة الحديدية</w:t>
      </w:r>
    </w:p>
    <w:p>
      <w:r>
        <w:t>كيقول لنا العشق افراط المحبة</w:t>
      </w:r>
    </w:p>
    <w:p>
      <w:r>
        <w:t>العشق هذا النبات الذي يلف الشجرة ويمصها حتى تجف</w:t>
      </w:r>
    </w:p>
    <w:p>
      <w:r>
        <w:t>يتشبث بالشجرة</w:t>
      </w:r>
    </w:p>
    <w:p>
      <w:r>
        <w:t>اخذها العرب استعارة للحب فصارت اه اه مدلولا حقيقيا</w:t>
      </w:r>
    </w:p>
    <w:p>
      <w:r>
        <w:t>العشق يعني الافراط في المحبة</w:t>
      </w:r>
    </w:p>
    <w:p>
      <w:r>
        <w:t>من قول منقول لغوي</w:t>
      </w:r>
    </w:p>
    <w:p>
      <w:r>
        <w:t>فاستقر في المعنى الحقيقي</w:t>
      </w:r>
    </w:p>
    <w:p>
      <w:r>
        <w:t>العشق افراط المحبة</w:t>
      </w:r>
    </w:p>
    <w:p>
      <w:r>
        <w:t>او النوع كقول المرض سوء مزاج كذا</w:t>
      </w:r>
    </w:p>
    <w:p>
      <w:r>
        <w:t>المرض ما هو? اختلاله في المزاج</w:t>
      </w:r>
    </w:p>
    <w:p>
      <w:r>
        <w:t>عندك المزاج ما هو? حرارة وبرودة في اعتدال لا الحرارة الزائلة ولا البرودة زائدة</w:t>
      </w:r>
    </w:p>
    <w:p>
      <w:r>
        <w:t>اليبوس والرطوبة لا اليبوس زائدة ولا الرطوبة زائدة</w:t>
      </w:r>
    </w:p>
    <w:p>
      <w:r>
        <w:t>الاعتدال يعتدل المزاج الانسان يكون صحيحا</w:t>
      </w:r>
    </w:p>
    <w:p>
      <w:r>
        <w:t>الطب القديم</w:t>
      </w:r>
    </w:p>
    <w:p>
      <w:r>
        <w:t>وهذه النظرية صحيحة لا طب جديد ولا طب قديم</w:t>
      </w:r>
    </w:p>
    <w:p>
      <w:r>
        <w:t>النظرية التكوينية</w:t>
      </w:r>
    </w:p>
    <w:p>
      <w:r>
        <w:t>فاذا اشتد اه اشتدت كيفية من الكيفيات</w:t>
      </w:r>
    </w:p>
    <w:p>
      <w:r>
        <w:t>زيادة البرودة او زيادة الحرارة او زادت الرطوبة او اليبوسة</w:t>
      </w:r>
    </w:p>
    <w:p>
      <w:r>
        <w:t>يختل المزاج فيأتي المرض</w:t>
      </w:r>
    </w:p>
    <w:p>
      <w:r>
        <w:t>المرض سوء مزاج كذا</w:t>
      </w:r>
    </w:p>
    <w:p>
      <w:r>
        <w:t>او الانفعال كقولنا الهواء حركة الريح</w:t>
      </w:r>
    </w:p>
    <w:p>
      <w:r>
        <w:t>او الفعل تقولين الماء ما هو مبرد بالطبع انما يعني طبيعته باردة</w:t>
      </w:r>
    </w:p>
    <w:p>
      <w:r>
        <w:t>او اه غير ذلك وفي كية انقسامه بالفصول الذات ام عرض</w:t>
      </w:r>
    </w:p>
    <w:p>
      <w:r>
        <w:t>ذاتي يعني مقوم عرضي نعم كيف يكون عرضيا بالفصول? انا لا ادري الا اذا جئنا جئنا بلوازم الفصول نعم يكون هناك عرضيين</w:t>
      </w:r>
    </w:p>
    <w:p>
      <w:r>
        <w:t>اقول قد حكى الشيخ في كتاب الجدل</w:t>
      </w:r>
    </w:p>
    <w:p>
      <w:r>
        <w:t>شفاء الجدل صفحة مية وخمسة وستين الى ميتين وثلاثة</w:t>
      </w:r>
    </w:p>
    <w:p>
      <w:r>
        <w:t>بحث طويل</w:t>
      </w:r>
    </w:p>
    <w:p>
      <w:r>
        <w:t>نعم</w:t>
      </w:r>
    </w:p>
    <w:p>
      <w:r>
        <w:t>اساس الاقتباس للمحقق الطوسي صفحة ربعمية وواحد وثمانين</w:t>
      </w:r>
    </w:p>
    <w:p>
      <w:r>
        <w:t>نعم</w:t>
      </w:r>
    </w:p>
    <w:p>
      <w:r>
        <w:t>النسخة فارسية اساس الاقتباس</w:t>
      </w:r>
    </w:p>
    <w:p>
      <w:r>
        <w:t>قد حكى الشيخ يعني الشيخ الرئيس في كتاب الجدل عن ظاهري المنطقيين ما عندهم تحقيق عميق</w:t>
      </w:r>
    </w:p>
    <w:p>
      <w:r>
        <w:t>انهم لا يميزون بين والفصل</w:t>
      </w:r>
    </w:p>
    <w:p>
      <w:r>
        <w:t>الجنس عموم ابهامي والفصل تحصيل لا يميزون البناء الجنسي والفصل</w:t>
      </w:r>
    </w:p>
    <w:p>
      <w:r>
        <w:t>فان ميز بعضهم استعمل الاعراض العامة كثيرا ما كانه ما كان ماذا? مكان الفصل</w:t>
      </w:r>
    </w:p>
    <w:p>
      <w:r>
        <w:t>ولا يراعون شرائط الاجناس على ما يقتضيه التحقيق</w:t>
      </w:r>
    </w:p>
    <w:p>
      <w:r>
        <w:t>من الشرائط الاجناس ان تكون لا بشرط</w:t>
      </w:r>
    </w:p>
    <w:p>
      <w:r>
        <w:t>تكون مبهمة</w:t>
      </w:r>
    </w:p>
    <w:p>
      <w:r>
        <w:t>تقول الانسان حيوان شيء مبهم</w:t>
      </w:r>
    </w:p>
    <w:p>
      <w:r>
        <w:t>ما هو الانسان? لا ندري</w:t>
      </w:r>
    </w:p>
    <w:p>
      <w:r>
        <w:t>مبهم لا بشرط فضفاض</w:t>
      </w:r>
    </w:p>
    <w:p>
      <w:r>
        <w:t>فيأتي الفصل يحصله يقسمه ويميزه كما مر علينا</w:t>
      </w:r>
    </w:p>
    <w:p>
      <w:r>
        <w:t>نعم</w:t>
      </w:r>
    </w:p>
    <w:p>
      <w:r>
        <w:t>ولا يراعون شرائط الاجناس على ما يقتضيه التحقيق التحقيق العلمي</w:t>
      </w:r>
    </w:p>
    <w:p>
      <w:r>
        <w:t>ما هو هذا التحقيق? وهو الموجب لعدم تمييزهم بين الجنس والفصل</w:t>
      </w:r>
    </w:p>
    <w:p>
      <w:r>
        <w:t>ولهذا يشترك بعض مواضع الجنس بمواضع الفصل وبعضها يختص بالفاصل اذا عرفت هذا فنقول الجنس يجب ان يقع في جواب ما هو? ما هو الانسان البقر الحمار? الاسد الفيل تقول حيوانون</w:t>
      </w:r>
    </w:p>
    <w:p>
      <w:r>
        <w:t>لانه عنوان عام يطال حقائق متعددة ومختلفة</w:t>
      </w:r>
    </w:p>
    <w:p>
      <w:r>
        <w:t>في نعم لا بمعنى ان يكون كمال الجواب عن النوع لا ابدا الانسان حيوان هنا ليس بكمال</w:t>
      </w:r>
    </w:p>
    <w:p>
      <w:r>
        <w:t>ينقص الفاصل</w:t>
      </w:r>
    </w:p>
    <w:p>
      <w:r>
        <w:t>فهذا التعريف تعريف فظفاظ لا يصلح</w:t>
      </w:r>
    </w:p>
    <w:p>
      <w:r>
        <w:t>عنوان عام</w:t>
      </w:r>
    </w:p>
    <w:p>
      <w:r>
        <w:t>بل بمعنى ان يكون هو واقعا في طريق ما هو في طريق الماهية</w:t>
      </w:r>
    </w:p>
    <w:p>
      <w:r>
        <w:t>حيوان نستمر نستمر ياتي الناطق</w:t>
      </w:r>
    </w:p>
    <w:p>
      <w:r>
        <w:t>هذا هو في في طريقنا</w:t>
      </w:r>
    </w:p>
    <w:p>
      <w:r>
        <w:t>نعم</w:t>
      </w:r>
    </w:p>
    <w:p>
      <w:r>
        <w:t>يعني يجب ان يصل في التكامل الى حقيقة يسمى الحقيقة الفاص لي ثم يذوب فيها</w:t>
      </w:r>
    </w:p>
    <w:p>
      <w:r>
        <w:t>في الدراسات الفلسفية بينا جيدا الخطأ الذي يقع فيه بعض الفلاسفة ان النظم المنطقي له مقتضيات والنظم التحققي والحقيقي له مقتضيات</w:t>
      </w:r>
    </w:p>
    <w:p>
      <w:r>
        <w:t>فالنظم المنطقي يعطيك الجنس كالحيوان مثلا</w:t>
      </w:r>
    </w:p>
    <w:p>
      <w:r>
        <w:t>منفصلا عن الناطق</w:t>
      </w:r>
    </w:p>
    <w:p>
      <w:r>
        <w:t>الفاصل</w:t>
      </w:r>
    </w:p>
    <w:p>
      <w:r>
        <w:t>والفصل منفصل عن النوع</w:t>
      </w:r>
    </w:p>
    <w:p>
      <w:r>
        <w:t>طبيعة النظم المنطقي منطقي هكذا</w:t>
      </w:r>
    </w:p>
    <w:p>
      <w:r>
        <w:t>يريد ان يفهم الشيء في دائرته</w:t>
      </w:r>
    </w:p>
    <w:p>
      <w:r>
        <w:t>جنس فصل نوع</w:t>
      </w:r>
    </w:p>
    <w:p>
      <w:r>
        <w:t>تباين فهمي</w:t>
      </w:r>
    </w:p>
    <w:p>
      <w:r>
        <w:t>تباين فهمي هذا التباين الفهمي اذا حملنا الناطق على الانسان نقول الانسان ناطق يقولون حمل الشائع اذا حملنا الناطق على الحيوان بعض الحيوان يقولون حمل شائع</w:t>
      </w:r>
    </w:p>
    <w:p>
      <w:r>
        <w:t>اذا حملنا الحيوان على الانسان انسان حيوان يقولون آآ حمل شاعر</w:t>
      </w:r>
    </w:p>
    <w:p>
      <w:r>
        <w:t>لماذا? لهذا التفكيك الهوى ينغلق تمت هويته مبدأ الهوية</w:t>
      </w:r>
    </w:p>
    <w:p>
      <w:r>
        <w:t>كل ما ياتي من خارج الهوية حمل شائع</w:t>
      </w:r>
    </w:p>
    <w:p>
      <w:r>
        <w:t>هذا هو القانون</w:t>
      </w:r>
    </w:p>
    <w:p>
      <w:r>
        <w:t>القانون حمل شائعة هكذا</w:t>
      </w:r>
    </w:p>
    <w:p>
      <w:r>
        <w:t>وهذا خلط بين احكام النظم المنطقي</w:t>
      </w:r>
    </w:p>
    <w:p>
      <w:r>
        <w:t>واحكام النظم والتحقق</w:t>
      </w:r>
    </w:p>
    <w:p>
      <w:r>
        <w:t>احكام النظم المنطقية تأتي الى الانسان افكك الى مكوناته حيوان ناطق تفصل للفهم هذا تفصيل فهمي تحليل فهمي اما اذا جئت الى النظر المنطقي يعني حقيقة الانسان في ذاتها فتجد الانسان هو الحيوان الحمل الأولي وهو الناطق الحمل الأولي الحيوان هو الناطق الحيوان الأولي الكل حمل اولي وهذا الذي تفطن له في نهاية الحكمة قال الإنسان حيوان حمل انسان حيوان الحمل الاولي انسان مرض الحمل الاولي</w:t>
      </w:r>
    </w:p>
    <w:p>
      <w:r>
        <w:t>الحيوان ناطق الحمشة</w:t>
      </w:r>
    </w:p>
    <w:p>
      <w:r>
        <w:t>لا كذلك سيدنا حامل اولي انما خرجنا من مبدأ الهوية</w:t>
      </w:r>
    </w:p>
    <w:p>
      <w:r>
        <w:t>الحمل الاولي ملاكه انك لم تخرج من مبدأ الهوية</w:t>
      </w:r>
    </w:p>
    <w:p>
      <w:r>
        <w:t>واذا عرفت هذا فنقول الجنس يجب ان يقع في جواب ما هو يعني في الطريق</w:t>
      </w:r>
    </w:p>
    <w:p>
      <w:r>
        <w:t>نعم</w:t>
      </w:r>
    </w:p>
    <w:p>
      <w:r>
        <w:t>لا بمعنى ان يكون كمال الجواب عن النوع بل بمعنى ان يكون واقعا في طريق ما هو? معني الحيوان كجنس يتكامل في طريق كمال جديد</w:t>
      </w:r>
    </w:p>
    <w:p>
      <w:r>
        <w:t>هو هو يصير ناطقا</w:t>
      </w:r>
    </w:p>
    <w:p>
      <w:r>
        <w:t>هذا هو الحمل الاولي</w:t>
      </w:r>
    </w:p>
    <w:p>
      <w:r>
        <w:t>وهؤلاء الظاهريون لا يميزون بين المعقول في جواب ما هو الذي يدل على تمام المهية</w:t>
      </w:r>
    </w:p>
    <w:p>
      <w:r>
        <w:t>وبين الواقع في طريق ما هو</w:t>
      </w:r>
    </w:p>
    <w:p>
      <w:r>
        <w:t>لم يميزوا في النظم المنطقي</w:t>
      </w:r>
    </w:p>
    <w:p>
      <w:r>
        <w:t>صحيح خلطوا</w:t>
      </w:r>
    </w:p>
    <w:p>
      <w:r>
        <w:t>اما في النصب التحقق اصابوا</w:t>
      </w:r>
    </w:p>
    <w:p>
      <w:r>
        <w:t>هذا التفكيك يجمع بين القولين نعم فمن مواضع الجنس انه هل هو واقع في جواب ما هو ام لا? وانه هل يتناول المتفقات فيه تناول واحدا? وذلك لان الجنس يجب ان يتفق فيه ما يصدق عليه من الافراد</w:t>
      </w:r>
    </w:p>
    <w:p>
      <w:r>
        <w:t>ليس الافراد الانواع</w:t>
      </w:r>
    </w:p>
    <w:p>
      <w:r>
        <w:t>هذه التسامحات اللفظية كثيرة في متوننا</w:t>
      </w:r>
    </w:p>
    <w:p>
      <w:r>
        <w:t>نعم الجنس ما عنده افراد عنده انواع</w:t>
      </w:r>
    </w:p>
    <w:p>
      <w:r>
        <w:t>فصحح العبارة</w:t>
      </w:r>
    </w:p>
    <w:p>
      <w:r>
        <w:t>وذلك لان الجنس يجب ان يتفق يتفق عن السريان الصدقي</w:t>
      </w:r>
    </w:p>
    <w:p>
      <w:r>
        <w:t>انا اسميه صدقي عنوان الحيوان اذا جاء الى الزرافة لفها يعني حمل عليها تقول فرنسا حيوان نعم اذا جاء الى الاسد لف الاسد لا يلفه كاملا لانه في طريق ما هو الفساد عن الحيوان بفصله والانسان بفصله والزرافة بفصلها</w:t>
      </w:r>
    </w:p>
    <w:p>
      <w:r>
        <w:t>اذا بقي شيء لم يبقى اليه وهو الفصل</w:t>
      </w:r>
    </w:p>
    <w:p>
      <w:r>
        <w:t>في جوابي في طريق ما هو</w:t>
      </w:r>
    </w:p>
    <w:p>
      <w:r>
        <w:t>نعم</w:t>
      </w:r>
    </w:p>
    <w:p>
      <w:r>
        <w:t>لان الجنس كالحيوان مثلا يجب ان يتفق يعني يشترك فيه ما يصدق عليه سريعا صدقي ما هذا ما يصدق عليه مبهم من الافراد بيان لها من الافراد لا الصحيح من الانواع من هذه الانواع انسان اسد حمار زرافة فيل وهكذا</w:t>
      </w:r>
    </w:p>
    <w:p>
      <w:r>
        <w:t>فلا يخلو منه بعض الموضوعات خصوصا الاشخاص</w:t>
      </w:r>
    </w:p>
    <w:p>
      <w:r>
        <w:t>فيصدق النور حينئذ على ما يصدق عليه الجنس</w:t>
      </w:r>
    </w:p>
    <w:p>
      <w:r>
        <w:t>نعم</w:t>
      </w:r>
    </w:p>
    <w:p>
      <w:r>
        <w:t>هنا آآ فيه آآ في نظر هنا فيصدق النوع حينئذ على ما يصدق عليه الجنس</w:t>
      </w:r>
    </w:p>
    <w:p>
      <w:r>
        <w:t>في سياق نوع خاص الكلام صحيح</w:t>
      </w:r>
    </w:p>
    <w:p>
      <w:r>
        <w:t>الجنس حيوان يصدق على الاسد</w:t>
      </w:r>
    </w:p>
    <w:p>
      <w:r>
        <w:t>النوع الانساني يصدقه على الاسد</w:t>
      </w:r>
    </w:p>
    <w:p>
      <w:r>
        <w:t>لا ابدا</w:t>
      </w:r>
    </w:p>
    <w:p>
      <w:r>
        <w:t>اذا ما هو المراد من هذا? فيصدق النوع</w:t>
      </w:r>
    </w:p>
    <w:p>
      <w:r>
        <w:t>اكتب بالتطبيق المثالي المطلب سيصدق مفهوم انسان مفهوم الانسان هو النوع حينئذ على ما يصدق عليه الجنس حيوان يصدق على زيد وعلى ليلى فالانسان يصدق على الزيت هي المسألة بالمعكوس</w:t>
      </w:r>
    </w:p>
    <w:p>
      <w:r>
        <w:t>لسريان النوع في زايد</w:t>
      </w:r>
    </w:p>
    <w:p>
      <w:r>
        <w:t>النوع الانساني في زيد وليلة وطهة وبلال وزينب</w:t>
      </w:r>
    </w:p>
    <w:p>
      <w:r>
        <w:t>سلا الحيوان بتبعه</w:t>
      </w:r>
    </w:p>
    <w:p>
      <w:r>
        <w:t>يعني المسألة مقلوبة</w:t>
      </w:r>
    </w:p>
    <w:p>
      <w:r>
        <w:t>كمن جعل المعلوم جنسا للمظنون</w:t>
      </w:r>
    </w:p>
    <w:p>
      <w:r>
        <w:t>وبعظ ليس بعلم</w:t>
      </w:r>
    </w:p>
    <w:p>
      <w:r>
        <w:t>نعم</w:t>
      </w:r>
    </w:p>
    <w:p>
      <w:r>
        <w:t>كمن جعل المعلوم جنسا للمظنون</w:t>
      </w:r>
    </w:p>
    <w:p>
      <w:r>
        <w:t>وبعظ الظن ليس بعلم</w:t>
      </w:r>
    </w:p>
    <w:p>
      <w:r>
        <w:t>يعني المعلوم هو الجنس</w:t>
      </w:r>
    </w:p>
    <w:p>
      <w:r>
        <w:t>جنس للمظنون</w:t>
      </w:r>
    </w:p>
    <w:p>
      <w:r>
        <w:t>ما معنى يعني المعلوم يسري في المظلوم ويسري في غير المظلوم</w:t>
      </w:r>
    </w:p>
    <w:p>
      <w:r>
        <w:t>يسري في اليقين</w:t>
      </w:r>
    </w:p>
    <w:p>
      <w:r>
        <w:t>في الشك في الموهوب في حتى الجهل المركب</w:t>
      </w:r>
    </w:p>
    <w:p>
      <w:r>
        <w:t>نعم</w:t>
      </w:r>
    </w:p>
    <w:p>
      <w:r>
        <w:t>فمن جعل المعلومة جنسا للمظلوم</w:t>
      </w:r>
    </w:p>
    <w:p>
      <w:r>
        <w:t>اذا كان المعلوم جنسا فيعم المظنون ويعم غيره</w:t>
      </w:r>
    </w:p>
    <w:p>
      <w:r>
        <w:t>غير المظنون انواع من العلم منها اليقين منها الشرك منها الموهوم</w:t>
      </w:r>
    </w:p>
    <w:p>
      <w:r>
        <w:t>وبعظ الظن ليس بعلم وبعظ الظن ليس بعلم</w:t>
      </w:r>
    </w:p>
    <w:p>
      <w:r>
        <w:t>هنا بعض الظل ليس بعلم كيف? ليس بعلم يقيني نعم اما خذ هذه القسمة قسمة فلسفية لانها آآ تبحث في الفلسفة قسم العلم لكن اه اكتبها جيدا تنفعك</w:t>
      </w:r>
    </w:p>
    <w:p>
      <w:r>
        <w:t>الترجيح</w:t>
      </w:r>
    </w:p>
    <w:p>
      <w:r>
        <w:t>الترجيح اللي نحن في باب التصديق وليس في باب التصورات</w:t>
      </w:r>
    </w:p>
    <w:p>
      <w:r>
        <w:t>اكتب ترجيح التصديق هو المقصد</w:t>
      </w:r>
    </w:p>
    <w:p>
      <w:r>
        <w:t>اما انه متحقق ام لا? يعني عند تصديق ام لا? رجحنا المحمول على الموضوع</w:t>
      </w:r>
    </w:p>
    <w:p>
      <w:r>
        <w:t>قلنا الف باء</w:t>
      </w:r>
    </w:p>
    <w:p>
      <w:r>
        <w:t>ام لام ما قلنا</w:t>
      </w:r>
    </w:p>
    <w:p>
      <w:r>
        <w:t>الف باء ما قلنا</w:t>
      </w:r>
    </w:p>
    <w:p>
      <w:r>
        <w:t>ساكتين</w:t>
      </w:r>
    </w:p>
    <w:p>
      <w:r>
        <w:t>يعني ما عندنا عيب</w:t>
      </w:r>
    </w:p>
    <w:p>
      <w:r>
        <w:t>هذا الجهل البسيط</w:t>
      </w:r>
    </w:p>
    <w:p>
      <w:r>
        <w:t>الجهل البسيط</w:t>
      </w:r>
    </w:p>
    <w:p>
      <w:r>
        <w:t>ما في ترجيح تصديقي</w:t>
      </w:r>
    </w:p>
    <w:p>
      <w:r>
        <w:t>النبي معصوم ساكت</w:t>
      </w:r>
    </w:p>
    <w:p>
      <w:r>
        <w:t>ما حكم على النبي بالعصام? ما قال لي النبي معصوم</w:t>
      </w:r>
    </w:p>
    <w:p>
      <w:r>
        <w:t>سكت ما يعرف</w:t>
      </w:r>
    </w:p>
    <w:p>
      <w:r>
        <w:t>هذا الجهل البسيط</w:t>
      </w:r>
    </w:p>
    <w:p>
      <w:r>
        <w:t>يعني ما في ترجيح تصديقي</w:t>
      </w:r>
    </w:p>
    <w:p>
      <w:r>
        <w:t>هذا هو القسم الاول</w:t>
      </w:r>
    </w:p>
    <w:p>
      <w:r>
        <w:t>الذي يقابله القسم الذي يقابل الجهل البسيط الجهل البسيط يصير قسيما لذلك القسم والعلم</w:t>
      </w:r>
    </w:p>
    <w:p>
      <w:r>
        <w:t>العلم العلم التصديقي في ترجيح يعني انا رجحت الف باء</w:t>
      </w:r>
    </w:p>
    <w:p>
      <w:r>
        <w:t>هذا الترجيح قسمه الى قسمين</w:t>
      </w:r>
    </w:p>
    <w:p>
      <w:r>
        <w:t>ترجيح مائة بالمائة</w:t>
      </w:r>
    </w:p>
    <w:p>
      <w:r>
        <w:t>اولى</w:t>
      </w:r>
    </w:p>
    <w:p>
      <w:r>
        <w:t>يعني دون مائة بالمائة</w:t>
      </w:r>
    </w:p>
    <w:p>
      <w:r>
        <w:t>هذا اللي م واصل الى مئة بالمئة</w:t>
      </w:r>
    </w:p>
    <w:p>
      <w:r>
        <w:t>قسمه الى ثلاث اقسام</w:t>
      </w:r>
    </w:p>
    <w:p>
      <w:r>
        <w:t>ترجيح تصديقي موهوم موهوم يعني دونار خمسين بالمئة</w:t>
      </w:r>
    </w:p>
    <w:p>
      <w:r>
        <w:t>ثلاثين اربعين عشرة</w:t>
      </w:r>
    </w:p>
    <w:p>
      <w:r>
        <w:t>لا يرقى الى فوق الخمسين حتى الخمسين لا يصل</w:t>
      </w:r>
    </w:p>
    <w:p>
      <w:r>
        <w:t>هذا التصديق الموهوم</w:t>
      </w:r>
    </w:p>
    <w:p>
      <w:r>
        <w:t>ترجيح با على اللبأ وقلت الف باء</w:t>
      </w:r>
    </w:p>
    <w:p>
      <w:r>
        <w:t>دون الخمسين</w:t>
      </w:r>
    </w:p>
    <w:p>
      <w:r>
        <w:t>هذا التصديق الموهوم</w:t>
      </w:r>
    </w:p>
    <w:p>
      <w:r>
        <w:t>علم</w:t>
      </w:r>
    </w:p>
    <w:p>
      <w:r>
        <w:t>تصديق موهوم</w:t>
      </w:r>
    </w:p>
    <w:p>
      <w:r>
        <w:t>يعني انا قلت الف باء تقول الف باء يترجح على النقيض</w:t>
      </w:r>
    </w:p>
    <w:p>
      <w:r>
        <w:t>النقيض لا باء بكم? عشرين بالمئة</w:t>
      </w:r>
    </w:p>
    <w:p>
      <w:r>
        <w:t>يعني اللباء يحتل ثمانين بالمئة</w:t>
      </w:r>
    </w:p>
    <w:p>
      <w:r>
        <w:t>هذا ترجيح موهوب</w:t>
      </w:r>
    </w:p>
    <w:p>
      <w:r>
        <w:t>هذا القسم الاول</w:t>
      </w:r>
    </w:p>
    <w:p>
      <w:r>
        <w:t>القسم الثاني ترجح خمسين بالمئة</w:t>
      </w:r>
    </w:p>
    <w:p>
      <w:r>
        <w:t>يعني خمسين بالمئة باء لالف ويمكن ان يكون لا باء لالف خمسين بالمئة</w:t>
      </w:r>
    </w:p>
    <w:p>
      <w:r>
        <w:t>هذا التصديق الشكي</w:t>
      </w:r>
    </w:p>
    <w:p>
      <w:r>
        <w:t>اذا كلمة الجهل والموهوب والشك كلها مواصفات للتصديق</w:t>
      </w:r>
    </w:p>
    <w:p>
      <w:r>
        <w:t>للترجيح التصديقي</w:t>
      </w:r>
    </w:p>
    <w:p>
      <w:r>
        <w:t>اذا كم هنا عندنا المهوم وعندنا المشكوك</w:t>
      </w:r>
    </w:p>
    <w:p>
      <w:r>
        <w:t>فوق خمسين بالمئة لم نصل الى مئة</w:t>
      </w:r>
    </w:p>
    <w:p>
      <w:r>
        <w:t>ثمانين سبعين</w:t>
      </w:r>
    </w:p>
    <w:p>
      <w:r>
        <w:t>هذا الترجيح الضمني</w:t>
      </w:r>
    </w:p>
    <w:p>
      <w:r>
        <w:t>الظني يعلو على خمسين ولا يصل الى مئة</w:t>
      </w:r>
    </w:p>
    <w:p>
      <w:r>
        <w:t>هذي اقسام ثلاثة</w:t>
      </w:r>
    </w:p>
    <w:p>
      <w:r>
        <w:t>اذا عندنا</w:t>
      </w:r>
    </w:p>
    <w:p>
      <w:r>
        <w:t>غياب يعني الترجيح التصديقي جهل بسيط</w:t>
      </w:r>
    </w:p>
    <w:p>
      <w:r>
        <w:t>عندنا ترجيح ما لم يصل الى مئة بالمئة</w:t>
      </w:r>
    </w:p>
    <w:p>
      <w:r>
        <w:t>تصديق موهوم تصديق تصديق ظني وصل الى مئة بالمئة يعني باء فقط الف ما فيه الف باء لا باء منتفي هذا على قسمين هذا الجازم المئوي مئة بالمئة</w:t>
      </w:r>
    </w:p>
    <w:p>
      <w:r>
        <w:t>انت قيس الى الواقع الخارجي</w:t>
      </w:r>
    </w:p>
    <w:p>
      <w:r>
        <w:t>يعني الى الحقيقة الانطلوجية</w:t>
      </w:r>
    </w:p>
    <w:p>
      <w:r>
        <w:t>انت الان في حقيقة منطقية تقول الف باء</w:t>
      </w:r>
    </w:p>
    <w:p>
      <w:r>
        <w:t>مئة بالمئة جازم</w:t>
      </w:r>
    </w:p>
    <w:p>
      <w:r>
        <w:t>قيس الى الحقيقة الانطلوجية</w:t>
      </w:r>
    </w:p>
    <w:p>
      <w:r>
        <w:t>يتماهى معها يتطابق معها يحكيها كما هي اولى</w:t>
      </w:r>
    </w:p>
    <w:p>
      <w:r>
        <w:t>اذا ما حاكاها كما هي</w:t>
      </w:r>
    </w:p>
    <w:p>
      <w:r>
        <w:t>هذا الجهل المركب</w:t>
      </w:r>
    </w:p>
    <w:p>
      <w:r>
        <w:t>اذا الجهل المركب كذلك مواصفة للترجيح المعرفي يعني ايه التصديق? مرة لا المطابقة موجودة</w:t>
      </w:r>
    </w:p>
    <w:p>
      <w:r>
        <w:t>يعني ما هو في آآ في ذهني من قضية الف باء النافية لليقين لا مطابقة للواقع</w:t>
      </w:r>
    </w:p>
    <w:p>
      <w:r>
        <w:t>تحكي الواقع كما هو</w:t>
      </w:r>
    </w:p>
    <w:p>
      <w:r>
        <w:t>يعني الان انا في تصديق حقيقي</w:t>
      </w:r>
    </w:p>
    <w:p>
      <w:r>
        <w:t>مرة يكون بدليل مرة يكون بتقليد</w:t>
      </w:r>
    </w:p>
    <w:p>
      <w:r>
        <w:t>بالتقليد هذا هو اليقين بالمعنى العام</w:t>
      </w:r>
    </w:p>
    <w:p>
      <w:r>
        <w:t>بدليل يعني انا عندي قضية الف باء وهذه القضية تطابق الواقع ومطعمها بتوجيه معرفي</w:t>
      </w:r>
    </w:p>
    <w:p>
      <w:r>
        <w:t>يعني بدليل التوجيه المعرفي اصطلاح نظرية المعرفة الحديثة</w:t>
      </w:r>
    </w:p>
    <w:p>
      <w:r>
        <w:t>عندي دليل هذا هو اليقين بالمعنى الأخص</w:t>
      </w:r>
    </w:p>
    <w:p>
      <w:r>
        <w:t>هذا التقسيم سجله عندك مفيد</w:t>
      </w:r>
    </w:p>
    <w:p>
      <w:r>
        <w:t>نعم</w:t>
      </w:r>
    </w:p>
    <w:p>
      <w:r>
        <w:t>فهذه العبارة فيصدق انه حينئذ حينئذ على ما يصدق عنه الجنس وهي وان كانت معكوسة وهي الصحيحة</w:t>
      </w:r>
    </w:p>
    <w:p>
      <w:r>
        <w:t>نعم</w:t>
      </w:r>
    </w:p>
    <w:p>
      <w:r>
        <w:t>يصدق الجنس حيث يصدق النوع</w:t>
      </w:r>
    </w:p>
    <w:p>
      <w:r>
        <w:t>اذا اذا النوع يصدق الجنس اذا الصدق الجنس يجر النوع المناسب</w:t>
      </w:r>
    </w:p>
    <w:p>
      <w:r>
        <w:t>وصدق الجنس على افراد النوع</w:t>
      </w:r>
    </w:p>
    <w:p>
      <w:r>
        <w:t>تصير القضية هكذا</w:t>
      </w:r>
    </w:p>
    <w:p>
      <w:r>
        <w:t>اما صدق الجنس عام الحيوان يصدق على الحمار</w:t>
      </w:r>
    </w:p>
    <w:p>
      <w:r>
        <w:t>فهل يصدق على الانسان? يعني خصوصية الحمار تسري الى الانسان لا</w:t>
      </w:r>
    </w:p>
    <w:p>
      <w:r>
        <w:t>كمن جعل المعلوم المعلومة يعني هذا الترجيح التصديقي الف باء</w:t>
      </w:r>
    </w:p>
    <w:p>
      <w:r>
        <w:t>جنسا للمظلوم</w:t>
      </w:r>
    </w:p>
    <w:p>
      <w:r>
        <w:t>المظنون احد مصاديق العلم الترجيح</w:t>
      </w:r>
    </w:p>
    <w:p>
      <w:r>
        <w:t>نعم</w:t>
      </w:r>
    </w:p>
    <w:p>
      <w:r>
        <w:t>وبعض الظن ليس بعلم</w:t>
      </w:r>
    </w:p>
    <w:p>
      <w:r>
        <w:t>بعض الظن ليس بعلم</w:t>
      </w:r>
    </w:p>
    <w:p>
      <w:r>
        <w:t>هذه انا لم افهمها</w:t>
      </w:r>
    </w:p>
    <w:p>
      <w:r>
        <w:t>لان كل ترجيح فوق الخمس دون المئة</w:t>
      </w:r>
    </w:p>
    <w:p>
      <w:r>
        <w:t>هذا الظن</w:t>
      </w:r>
    </w:p>
    <w:p>
      <w:r>
        <w:t>اذا كان في ذهنه على منح للظن هنا آآ ظن بالمعنى اخر</w:t>
      </w:r>
    </w:p>
    <w:p>
      <w:r>
        <w:t>نعم نعم لا يكون آآ علما</w:t>
      </w:r>
    </w:p>
    <w:p>
      <w:r>
        <w:t>ومن مواضع الجنس انه هل اورد بدله غيره كفصله? او خاصته او عرض من اعراضه لان الجنس مثلا حيوان الذات هي الجوهر ممتدة عرضية نامية اراضي حساس عربي متحرك بالارادة وان الناطق في حال الحيوان الانساني الناطق هو الفصل لكن هذا ليس فصل للحيوان فصل للانسان فصول هي ذات ممتدة يبدأ الفصل نمو حساس متحرك هذه هي فصول آآ الاجناس مرة نأتي في تعريف الجنس او في التصديق نأتي بهذه الفصول بدلا من الحيوان يعني بدن من الجنس واضح جدا ومن مواضع الجنس انه هل اورد بدله غيره كفصله كفصل الجنس او خاصة او عرض من عرض من عرض يكتب او عرضي من اعراضه من اعراضه فان الفصل جزء الحقيقة لا نفسه</w:t>
      </w:r>
    </w:p>
    <w:p>
      <w:r>
        <w:t>الفصل مكونة من مكونات النوع نعم الحقيقة</w:t>
      </w:r>
    </w:p>
    <w:p>
      <w:r>
        <w:t>فان الفصل جزء الحقيقة لا نفسها</w:t>
      </w:r>
    </w:p>
    <w:p>
      <w:r>
        <w:t>والانسان حيوان ناطق الناطق جزء</w:t>
      </w:r>
    </w:p>
    <w:p>
      <w:r>
        <w:t>جزء في النظم المنطقي</w:t>
      </w:r>
    </w:p>
    <w:p>
      <w:r>
        <w:t>دقق جيدا</w:t>
      </w:r>
    </w:p>
    <w:p>
      <w:r>
        <w:t>في النظم التحققي</w:t>
      </w:r>
    </w:p>
    <w:p>
      <w:r>
        <w:t>النظم التحققي ما عندنا الله تعالى يخلق الحيوان</w:t>
      </w:r>
    </w:p>
    <w:p>
      <w:r>
        <w:t>ثم هذا الحيوان يبقى قرونا ثم يأتي يخلق الفصل ويربطه بالحيوان</w:t>
      </w:r>
    </w:p>
    <w:p>
      <w:r>
        <w:t>لا ابدا ليس هكذا</w:t>
      </w:r>
    </w:p>
    <w:p>
      <w:r>
        <w:t>يخلق الانسان حقيقة واحدة</w:t>
      </w:r>
    </w:p>
    <w:p>
      <w:r>
        <w:t>حقيقة واحدة</w:t>
      </w:r>
    </w:p>
    <w:p>
      <w:r>
        <w:t>حيوان عيب ما فيه</w:t>
      </w:r>
    </w:p>
    <w:p>
      <w:r>
        <w:t>حيوان هو الحقيقة الانسان</w:t>
      </w:r>
    </w:p>
    <w:p>
      <w:r>
        <w:t>هذا هو الحمل الاولي</w:t>
      </w:r>
    </w:p>
    <w:p>
      <w:r>
        <w:t>هذا التفكيك بين النظم المنطقي والنظم التحقق يفيدكم كثيرا وتراثنا مملوء به</w:t>
      </w:r>
    </w:p>
    <w:p>
      <w:r>
        <w:t>يقولون خلط بين آآ بين آآ الحمل الاولي والحمل الشائع</w:t>
      </w:r>
    </w:p>
    <w:p>
      <w:r>
        <w:t>والطالب العزيز يحمل هذه المفردة هذا المصطلح ولا يفهم آآ اعماقها</w:t>
      </w:r>
    </w:p>
    <w:p>
      <w:r>
        <w:t>انا جربت مع جربت مع طلاب مع الطلاب تجربة تدريسية طويلة جدا حاملين هكذا مصطلحات عمق هذه المصطلحات لا تفهم مع الاسف الشديد</w:t>
      </w:r>
    </w:p>
    <w:p>
      <w:r>
        <w:t>هذه المصطلحات الجديدة هذه الجديدة نظم منطقي نظم تحققي تجلي الأمور</w:t>
      </w:r>
    </w:p>
    <w:p>
      <w:r>
        <w:t>كثير من معضلات الحكمة المتعالية</w:t>
      </w:r>
    </w:p>
    <w:p>
      <w:r>
        <w:t>وحتى الأصفار</w:t>
      </w:r>
    </w:p>
    <w:p>
      <w:r>
        <w:t>بهذا التفكيك بين معايير العقل والمعايير المنطقية والنظم المنطقي والنظم الخارجي</w:t>
      </w:r>
    </w:p>
    <w:p>
      <w:r>
        <w:t>كثير من الامور صارت في غاية السهولة</w:t>
      </w:r>
    </w:p>
    <w:p>
      <w:r>
        <w:t>بالنسبة للطلاب الاعزاء</w:t>
      </w:r>
    </w:p>
    <w:p>
      <w:r>
        <w:t>نعم فان الفصل جزء الحقيقة لا نفس</w:t>
      </w:r>
    </w:p>
    <w:p>
      <w:r>
        <w:t>جزء الحقيقة في النظم المنطقي</w:t>
      </w:r>
    </w:p>
    <w:p>
      <w:r>
        <w:t>لا نفس في النظم المنطقي</w:t>
      </w:r>
    </w:p>
    <w:p>
      <w:r>
        <w:t>في النظم التحققي عين عين الحقيقة</w:t>
      </w:r>
    </w:p>
    <w:p>
      <w:r>
        <w:t>كمن يورد قابلة قابلة للابعاد الذي هو فصل الجسم بدل الجسم</w:t>
      </w:r>
    </w:p>
    <w:p>
      <w:r>
        <w:t>قابل الابد يعني ممتد</w:t>
      </w:r>
    </w:p>
    <w:p>
      <w:r>
        <w:t>مع الجسم هو جوهر ممتد ذات ممت نعم والخاصة خارجة عنه خارجة عن الفصل خارجة عن الحقيقة الخاصة بعدما تنعقد الحقيقة يأتي تأتي الخاصة الانسان انعقد بجنسه وفصله حيوان ناطق يأتي التعجب نعم كمن يولد المتحرك الذي هو خاصة الجسم بدل الجيز</w:t>
      </w:r>
    </w:p>
    <w:p>
      <w:r>
        <w:t>فهنا الجدلي يتلاعب بباب التعريف كما يشاء</w:t>
      </w:r>
    </w:p>
    <w:p>
      <w:r>
        <w:t>المهم ان الخصم المقابل يقبل ويسلم</w:t>
      </w:r>
    </w:p>
    <w:p>
      <w:r>
        <w:t>ثم نعم يثبت موضعه يعني خلفياء تهو معتقده</w:t>
      </w:r>
    </w:p>
    <w:p>
      <w:r>
        <w:t>نعم</w:t>
      </w:r>
    </w:p>
    <w:p>
      <w:r>
        <w:t>والعرضي العام وليس العرض العام</w:t>
      </w:r>
    </w:p>
    <w:p>
      <w:r>
        <w:t>والعرضي العام خارج عنه ايضا خارج عن الحقيقة وخارج عن المشي المشي هو الحقيقة الانسانية لا فلا يورد بدله</w:t>
      </w:r>
    </w:p>
    <w:p>
      <w:r>
        <w:t>نعم لماذا? تقول انسان ماشي يقول له حتى الحمار يمشي</w:t>
      </w:r>
    </w:p>
    <w:p>
      <w:r>
        <w:t>هل يميز? لا</w:t>
      </w:r>
    </w:p>
    <w:p>
      <w:r>
        <w:t>طب ما يصلح التعريف</w:t>
      </w:r>
    </w:p>
    <w:p>
      <w:r>
        <w:t>كمن يورد كمن يريد كالشخص الذي يريد القائم بالذات</w:t>
      </w:r>
    </w:p>
    <w:p>
      <w:r>
        <w:t>الذي يعرض للجسم وللجواهر المجردة بدل الجسم</w:t>
      </w:r>
    </w:p>
    <w:p>
      <w:r>
        <w:t>نعم يعني بدل جسم هذه اه اه جر مجرور ليس المتعلق ليس يعرض بدل الجسم جر ومجرور متعلقا بيوردو</w:t>
      </w:r>
    </w:p>
    <w:p>
      <w:r>
        <w:t>كمن يورد القائم بالذات آآ بدل الجسم</w:t>
      </w:r>
    </w:p>
    <w:p>
      <w:r>
        <w:t>نعم</w:t>
      </w:r>
    </w:p>
    <w:p>
      <w:r>
        <w:t>الذي يعرض الجسم هذا وصف للقاء بالذات</w:t>
      </w:r>
    </w:p>
    <w:p>
      <w:r>
        <w:t>وللجوهر</w:t>
      </w:r>
    </w:p>
    <w:p>
      <w:r>
        <w:t>المجرد</w:t>
      </w:r>
    </w:p>
    <w:p>
      <w:r>
        <w:t>بدا الجسم هذا جار ومجرور متعلقا بيوردوا</w:t>
      </w:r>
    </w:p>
    <w:p>
      <w:r>
        <w:t>تصير العبارة هكذا والعرضي العام خارج عنه وخارج عن الحقيقة وعن الفصل ايضا</w:t>
      </w:r>
    </w:p>
    <w:p>
      <w:r>
        <w:t>وعن الجنس كانت كذلك</w:t>
      </w:r>
    </w:p>
    <w:p>
      <w:r>
        <w:t>فلا يورد المعرف او لا يورد بدله</w:t>
      </w:r>
    </w:p>
    <w:p>
      <w:r>
        <w:t>بدله كمن يورد يعني المعرف القائم بالذات يعني حتى العقول قائمة بذاتها حتى الله قائم بذاته</w:t>
      </w:r>
    </w:p>
    <w:p>
      <w:r>
        <w:t>الذي يعرض للجسم وللجواهر المجردة العقول وبما فيها الله تعالى</w:t>
      </w:r>
    </w:p>
    <w:p>
      <w:r>
        <w:t>بدل الجيز يعني يورد القائم بالذات بذل الجسم</w:t>
      </w:r>
    </w:p>
    <w:p>
      <w:r>
        <w:t>هناك تعريف بامر عام</w:t>
      </w:r>
    </w:p>
    <w:p>
      <w:r>
        <w:t>الجسم هو قائم بذاته</w:t>
      </w:r>
    </w:p>
    <w:p>
      <w:r>
        <w:t>لا يعرف ولا يميز لانه حتى الله قائم بذاته</w:t>
      </w:r>
    </w:p>
    <w:p>
      <w:r>
        <w:t>حتى العقول قائمة بذاتها</w:t>
      </w:r>
    </w:p>
    <w:p>
      <w:r>
        <w:t>وكذا لا يجوز ان تورد المادة للشيء بدله</w:t>
      </w:r>
    </w:p>
    <w:p>
      <w:r>
        <w:t>كالحديد في قولنا السيف حديد بدل قولنا الة صناعية</w:t>
      </w:r>
    </w:p>
    <w:p>
      <w:r>
        <w:t>نعم</w:t>
      </w:r>
    </w:p>
    <w:p>
      <w:r>
        <w:t>سيف حديد كتير من الامور حديد</w:t>
      </w:r>
    </w:p>
    <w:p>
      <w:r>
        <w:t>نعم</w:t>
      </w:r>
    </w:p>
    <w:p>
      <w:r>
        <w:t>السكة الحديدية حديد كتير من امور حديد</w:t>
      </w:r>
    </w:p>
    <w:p>
      <w:r>
        <w:t>يعني السيف تقول الحديد شيء مبهم</w:t>
      </w:r>
    </w:p>
    <w:p>
      <w:r>
        <w:t>بدل بدل قولنا الة صناعية</w:t>
      </w:r>
    </w:p>
    <w:p>
      <w:r>
        <w:t>ولا فصل النوع ولا فصل النوع بدل الجنس كقولنا العشق افراط المحبة</w:t>
      </w:r>
    </w:p>
    <w:p>
      <w:r>
        <w:t>وانما هو المحبة الموفى ولا النوع بدله</w:t>
      </w:r>
    </w:p>
    <w:p>
      <w:r>
        <w:t>المرض السوء مزاج صفراوي مثلا ولا الانفعال بدل الجنس كقولنا الهواء حركة الريح ولا الفعل تقولين الماء مبرد بالطبع او آآ غير ذلك وبالجملة ان غير الجنس مكان الجنس</w:t>
      </w:r>
    </w:p>
    <w:p>
      <w:r>
        <w:t>ومن مواضعه يأتي ان شاء الله اللهم صلي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