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w:t>
      </w:r>
    </w:p>
    <w:p>
      <w:r>
        <w:t>والحمد لله</w:t>
      </w:r>
    </w:p>
    <w:p>
      <w:r>
        <w:t>والله اكبر</w:t>
      </w:r>
    </w:p>
    <w:p>
      <w:r>
        <w:t>اعوذ بالله من الشيطان الرجيم</w:t>
      </w:r>
    </w:p>
    <w:p>
      <w:r>
        <w:t>بسم الله الرحمن الرحيم</w:t>
      </w:r>
    </w:p>
    <w:p>
      <w:r>
        <w:t>وبه نستعين والصلاة والسلام على محمد واله الطيبين الطاهرين</w:t>
      </w:r>
    </w:p>
    <w:p>
      <w:r>
        <w:t>اللهم صل على محمد وال محمد</w:t>
      </w:r>
    </w:p>
    <w:p>
      <w:r>
        <w:t>اللهم ارزقنا التوفيق والاخلاص</w:t>
      </w:r>
    </w:p>
    <w:p>
      <w:r>
        <w:t>وصلنا معكم الى هذا المقطع ومن مواضعه مواضع الجنس هل انقسامه بالفصول ذاتي او عربي فانه يجب ان ينقسم بالذات لا العربيات</w:t>
      </w:r>
    </w:p>
    <w:p>
      <w:r>
        <w:t>نعم لان الذاتي الذي يميز داخليا</w:t>
      </w:r>
    </w:p>
    <w:p>
      <w:r>
        <w:t>فقط الخاصة تميز الى انها تميز خارجيا تقول الإنسان ما هو? حيوان ناطق</w:t>
      </w:r>
    </w:p>
    <w:p>
      <w:r>
        <w:t>تميز الإنسان عن انواع الحيوان كافة بالناطقية تمييزا ذاتيا داخليا</w:t>
      </w:r>
    </w:p>
    <w:p>
      <w:r>
        <w:t>ومرة نميزه بالخاصة التعجب خاصة خارجة عن الذات تميز الانسان تمييزا خارجيا</w:t>
      </w:r>
    </w:p>
    <w:p>
      <w:r>
        <w:t>هنا يقول يجب ان يتميز الجنس آآ الفصل هو الذي يحر الحقيقة نعم يحرزون حقيقة</w:t>
      </w:r>
    </w:p>
    <w:p>
      <w:r>
        <w:t>ومن مواضعه هل انقسام الجنس بالفصول ذاتي او عربي فانه يجب ان ينقسم بالذاتيات لا العرضيات</w:t>
      </w:r>
    </w:p>
    <w:p>
      <w:r>
        <w:t>لان العربي قد عاما فلا يفيد</w:t>
      </w:r>
    </w:p>
    <w:p>
      <w:r>
        <w:t>نعم</w:t>
      </w:r>
    </w:p>
    <w:p>
      <w:r>
        <w:t>وهل للنوع جنس غيره لا يترتب تحته ولا تحت اخر فوقهما حتى يكون الجنسان مختلف فان الشيء الواحد لا يدخل في جنسين كقولنا العلم خير والعلم من باب الكيف والخير من باب المضاف</w:t>
      </w:r>
    </w:p>
    <w:p>
      <w:r>
        <w:t>آآ الخير لا ليس من باب المضاف</w:t>
      </w:r>
    </w:p>
    <w:p>
      <w:r>
        <w:t>الخير مقولة تختلف مقول في وجود معليش هذه الامثلة فيها تسامح</w:t>
      </w:r>
    </w:p>
    <w:p>
      <w:r>
        <w:t>المطلب هو هذا</w:t>
      </w:r>
    </w:p>
    <w:p>
      <w:r>
        <w:t>لماذا النوع لا يندرج تحت جنسين? تخيل ان حقيقة واحدة</w:t>
      </w:r>
    </w:p>
    <w:p>
      <w:r>
        <w:t>الانسان مثلا يندرج تحت الحيوان ويندرج تحت جنس اخر في عرض في عرض الحيوان وليس في قوس قوس التحليل هذا ممكن الانسان كما يندرج تحت الحيوان يندرج تحت الجسم وتحت الجوهر</w:t>
      </w:r>
    </w:p>
    <w:p>
      <w:r>
        <w:t>لا العرضية في حيوان وفيه شيء اخر يقع في عرض الحيوان وليس في اه الطول في قوس قوس التحليل</w:t>
      </w:r>
    </w:p>
    <w:p>
      <w:r>
        <w:t>ان الجسم جوهر الانسان جسم وانسان حيوان</w:t>
      </w:r>
    </w:p>
    <w:p>
      <w:r>
        <w:t>درجة تحت جنس في طول واحد</w:t>
      </w:r>
    </w:p>
    <w:p>
      <w:r>
        <w:t>لا هنا العرضية</w:t>
      </w:r>
    </w:p>
    <w:p>
      <w:r>
        <w:t>العرض ما معنى؟ يعني اذا كان حيوان لا يكون ذلك الشيء اذا كان كان ذلك الشيء لا يكون حيوان</w:t>
      </w:r>
    </w:p>
    <w:p>
      <w:r>
        <w:t>ما هو المانع العقلي المعايير العقلية تقبل او ترفض لماذا? درجة تحت الحيوان يجب ان يتميز فصل كالناطقية حتى ينفصل عن انواع الحيوان</w:t>
      </w:r>
    </w:p>
    <w:p>
      <w:r>
        <w:t>ويندرج تحت ذلك الشيء بفصل اخر</w:t>
      </w:r>
    </w:p>
    <w:p>
      <w:r>
        <w:t>ذلك الشيء كذلك عنده انواع</w:t>
      </w:r>
    </w:p>
    <w:p>
      <w:r>
        <w:t>يتشكل الانسان يعني تتشكل الحقيقة الانسانية بفصلين في تظاد في تظاد بينهما</w:t>
      </w:r>
    </w:p>
    <w:p>
      <w:r>
        <w:t>فالهوية لا تتعين</w:t>
      </w:r>
    </w:p>
    <w:p>
      <w:r>
        <w:t>حقيقة الانسان غير معروفة</w:t>
      </w:r>
    </w:p>
    <w:p>
      <w:r>
        <w:t>لا تتعين لا انطولوجيا ولا في النظم المنطق معرفيا هذا هو المحظور وهذا بحث فلسفي ليس له علاقة بالمنطق</w:t>
      </w:r>
    </w:p>
    <w:p>
      <w:r>
        <w:t>نعم</w:t>
      </w:r>
    </w:p>
    <w:p>
      <w:r>
        <w:t>وهل للنوع جنس غير جنسه لا يترتب تحته ولا تحت فوقهما حتى يكون الجنسان مختلفين فان الشيء الواحد لا يدخل في جنسين بين السبب</w:t>
      </w:r>
    </w:p>
    <w:p>
      <w:r>
        <w:t>كقولنا العلم خير والعلم من باب الكيف</w:t>
      </w:r>
    </w:p>
    <w:p>
      <w:r>
        <w:t>والخير من باب المضاف</w:t>
      </w:r>
    </w:p>
    <w:p>
      <w:r>
        <w:t>العلم خير حمل شائع وليس من باب التعريف هذه قضية وليست تعريفا</w:t>
      </w:r>
    </w:p>
    <w:p>
      <w:r>
        <w:t>لاحظت المغالطة العلم خير</w:t>
      </w:r>
    </w:p>
    <w:p>
      <w:r>
        <w:t>لماذا? لان الخير هو المطلوب لذاته</w:t>
      </w:r>
    </w:p>
    <w:p>
      <w:r>
        <w:t>والعلم مطلوب لذاته</w:t>
      </w:r>
    </w:p>
    <w:p>
      <w:r>
        <w:t>نعم على الاقل كواسطة لكمال الهي</w:t>
      </w:r>
    </w:p>
    <w:p>
      <w:r>
        <w:t>وهل يصدق عليه جميع فصول الجنس? على النوع</w:t>
      </w:r>
    </w:p>
    <w:p>
      <w:r>
        <w:t>فانما لا يقال عليه بعضها ليس بجنس</w:t>
      </w:r>
    </w:p>
    <w:p>
      <w:r>
        <w:t>نعم انت اذا حملت الحيوان على الانسان في بعده الجنسي تقول انسان حيوان</w:t>
      </w:r>
    </w:p>
    <w:p>
      <w:r>
        <w:t>اذا كل مكونات الحيوان من جنس وفصل يحمل على الانسان منها انسان نام ينمو</w:t>
      </w:r>
    </w:p>
    <w:p>
      <w:r>
        <w:t>انسان حساس نعم يتحرك بالارادة نعم</w:t>
      </w:r>
    </w:p>
    <w:p>
      <w:r>
        <w:t>ممتد نعم</w:t>
      </w:r>
    </w:p>
    <w:p>
      <w:r>
        <w:t>نعم</w:t>
      </w:r>
    </w:p>
    <w:p>
      <w:r>
        <w:t>كل هذه المكونات الجنسية تحمل على الانسان</w:t>
      </w:r>
    </w:p>
    <w:p>
      <w:r>
        <w:t>بطبيعة الحال حملا الحيوان حمل جميع مكوناته على نعم</w:t>
      </w:r>
    </w:p>
    <w:p>
      <w:r>
        <w:t>لكن في بعده الجنسي وليس في بعده فصلي</w:t>
      </w:r>
    </w:p>
    <w:p>
      <w:r>
        <w:t>نعم</w:t>
      </w:r>
    </w:p>
    <w:p>
      <w:r>
        <w:t>وهل يصدق على النوع جميع اه فصول الجنس فانما لا يقال عليه بعضها ليس بجنس</w:t>
      </w:r>
    </w:p>
    <w:p>
      <w:r>
        <w:t>نعم</w:t>
      </w:r>
    </w:p>
    <w:p>
      <w:r>
        <w:t>ما انا ما فهمت العبارة عبارة جدا مغلقة</w:t>
      </w:r>
    </w:p>
    <w:p>
      <w:r>
        <w:t>وهل يصدق عليه هنا آآ على النوع هذه على النوع فهل يصدق على النوع جميع فصول الجنس? نقول نعم</w:t>
      </w:r>
    </w:p>
    <w:p>
      <w:r>
        <w:t>اذا حضر الحيوان حضرت مكوناته</w:t>
      </w:r>
    </w:p>
    <w:p>
      <w:r>
        <w:t>اليس كذلك? نعم</w:t>
      </w:r>
    </w:p>
    <w:p>
      <w:r>
        <w:t>الحيوان ما هو? تقول الانسان حيوان</w:t>
      </w:r>
    </w:p>
    <w:p>
      <w:r>
        <w:t>ولك الحق ان تكون ان تقول انسان آآ جسم نامي حساس متحرك بالارادة</w:t>
      </w:r>
    </w:p>
    <w:p>
      <w:r>
        <w:t>نعم</w:t>
      </w:r>
    </w:p>
    <w:p>
      <w:r>
        <w:t>هذه واضحة جدا وبديهية</w:t>
      </w:r>
    </w:p>
    <w:p>
      <w:r>
        <w:t>فانما لا يقال عليه بعضها ليس بجنس</w:t>
      </w:r>
    </w:p>
    <w:p>
      <w:r>
        <w:t>الامر الذي لا ينطبق على النوع ليس بجنس</w:t>
      </w:r>
    </w:p>
    <w:p>
      <w:r>
        <w:t>نعم ليس بجنس</w:t>
      </w:r>
    </w:p>
    <w:p>
      <w:r>
        <w:t>امور اخرى</w:t>
      </w:r>
    </w:p>
    <w:p>
      <w:r>
        <w:t>نعم</w:t>
      </w:r>
    </w:p>
    <w:p>
      <w:r>
        <w:t>وان انتبت الى الحيوان</w:t>
      </w:r>
    </w:p>
    <w:p>
      <w:r>
        <w:t>لكن مكونات الحيوان تدخل بالضرورة في الطبيعة الانسانية</w:t>
      </w:r>
    </w:p>
    <w:p>
      <w:r>
        <w:t>ولهذا نقول الانسان ما هو ذات قائمة بنفسها يعني جوهر ممتد نام حساس متحرك بالاضافة ناطق</w:t>
      </w:r>
    </w:p>
    <w:p>
      <w:r>
        <w:t>اما العربية لا تدخل في الحقيقة الانسانية</w:t>
      </w:r>
    </w:p>
    <w:p>
      <w:r>
        <w:t>آآ الحيوان يصدق على انواع تمشي</w:t>
      </w:r>
    </w:p>
    <w:p>
      <w:r>
        <w:t>فهل ندخل المشي في الحقيقة الانسانية? لا</w:t>
      </w:r>
    </w:p>
    <w:p>
      <w:r>
        <w:t>المشي عرضي عام</w:t>
      </w:r>
    </w:p>
    <w:p>
      <w:r>
        <w:t>لا يميز الانسان مطلقا</w:t>
      </w:r>
    </w:p>
    <w:p>
      <w:r>
        <w:t>لان حتى نيمار العزيز يمشي</w:t>
      </w:r>
    </w:p>
    <w:p>
      <w:r>
        <w:t>نعم</w:t>
      </w:r>
    </w:p>
    <w:p>
      <w:r>
        <w:t>وهل ظد الجنس يحمل على النوع? وهل هو يحمل على النوع على سبيل الاستعارة او التشبيه? كمن يقول ان الغيمة دخان</w:t>
      </w:r>
    </w:p>
    <w:p>
      <w:r>
        <w:t>لانه كالدخان</w:t>
      </w:r>
    </w:p>
    <w:p>
      <w:r>
        <w:t>هادي بعض استخدامات</w:t>
      </w:r>
    </w:p>
    <w:p>
      <w:r>
        <w:t>هذه ليست تعريفات</w:t>
      </w:r>
    </w:p>
    <w:p>
      <w:r>
        <w:t>هذه استخدامات</w:t>
      </w:r>
    </w:p>
    <w:p>
      <w:r>
        <w:t>يستخدمها الجدلي له ذلك</w:t>
      </w:r>
    </w:p>
    <w:p>
      <w:r>
        <w:t>لان الجدل تعرف</w:t>
      </w:r>
    </w:p>
    <w:p>
      <w:r>
        <w:t>سلمت</w:t>
      </w:r>
    </w:p>
    <w:p>
      <w:r>
        <w:t>افحمك</w:t>
      </w:r>
    </w:p>
    <w:p>
      <w:r>
        <w:t>هذا هو</w:t>
      </w:r>
    </w:p>
    <w:p>
      <w:r>
        <w:t>هذه هي القاعدة</w:t>
      </w:r>
    </w:p>
    <w:p>
      <w:r>
        <w:t>سلمت افحمك</w:t>
      </w:r>
    </w:p>
    <w:p>
      <w:r>
        <w:t>وبين اه معتقدي منطلقاتي</w:t>
      </w:r>
    </w:p>
    <w:p>
      <w:r>
        <w:t>نعم</w:t>
      </w:r>
    </w:p>
    <w:p>
      <w:r>
        <w:t>ان الغيم دخان في الجدل نعم</w:t>
      </w:r>
    </w:p>
    <w:p>
      <w:r>
        <w:t>يقبل مقبولة</w:t>
      </w:r>
    </w:p>
    <w:p>
      <w:r>
        <w:t>نعم لكن هذا ليس تعريفا وانما هذا هذه استعارات استخدامات</w:t>
      </w:r>
    </w:p>
    <w:p>
      <w:r>
        <w:t>نعم</w:t>
      </w:r>
    </w:p>
    <w:p>
      <w:r>
        <w:t>لان الاستعارة يعني المجاز والاستعارة هذا وصف للاستخدام وليس وصفا لللفظ</w:t>
      </w:r>
    </w:p>
    <w:p>
      <w:r>
        <w:t>لا هو جنس لللفظ ولا هو نوع اه لا هو نوع ولا هو جنس ولا هو الخاص</w:t>
      </w:r>
    </w:p>
    <w:p>
      <w:r>
        <w:t>وصف للاستخدام يعني فيه ارادة استخدامية ارادة استعمالية هي التي توصف بالمجاز و الحقيقة</w:t>
      </w:r>
    </w:p>
    <w:p>
      <w:r>
        <w:t>اذا هذا الكلام آآ لا معنى له منطقيا</w:t>
      </w:r>
    </w:p>
    <w:p>
      <w:r>
        <w:t>نعم</w:t>
      </w:r>
    </w:p>
    <w:p>
      <w:r>
        <w:t>يستخدمه الجداليل وذلك</w:t>
      </w:r>
    </w:p>
    <w:p>
      <w:r>
        <w:t>نعم</w:t>
      </w:r>
    </w:p>
    <w:p>
      <w:r>
        <w:t>وهل ضده ليس في جنس فلا يكون هو في جنس كالخير والشر</w:t>
      </w:r>
    </w:p>
    <w:p>
      <w:r>
        <w:t>نعم</w:t>
      </w:r>
    </w:p>
    <w:p>
      <w:r>
        <w:t>الخير والشر هذه امور</w:t>
      </w:r>
    </w:p>
    <w:p>
      <w:r>
        <w:t>نعم</w:t>
      </w:r>
    </w:p>
    <w:p>
      <w:r>
        <w:t>العقرب شر بالنسبة للانسان</w:t>
      </w:r>
    </w:p>
    <w:p>
      <w:r>
        <w:t>نعم وهي من انواع الحيوان</w:t>
      </w:r>
    </w:p>
    <w:p>
      <w:r>
        <w:t>فالحيوان يتجلى في مصداق شري</w:t>
      </w:r>
    </w:p>
    <w:p>
      <w:r>
        <w:t>فتتعرف الانسان ابدا</w:t>
      </w:r>
    </w:p>
    <w:p>
      <w:r>
        <w:t>وهل النوع مباين لكل قسم من الجنس? هل يتعاكسان يتعاكسان احدهما على الاخر كليا كالموجود والواحد يا الله انظر هنا كالموجود الواحد اكتب فائدة معلومة مسائل العبارة مؤلمة موجعة</w:t>
      </w:r>
    </w:p>
    <w:p>
      <w:r>
        <w:t>اكتب فائدة</w:t>
      </w:r>
    </w:p>
    <w:p>
      <w:r>
        <w:t>الوقائع الخارجية الوقائع الخارجية</w:t>
      </w:r>
    </w:p>
    <w:p>
      <w:r>
        <w:t>نموذج الارستي يفهمها فقط في في الكليات الخمس</w:t>
      </w:r>
    </w:p>
    <w:p>
      <w:r>
        <w:t>النموذج المنطقي يعني الذهن الارصدي النموذج النموذج المعرفي الارصي الدين يتحرك في الكليات الخمس</w:t>
      </w:r>
    </w:p>
    <w:p>
      <w:r>
        <w:t>يعني كل شيء يدرجه في الجنس او الفصل او النوع او العرضي الخاص او العرض العام</w:t>
      </w:r>
    </w:p>
    <w:p>
      <w:r>
        <w:t>هذا هو المدار</w:t>
      </w:r>
    </w:p>
    <w:p>
      <w:r>
        <w:t>هذا هو المدار</w:t>
      </w:r>
    </w:p>
    <w:p>
      <w:r>
        <w:t>وهذه الامور كلها ما هويات</w:t>
      </w:r>
    </w:p>
    <w:p>
      <w:r>
        <w:t>صارت الماهية الغليظة</w:t>
      </w:r>
    </w:p>
    <w:p>
      <w:r>
        <w:t>بعدما تطورت الفلسفة</w:t>
      </w:r>
    </w:p>
    <w:p>
      <w:r>
        <w:t>كل من انا في الفلاسفة رأيته لا ادري قبل آآ قبل الشيخ الرئيس حتما يكون لكن انا اول ما رأيت ذلك في اله الشفاء ونحن ندرس ولاية شفاء فكك لا تنتمي الى الكليات الخمس</w:t>
      </w:r>
    </w:p>
    <w:p>
      <w:r>
        <w:t>واذا انتمت تنتمي الى آآ آآ العرض الخاص بنوع خاص بقراءة خاصة</w:t>
      </w:r>
    </w:p>
    <w:p>
      <w:r>
        <w:t>ليس قراءة مهوية</w:t>
      </w:r>
    </w:p>
    <w:p>
      <w:r>
        <w:t>وهي المفاهيم الثانية الخارج هم يقولون فلسفية انا اقول خارجية</w:t>
      </w:r>
    </w:p>
    <w:p>
      <w:r>
        <w:t>قسم من الخارجية الفلسفية</w:t>
      </w:r>
    </w:p>
    <w:p>
      <w:r>
        <w:t>عندك انت مفاهيم فيزيائية كيميائية فلكية</w:t>
      </w:r>
    </w:p>
    <w:p>
      <w:r>
        <w:t>هم يقولون مفاهيم فلسفية بهذه النية انها خارجية وليست ذهنية</w:t>
      </w:r>
    </w:p>
    <w:p>
      <w:r>
        <w:t>سميها مفاهيم فلس هذه طبيعتها هوياتها تختلف عن الماهية</w:t>
      </w:r>
    </w:p>
    <w:p>
      <w:r>
        <w:t>ليست من سلخ الماهية</w:t>
      </w:r>
    </w:p>
    <w:p>
      <w:r>
        <w:t>تسمى المفاهيم الثانية فلسفية</w:t>
      </w:r>
    </w:p>
    <w:p>
      <w:r>
        <w:t>في النظم المنطقي نقول مفاهيم ثانية</w:t>
      </w:r>
    </w:p>
    <w:p>
      <w:r>
        <w:t>في النظم التحققي نقول حيث تعينات وجودات ربطية</w:t>
      </w:r>
    </w:p>
    <w:p>
      <w:r>
        <w:t>فقوله هنا رحمة الله عليه وهل النوع مباين لكل قسم من الجنس? اذا كان هذا القسم يتميز بفصل الناطق نعم يبينه</w:t>
      </w:r>
    </w:p>
    <w:p>
      <w:r>
        <w:t>المباينة الخاصة وليس العامة</w:t>
      </w:r>
    </w:p>
    <w:p>
      <w:r>
        <w:t>يشاركه في الجنس ويخالفه في الفصل</w:t>
      </w:r>
    </w:p>
    <w:p>
      <w:r>
        <w:t>وهل يتعاكسان احدهما على الاخر كليا? لا</w:t>
      </w:r>
    </w:p>
    <w:p>
      <w:r>
        <w:t>تعاكس الجزئي وليس تعاكس الكل لان الجنس عام كيف تتعاكس آآ كليا تقول آآ بعض الحيوان الناطق لا تقول كل حيوان ناطق</w:t>
      </w:r>
    </w:p>
    <w:p>
      <w:r>
        <w:t>كلب والواحد هذه هي المفاهيم الفلسفية</w:t>
      </w:r>
    </w:p>
    <w:p>
      <w:r>
        <w:t>اذا العلامة الحلي هنا يتحرك في الارستي</w:t>
      </w:r>
    </w:p>
    <w:p>
      <w:r>
        <w:t>نعم</w:t>
      </w:r>
    </w:p>
    <w:p>
      <w:r>
        <w:t>الارستي</w:t>
      </w:r>
    </w:p>
    <w:p>
      <w:r>
        <w:t>يفهم الواقع فقط في الكليات الخمس</w:t>
      </w:r>
    </w:p>
    <w:p>
      <w:r>
        <w:t>الم المفاهيم الفلسفية مع انها كانت واضحة في زمن المحقق التونسي</w:t>
      </w:r>
    </w:p>
    <w:p>
      <w:r>
        <w:t>لا ادري كيف جاء بهذه الامثلة? كالموجود والواحد</w:t>
      </w:r>
    </w:p>
    <w:p>
      <w:r>
        <w:t>هذه مفاهيم فلسفية</w:t>
      </w:r>
    </w:p>
    <w:p>
      <w:r>
        <w:t>حيثيات وليست ماهيات فلا تندرج تحت الكليات الخمس</w:t>
      </w:r>
    </w:p>
    <w:p>
      <w:r>
        <w:t>فهذا المثال غير صحيح</w:t>
      </w:r>
    </w:p>
    <w:p>
      <w:r>
        <w:t>وهل احدهما من المضاف فالاخر كذلك من المضاف</w:t>
      </w:r>
    </w:p>
    <w:p>
      <w:r>
        <w:t>ويعاند بان العلم مضاف</w:t>
      </w:r>
    </w:p>
    <w:p>
      <w:r>
        <w:t>والنحو ليس من المضاف</w:t>
      </w:r>
    </w:p>
    <w:p>
      <w:r>
        <w:t>وهو باطل عندك التأمل اه العلم هنا النحو ليس من المضاف وهو علم ويعاني بان العلم مضاف العلم يحتاج الى متعلق العلم متعلق معلوم علم معلوم</w:t>
      </w:r>
    </w:p>
    <w:p>
      <w:r>
        <w:t>نعم</w:t>
      </w:r>
    </w:p>
    <w:p>
      <w:r>
        <w:t>يعني العلم دائما مقولة ذات اضافة والنحو علم ليس بمضاف</w:t>
      </w:r>
    </w:p>
    <w:p>
      <w:r>
        <w:t>هنا خلط بين العلم سيف نفساني والعلم كحقل معرفي</w:t>
      </w:r>
    </w:p>
    <w:p>
      <w:r>
        <w:t>خلط يحدث هذه المساهمة المساهمة تسامحات من الكبار</w:t>
      </w:r>
    </w:p>
    <w:p>
      <w:r>
        <w:t>اكتب هذه فائدة</w:t>
      </w:r>
    </w:p>
    <w:p>
      <w:r>
        <w:t>لماذا دراسة المتون في التكوين المعرفي والتكوين العلمي الى حد ما يعني حد السطوح جميل لأن الطالب وهو يدرس يتعلم في حاشية المتن كثير من الامور جميلة</w:t>
      </w:r>
    </w:p>
    <w:p>
      <w:r>
        <w:t>المحاضرة ممكن لا اه تفي بذلك</w:t>
      </w:r>
    </w:p>
    <w:p>
      <w:r>
        <w:t>ما هي المعلومة? العلم له اطلاقات ثلاثة اكتب العنوان ملحوظة فائدة سميها كما تشهد</w:t>
      </w:r>
    </w:p>
    <w:p>
      <w:r>
        <w:t>فائدة احسن</w:t>
      </w:r>
    </w:p>
    <w:p>
      <w:r>
        <w:t>اطلاقات العلم</w:t>
      </w:r>
    </w:p>
    <w:p>
      <w:r>
        <w:t>خصوصا الجامعي</w:t>
      </w:r>
    </w:p>
    <w:p>
      <w:r>
        <w:t>هذا شيء جميل</w:t>
      </w:r>
    </w:p>
    <w:p>
      <w:r>
        <w:t>اطلاقات العلم</w:t>
      </w:r>
    </w:p>
    <w:p>
      <w:r>
        <w:t>معنى عندنا اطلاق الثلاثة كلها متباينة بتمام الذات</w:t>
      </w:r>
    </w:p>
    <w:p>
      <w:r>
        <w:t>الإطلاق الأول العلم هو عرض في مقابل الجوهر</w:t>
      </w:r>
    </w:p>
    <w:p>
      <w:r>
        <w:t>كيف نفساني? عندك علم وانت نفس</w:t>
      </w:r>
    </w:p>
    <w:p>
      <w:r>
        <w:t>العلم ليس نفسك العلم شيء عرض على نفسك</w:t>
      </w:r>
    </w:p>
    <w:p>
      <w:r>
        <w:t>وهو كيف للنفس? كيف النفساني? العلم هنا عرظ</w:t>
      </w:r>
    </w:p>
    <w:p>
      <w:r>
        <w:t>يعني من مقولة العرض</w:t>
      </w:r>
    </w:p>
    <w:p>
      <w:r>
        <w:t>عندنا جوهر العرض</w:t>
      </w:r>
    </w:p>
    <w:p>
      <w:r>
        <w:t>هذا هو البراديق من ارسطي</w:t>
      </w:r>
    </w:p>
    <w:p>
      <w:r>
        <w:t>كليات خمس في النظم المنطقي في النظم التحققي اننا جوهر جوهر وحتى التفكيك كم جميل</w:t>
      </w:r>
    </w:p>
    <w:p>
      <w:r>
        <w:t>تفكيك جميل</w:t>
      </w:r>
    </w:p>
    <w:p>
      <w:r>
        <w:t>اذا تحدثنا في النظم التحققي والخارجي</w:t>
      </w:r>
    </w:p>
    <w:p>
      <w:r>
        <w:t>نتحدث جوهر العرب</w:t>
      </w:r>
    </w:p>
    <w:p>
      <w:r>
        <w:t>الجوهر وا والعرض واقعية</w:t>
      </w:r>
    </w:p>
    <w:p>
      <w:r>
        <w:t>نعم ماهية اذا ان وجدت يعني حيثية التحقق ملحوظة</w:t>
      </w:r>
    </w:p>
    <w:p>
      <w:r>
        <w:t>انه وجدتنا في موضوع هذا هو الجوهر</w:t>
      </w:r>
    </w:p>
    <w:p>
      <w:r>
        <w:t>ناهية اذا وجدت ان وجدت في الموضوع هذا هو العرب</w:t>
      </w:r>
    </w:p>
    <w:p>
      <w:r>
        <w:t>اذا في النظم التحققين بالجور والعرب</w:t>
      </w:r>
    </w:p>
    <w:p>
      <w:r>
        <w:t>في النظر المنطقي نتحدث بالكليات الخمس</w:t>
      </w:r>
    </w:p>
    <w:p>
      <w:r>
        <w:t>مفهوم النوع مفهوم الجنس مفهوم الفصل مفهوم الخاصة</w:t>
      </w:r>
    </w:p>
    <w:p>
      <w:r>
        <w:t>مفهوم العرضي العام</w:t>
      </w:r>
    </w:p>
    <w:p>
      <w:r>
        <w:t>العلم هنا واقعية خارجية</w:t>
      </w:r>
    </w:p>
    <w:p>
      <w:r>
        <w:t>يعرض النفس الخارجية انا خارجية</w:t>
      </w:r>
    </w:p>
    <w:p>
      <w:r>
        <w:t>يعرض للعلم كيف ننساني? مقولة عربية هذا هو الاطلاق الاول</w:t>
      </w:r>
    </w:p>
    <w:p>
      <w:r>
        <w:t>ولا افيض في تبيينه لانه مسألة فلسفية</w:t>
      </w:r>
    </w:p>
    <w:p>
      <w:r>
        <w:t>الاطلاق الثاني الاطلاق الثاني</w:t>
      </w:r>
    </w:p>
    <w:p>
      <w:r>
        <w:t>قبل الاطلاق الثاني</w:t>
      </w:r>
    </w:p>
    <w:p>
      <w:r>
        <w:t>هذا العلم ككيف نفساني عنده متعلق يسمى المعلوم</w:t>
      </w:r>
    </w:p>
    <w:p>
      <w:r>
        <w:t>المعلوم</w:t>
      </w:r>
    </w:p>
    <w:p>
      <w:r>
        <w:t>يعني انا عندي كمال كمال في النموذج الاصلي يسمى اه كيف النفسانيا? طبيعة هذا العرض هذا الكيف النفساني بيرئاوي</w:t>
      </w:r>
    </w:p>
    <w:p>
      <w:r>
        <w:t>تتجلى فيها الاشياء مثل المرآة</w:t>
      </w:r>
    </w:p>
    <w:p>
      <w:r>
        <w:t>المرآة شيء مصقول او ز تنعكس فيه الاشياء</w:t>
      </w:r>
    </w:p>
    <w:p>
      <w:r>
        <w:t>اذا طبيعة العلم تنكشف فيه الاشياء</w:t>
      </w:r>
    </w:p>
    <w:p>
      <w:r>
        <w:t>حيثية الانكشاف للواقع الخارجي خارج لنفس الانسانية</w:t>
      </w:r>
    </w:p>
    <w:p>
      <w:r>
        <w:t>هذا هو المعلوم بالذات</w:t>
      </w:r>
    </w:p>
    <w:p>
      <w:r>
        <w:t>المكشوف الخارجي في النظم التحقق هذا المعلوم بالعرب</w:t>
      </w:r>
    </w:p>
    <w:p>
      <w:r>
        <w:t>هذه سجلها عندك كفائدة خصوصا الجامعي العزيز</w:t>
      </w:r>
    </w:p>
    <w:p>
      <w:r>
        <w:t>اذا انت عندك مرآة</w:t>
      </w:r>
    </w:p>
    <w:p>
      <w:r>
        <w:t>هذا هو العلم</w:t>
      </w:r>
    </w:p>
    <w:p>
      <w:r>
        <w:t>هذا هو العرض</w:t>
      </w:r>
    </w:p>
    <w:p>
      <w:r>
        <w:t>هذه الكيفية الخاصة الصنعية الخاصة</w:t>
      </w:r>
    </w:p>
    <w:p>
      <w:r>
        <w:t>التي من خصوصياتها تعكس الواقعات الخارجية</w:t>
      </w:r>
    </w:p>
    <w:p>
      <w:r>
        <w:t>هذا هو الكيف النفساني هذا هو العلم</w:t>
      </w:r>
    </w:p>
    <w:p>
      <w:r>
        <w:t>ترى فيها اشياء خارجية بلحاظ التواجد المرآتي وليس التواجد الخارجي</w:t>
      </w:r>
    </w:p>
    <w:p>
      <w:r>
        <w:t>يعني البرتقالة في المرآة</w:t>
      </w:r>
    </w:p>
    <w:p>
      <w:r>
        <w:t>الموزة في المرآة</w:t>
      </w:r>
    </w:p>
    <w:p>
      <w:r>
        <w:t>التي لا يمكن ان تأكلها</w:t>
      </w:r>
    </w:p>
    <w:p>
      <w:r>
        <w:t>واذا لمستها تلمس الزجاج</w:t>
      </w:r>
    </w:p>
    <w:p>
      <w:r>
        <w:t>تلمس هذه المادة</w:t>
      </w:r>
    </w:p>
    <w:p>
      <w:r>
        <w:t>هذا هو المعلوم بالذات</w:t>
      </w:r>
    </w:p>
    <w:p>
      <w:r>
        <w:t>ما هي وظيفة يوصلك الى الخارجي المعلوم الخارجي معلوم بالعظم هذا التفكيك يجب ان تفهمه جيدا هذا كله في بحث الوجود الذهني اذا الان بينا الاطلاق الاول العلم كيف نفساني يعرض النفس الانسانية التي هي جوهر</w:t>
      </w:r>
    </w:p>
    <w:p>
      <w:r>
        <w:t>طبيعته تتلألأ فيه الواقعية في الخارجية</w:t>
      </w:r>
    </w:p>
    <w:p>
      <w:r>
        <w:t>التلألؤلؤ معلوم بالذات الخارج المكشوف الخارجي معلوم بالعرب</w:t>
      </w:r>
    </w:p>
    <w:p>
      <w:r>
        <w:t>هذا هو الإطلاق الأول</w:t>
      </w:r>
    </w:p>
    <w:p>
      <w:r>
        <w:t>الاطلاق الثاني العلم كحقل معرفي</w:t>
      </w:r>
    </w:p>
    <w:p>
      <w:r>
        <w:t>العلم كحقل معرفي</w:t>
      </w:r>
    </w:p>
    <w:p>
      <w:r>
        <w:t>يعني هذه آآ المجموعة من المسائل عندنا موضوع مجموعة مسائل منهجية خاصة غاية خاصة</w:t>
      </w:r>
    </w:p>
    <w:p>
      <w:r>
        <w:t>المجموع تقول علم الفيزياء</w:t>
      </w:r>
    </w:p>
    <w:p>
      <w:r>
        <w:t>علم النحو</w:t>
      </w:r>
    </w:p>
    <w:p>
      <w:r>
        <w:t>علم الفلك</w:t>
      </w:r>
    </w:p>
    <w:p>
      <w:r>
        <w:t>علم الاصول علم الفلسفة وهكذا</w:t>
      </w:r>
    </w:p>
    <w:p>
      <w:r>
        <w:t>هذا حقل معرف حقل معرفي</w:t>
      </w:r>
    </w:p>
    <w:p>
      <w:r>
        <w:t>لا علاقة له بالاطلاق الاول</w:t>
      </w:r>
    </w:p>
    <w:p>
      <w:r>
        <w:t>جيد</w:t>
      </w:r>
    </w:p>
    <w:p>
      <w:r>
        <w:t>هذا هو الاطلاق الثاني</w:t>
      </w:r>
    </w:p>
    <w:p>
      <w:r>
        <w:t>الاطلاق الثالث ذلك العلم الذي نقسمه الى تصور وتصديق</w:t>
      </w:r>
    </w:p>
    <w:p>
      <w:r>
        <w:t>ها مرة نقول العلم ينقسم الى تصوير وتصديق</w:t>
      </w:r>
    </w:p>
    <w:p>
      <w:r>
        <w:t>اذا كنا في الحكم تصديق اذا ما كان حكم التصور</w:t>
      </w:r>
    </w:p>
    <w:p>
      <w:r>
        <w:t>اين هذا العلم? ذلك المعلوم بالذات</w:t>
      </w:r>
    </w:p>
    <w:p>
      <w:r>
        <w:t>ذلك المعلوم بالذات</w:t>
      </w:r>
    </w:p>
    <w:p>
      <w:r>
        <w:t>اذا العلم تكيف نفساني قلت لك تتلألأ فيها الأشياء هذه الأشياء اذا قسمتها انت التقسيم الفني هذا هو العلم الحصولي تقسمه الى تصور وتصديق هذا كالعلم الذي ينقسم الى التصوف والتصديق هذه كلها مع اه اطلاقات متباينة وان كانت متداخلة من بحيثية اخرى</w:t>
      </w:r>
    </w:p>
    <w:p>
      <w:r>
        <w:t>بحيثية اخرى نعم متداخلة</w:t>
      </w:r>
    </w:p>
    <w:p>
      <w:r>
        <w:t>ليست منفصلة ذلك الانفصال التام</w:t>
      </w:r>
    </w:p>
    <w:p>
      <w:r>
        <w:t>لكن في النشاط المعرفي</w:t>
      </w:r>
    </w:p>
    <w:p>
      <w:r>
        <w:t>مرة يقول العلم ويريد الكيف النفساني</w:t>
      </w:r>
    </w:p>
    <w:p>
      <w:r>
        <w:t>مرة يريد العلم ويريد العلم الحصول الذي يقسمنا تصور الصديق وهو المعلوم بالذات</w:t>
      </w:r>
    </w:p>
    <w:p>
      <w:r>
        <w:t>مرايق العلم النحو</w:t>
      </w:r>
    </w:p>
    <w:p>
      <w:r>
        <w:t>هذا العلم صعب</w:t>
      </w:r>
    </w:p>
    <w:p>
      <w:r>
        <w:t>هذا العلم يتمدد يعني يشت يتوسع مثل علم الأصول حتى بعض المراجع اشتكى من آآ من الإنتفاخ هذا الحقل المعرفي الحقل المعرفي انظر هنا ماذا يقول آآ لعل من حل آآ الله عليه وهل احدهما من المضاف فالاخر كذلك من المضاف ويعاند بان العلم مضاف العلم مضاف ما معناه? يعني العلم له متعلق يضاف الى المعلوم نعم والنحو ليس من المضاف النحو هنا ما يقصد يقصد النحوك وقواعد كقواعد علمية ندرسها في الحوزة وفي الجامعة هذا علم حصول</w:t>
      </w:r>
    </w:p>
    <w:p>
      <w:r>
        <w:t>علم حصولي لان هناك يعرفون يدللون اذا احتاج الى هذا علم حصولي تصوير وتصديق مرة لا نريد النحو كعلم كلي يعني موضوع ومسائل ومنهجية و غاية خاصة هذا حقل معرفي</w:t>
      </w:r>
    </w:p>
    <w:p>
      <w:r>
        <w:t>هنا اذن اه فيه ارباك وفيه آآ خراب</w:t>
      </w:r>
    </w:p>
    <w:p>
      <w:r>
        <w:t>والنحو ليس من المضاف كحقل معرفي نعم</w:t>
      </w:r>
    </w:p>
    <w:p>
      <w:r>
        <w:t>وهو باطن عند التأمل</w:t>
      </w:r>
    </w:p>
    <w:p>
      <w:r>
        <w:t>نعم</w:t>
      </w:r>
    </w:p>
    <w:p>
      <w:r>
        <w:t>فالنحو اذا آآ ركز كحقل معرفي هنا التباين</w:t>
      </w:r>
    </w:p>
    <w:p>
      <w:r>
        <w:t>لا مضاف ولا يحزن</w:t>
      </w:r>
    </w:p>
    <w:p>
      <w:r>
        <w:t>النحو بوصفه اه ندرسه كتركيبات قضوية او مثلا كمفردات ونيصر العلم الحصولي</w:t>
      </w:r>
    </w:p>
    <w:p>
      <w:r>
        <w:t>العلم الحصولي فيصير مضافا لأنه يؤدي بك الى معلومات</w:t>
      </w:r>
    </w:p>
    <w:p>
      <w:r>
        <w:t>نعم</w:t>
      </w:r>
    </w:p>
    <w:p>
      <w:r>
        <w:t>وان كان النحو لا يؤدي بك معلومات من النحو معايير كالمنطق</w:t>
      </w:r>
    </w:p>
    <w:p>
      <w:r>
        <w:t>لا اريد ان ادقق كثيرا في هذه الأمور</w:t>
      </w:r>
    </w:p>
    <w:p>
      <w:r>
        <w:t>ان شاء الله في في محله ان شاء الله</w:t>
      </w:r>
    </w:p>
    <w:p>
      <w:r>
        <w:t>وهل اضافتهما بحرف واحد? او بنحو واحد ويعاند بان القنية جنس للعلم</w:t>
      </w:r>
    </w:p>
    <w:p>
      <w:r>
        <w:t>والقنيا قنية للمقتني والعلم علم بالمعلوم</w:t>
      </w:r>
    </w:p>
    <w:p>
      <w:r>
        <w:t>نعم</w:t>
      </w:r>
    </w:p>
    <w:p>
      <w:r>
        <w:t>يعني هذه كلها اه اضافات</w:t>
      </w:r>
    </w:p>
    <w:p>
      <w:r>
        <w:t>وهل الاظافي بحرف واحد ويعاند بان العلم علم بالمعلوم</w:t>
      </w:r>
    </w:p>
    <w:p>
      <w:r>
        <w:t>والمعلوم معلوم بالعلم</w:t>
      </w:r>
    </w:p>
    <w:p>
      <w:r>
        <w:t>هذه كلها تفننات جدلية</w:t>
      </w:r>
    </w:p>
    <w:p>
      <w:r>
        <w:t>اذا دققت فيها جدا ليست صحيحة</w:t>
      </w:r>
    </w:p>
    <w:p>
      <w:r>
        <w:t>ليست صحيحة</w:t>
      </w:r>
    </w:p>
    <w:p>
      <w:r>
        <w:t>وحتى الخرق الذي وقع فيه الجدل معليش الجدلي الجدلي</w:t>
      </w:r>
    </w:p>
    <w:p>
      <w:r>
        <w:t>يتصرف بكل شيء المهم انه يفحم الخصم ويثبت آآ معتقده وآآ منطلقاته</w:t>
      </w:r>
    </w:p>
    <w:p>
      <w:r>
        <w:t>وهل اذا ان كانت الاظافة من احدهما ذات وجهين ذات وجهين يعني من هذا الطرف ومن هذا الطرف</w:t>
      </w:r>
    </w:p>
    <w:p>
      <w:r>
        <w:t>نعم كالاب والابن</w:t>
      </w:r>
    </w:p>
    <w:p>
      <w:r>
        <w:t>فكذلك في الاخر مثل ان الواهب من الموهوب والموهوب له اه له فكذلك العطية</w:t>
      </w:r>
    </w:p>
    <w:p>
      <w:r>
        <w:t>العطية من المعطي والمعطي من وان كان الجنس من العوارض فهل يعرض لما يعرض له النوع ام لا? نعم نعم تقول آآ زيد انسان اذا زيدون حيوان</w:t>
      </w:r>
    </w:p>
    <w:p>
      <w:r>
        <w:t>نعم ليلى اذا ليس اه ليلة حيوان</w:t>
      </w:r>
    </w:p>
    <w:p>
      <w:r>
        <w:t>لماذا? لان في داخل الانسان الحيوانية</w:t>
      </w:r>
    </w:p>
    <w:p>
      <w:r>
        <w:t>نعم</w:t>
      </w:r>
    </w:p>
    <w:p>
      <w:r>
        <w:t>الا انه عروض اه عروض اراضي</w:t>
      </w:r>
    </w:p>
    <w:p>
      <w:r>
        <w:t>ليس اه العروض الذاتي</w:t>
      </w:r>
    </w:p>
    <w:p>
      <w:r>
        <w:t>الانسان في زيد بالذات والحيوانات تأتي بالاعراف</w:t>
      </w:r>
    </w:p>
    <w:p>
      <w:r>
        <w:t>نعم وان كان الجنس من العوارض فهل يعرض لما يعرض له النوع ام لا? نعم</w:t>
      </w:r>
    </w:p>
    <w:p>
      <w:r>
        <w:t>فان من قال ان الحياء جبن جبن فقط</w:t>
      </w:r>
    </w:p>
    <w:p>
      <w:r>
        <w:t>يعني من يستحي لا اذا كان في موضعه كان خيرا من جماليات الاخلاق</w:t>
      </w:r>
    </w:p>
    <w:p>
      <w:r>
        <w:t>نعم</w:t>
      </w:r>
    </w:p>
    <w:p>
      <w:r>
        <w:t>فقد اخطأ لان الحياة في القوة الفكرية والجبن في الغضبية</w:t>
      </w:r>
    </w:p>
    <w:p>
      <w:r>
        <w:t>يعني اه اه القوة تختلف</w:t>
      </w:r>
    </w:p>
    <w:p>
      <w:r>
        <w:t>يعني الحياة فضيلة اما الجبن لا ولذيذة</w:t>
      </w:r>
    </w:p>
    <w:p>
      <w:r>
        <w:t>وهل يقال الجنس على النوع على الاطلاق من جميع الوجوه? لا</w:t>
      </w:r>
    </w:p>
    <w:p>
      <w:r>
        <w:t>ليس من جميع الوجوه فقط من بعد الجنسي</w:t>
      </w:r>
    </w:p>
    <w:p>
      <w:r>
        <w:t>ما تقول آآ الانسان حيوان</w:t>
      </w:r>
    </w:p>
    <w:p>
      <w:r>
        <w:t>هل الحيوان يسري في جميع مكونات الانسان? لا</w:t>
      </w:r>
    </w:p>
    <w:p>
      <w:r>
        <w:t>يسري فقط ذات ممتدة نامية حساسة متحركة بالارادة</w:t>
      </w:r>
    </w:p>
    <w:p>
      <w:r>
        <w:t>يقف الناطق لا يطال الناطق</w:t>
      </w:r>
    </w:p>
    <w:p>
      <w:r>
        <w:t>وهل يقال الجنس على النوع على الاطلاق من جميع الوجوه? لا من جهة واحدة</w:t>
      </w:r>
    </w:p>
    <w:p>
      <w:r>
        <w:t>كمن جعل الحساس جنسا للانسان</w:t>
      </w:r>
    </w:p>
    <w:p>
      <w:r>
        <w:t>والحساس يقال عليه على الإنسان لبعض اجزائه</w:t>
      </w:r>
    </w:p>
    <w:p>
      <w:r>
        <w:t>وكذلك ليس المحسوص جنسا له لانه يقال عليه من جهة بدنه فقط</w:t>
      </w:r>
    </w:p>
    <w:p>
      <w:r>
        <w:t>نعم</w:t>
      </w:r>
    </w:p>
    <w:p>
      <w:r>
        <w:t>انسان حساس من جهة بدنه</w:t>
      </w:r>
    </w:p>
    <w:p>
      <w:r>
        <w:t>طبعا هنا في تسامحات اه الحس مم ما تم مجردة البدن ارضية فقط</w:t>
      </w:r>
    </w:p>
    <w:p>
      <w:r>
        <w:t>هذا في اه في بحث الادراك</w:t>
      </w:r>
    </w:p>
    <w:p>
      <w:r>
        <w:t>ادراك الحسي من اروع البحوث الى الان ما زالت الدراسات منتشرة ومستمرة في ادراك الحسي</w:t>
      </w:r>
    </w:p>
    <w:p>
      <w:r>
        <w:t>نعم</w:t>
      </w:r>
    </w:p>
    <w:p>
      <w:r>
        <w:t>وهل وضع افضل الظدين في اخص الجنسين الى غير ذلك من المواضع المذكورة في التعليم الاول</w:t>
      </w:r>
    </w:p>
    <w:p>
      <w:r>
        <w:t>التعليم الاول يعني كتاب نعم</w:t>
      </w:r>
    </w:p>
    <w:p>
      <w:r>
        <w:t>مواضع الجنس مع الفسي يأتي ان شاء الله</w:t>
      </w:r>
    </w:p>
    <w:p>
      <w:r>
        <w:t>واللهم صل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