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يا الله 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الى هذه الفقرة مواضع مع الفصل هنا يدخل الفصل في استخدامات الجدل</w:t>
      </w:r>
    </w:p>
    <w:p>
      <w:r>
        <w:t>قال وفي الفصل هل هو كنوع له? نعم? وهل هو مقسم لجنسين متباهين? لا مقسم لجنس واحد لا يمكن ان يقسم الجنسينج</w:t>
      </w:r>
    </w:p>
    <w:p>
      <w:r>
        <w:t>فصل تابع لجنسه</w:t>
      </w:r>
    </w:p>
    <w:p>
      <w:r>
        <w:t>نعم</w:t>
      </w:r>
    </w:p>
    <w:p>
      <w:r>
        <w:t>وهل الجنس معقول على الفصل? نعم</w:t>
      </w:r>
    </w:p>
    <w:p>
      <w:r>
        <w:t>يقال على الفصل اه تقول الناطق حيوان</w:t>
      </w:r>
    </w:p>
    <w:p>
      <w:r>
        <w:t>وبعض الحيوان ناطق</w:t>
      </w:r>
    </w:p>
    <w:p>
      <w:r>
        <w:t>نعم يقال</w:t>
      </w:r>
    </w:p>
    <w:p>
      <w:r>
        <w:t>والفصل والفصل على النوع نعم الانسان ناطق</w:t>
      </w:r>
    </w:p>
    <w:p>
      <w:r>
        <w:t>نعم وبعض الناطق انسان</w:t>
      </w:r>
    </w:p>
    <w:p>
      <w:r>
        <w:t>وهل الجنس والنوع في مقولة? لا</w:t>
      </w:r>
    </w:p>
    <w:p>
      <w:r>
        <w:t>نعم في مقولة جنسية ارقى نعم</w:t>
      </w:r>
    </w:p>
    <w:p>
      <w:r>
        <w:t>الجوهر</w:t>
      </w:r>
    </w:p>
    <w:p>
      <w:r>
        <w:t>اما مطلقا لان النوع ينفصل بالناطق فيما قلت الجوهر نعم</w:t>
      </w:r>
    </w:p>
    <w:p>
      <w:r>
        <w:t>وهل احدهما مضاف والاخر غير مضاف? وهل يرتفع ترتفع طبيعة النوع بارتفاعه? نعم</w:t>
      </w:r>
    </w:p>
    <w:p>
      <w:r>
        <w:t>الفصل مضاف نعم م على مبنى مضاف الى الجنس</w:t>
      </w:r>
    </w:p>
    <w:p>
      <w:r>
        <w:t>وهل يرتفع ترتفع طبيعة النوع بارتفاعه? نعم لانها مكونة</w:t>
      </w:r>
    </w:p>
    <w:p>
      <w:r>
        <w:t>مكونة اساسية للنوع</w:t>
      </w:r>
    </w:p>
    <w:p>
      <w:r>
        <w:t>تختفي المكونات</w:t>
      </w:r>
    </w:p>
    <w:p>
      <w:r>
        <w:t>النوع يختفي</w:t>
      </w:r>
    </w:p>
    <w:p>
      <w:r>
        <w:t>انزع منطقيا الإنسان غادي يبقى لا شيء</w:t>
      </w:r>
    </w:p>
    <w:p>
      <w:r>
        <w:t>وهل يحمل الفصل على الجنس حمل كليا? لا</w:t>
      </w:r>
    </w:p>
    <w:p>
      <w:r>
        <w:t>بعض الجنس فصل</w:t>
      </w:r>
    </w:p>
    <w:p>
      <w:r>
        <w:t>بعض الحيوان ناطق</w:t>
      </w:r>
    </w:p>
    <w:p>
      <w:r>
        <w:t>لأن الإنسان بنحو كلي</w:t>
      </w:r>
    </w:p>
    <w:p>
      <w:r>
        <w:t>وبالعكس يعني هل يحمل الفصل على الحيوان كليا? حملا ذاتيا حملا ذاتيا يعني آآ حمل اولي المشهور له حمل شائع ليس حملا ذاتيا</w:t>
      </w:r>
    </w:p>
    <w:p>
      <w:r>
        <w:t>والنوع على الفصل بالوجهين كليا وبالحمل الاولي</w:t>
      </w:r>
    </w:p>
    <w:p>
      <w:r>
        <w:t>بالحمل الاول عند المشهور عند المشهور هو اه حمل حمل الشائع وليس بنحو الكلية لان الناطق من مصادق الناطق مثل الملائكة</w:t>
      </w:r>
    </w:p>
    <w:p>
      <w:r>
        <w:t>اقول من مواضع الفصل ما يخص به ما يخص الجنس ومنها ما يشارك به الجنس او النوع</w:t>
      </w:r>
    </w:p>
    <w:p>
      <w:r>
        <w:t>ولما كان الفصل كالخاص للجنس</w:t>
      </w:r>
    </w:p>
    <w:p>
      <w:r>
        <w:t>كالخاصة للجنس</w:t>
      </w:r>
    </w:p>
    <w:p>
      <w:r>
        <w:t>الخاصة امر براني</w:t>
      </w:r>
    </w:p>
    <w:p>
      <w:r>
        <w:t>والفصل بالنسبة للجنس</w:t>
      </w:r>
    </w:p>
    <w:p>
      <w:r>
        <w:t>كذلك امر براني حيوان تأتي الناطقية</w:t>
      </w:r>
    </w:p>
    <w:p>
      <w:r>
        <w:t>على المهوي الارستي</w:t>
      </w:r>
    </w:p>
    <w:p>
      <w:r>
        <w:t>عارض له لا يجوز ان يكون نوعا للجنس</w:t>
      </w:r>
    </w:p>
    <w:p>
      <w:r>
        <w:t>فننظر هل الجنس جنس للفاصل? ام لا لا ليس الجنس ليس جنسا للفصل</w:t>
      </w:r>
    </w:p>
    <w:p>
      <w:r>
        <w:t>الجنس جنسا للنوع جنس للنوع للنوع الانساني</w:t>
      </w:r>
    </w:p>
    <w:p>
      <w:r>
        <w:t>الفصل لا يندرج تحت الجنس</w:t>
      </w:r>
    </w:p>
    <w:p>
      <w:r>
        <w:t>تقول انسان حيوان ليس بناطقيته بل بعده الحيواني</w:t>
      </w:r>
    </w:p>
    <w:p>
      <w:r>
        <w:t>ومن مواضعه هل هو مقسم لجنسين متبائنين? لا ابدا</w:t>
      </w:r>
    </w:p>
    <w:p>
      <w:r>
        <w:t>الفصل يقسم الجنس الى انواع</w:t>
      </w:r>
    </w:p>
    <w:p>
      <w:r>
        <w:t>قلت لكم وظيفة الفصل بالنسبة الى جنسه تتمثل به واحد تقسيمه الناطق يقسمه لا انسان ولا انسان</w:t>
      </w:r>
    </w:p>
    <w:p>
      <w:r>
        <w:t>تحصيله يخرج من الابهام الى التحصل الانساني</w:t>
      </w:r>
    </w:p>
    <w:p>
      <w:r>
        <w:t>ناطق حيوان يصير انسان تحصل حقيقة انسانية</w:t>
      </w:r>
    </w:p>
    <w:p>
      <w:r>
        <w:t>يميز الحيوان في داخل الانسان عن الحمار وعن الفرس وما اشبه ذلك</w:t>
      </w:r>
    </w:p>
    <w:p>
      <w:r>
        <w:t>ومن مواضع يعني من منطلقاته من المعتقدات التي يبني عليها الجدلي</w:t>
      </w:r>
    </w:p>
    <w:p>
      <w:r>
        <w:t>هل هو مقسم لجنسين متباينين? لا</w:t>
      </w:r>
    </w:p>
    <w:p>
      <w:r>
        <w:t>والا لكان احد المتباينين هو الاخر</w:t>
      </w:r>
    </w:p>
    <w:p>
      <w:r>
        <w:t>ويجوز ان يكون الفصل مقول على الجنس وبالعكس</w:t>
      </w:r>
    </w:p>
    <w:p>
      <w:r>
        <w:t>لا لا يقسم جنسين يقسم جنس واحد الى انواع</w:t>
      </w:r>
    </w:p>
    <w:p>
      <w:r>
        <w:t>وان يكون الجنس والنوع تحت مقولة واحدة نعم مقولة جوهرية ولكن باعتبار جنسه</w:t>
      </w:r>
    </w:p>
    <w:p>
      <w:r>
        <w:t>النوع لا يكون تحت الجنس بفصله تحت مقولة واحدة مع الجنس</w:t>
      </w:r>
    </w:p>
    <w:p>
      <w:r>
        <w:t>يكون اه تحت تحت مقولة واحدة مثلا الجوهر لحيوانيته</w:t>
      </w:r>
    </w:p>
    <w:p>
      <w:r>
        <w:t>لحيواناته يعني الانسان جوهر يعني جوهر آآ الجنس لا اقول جوهر جنس الى جوهر امر واقعي جنس باعتبار حيوانيته وليس باعتبار ناطقيته</w:t>
      </w:r>
    </w:p>
    <w:p>
      <w:r>
        <w:t>وان يكون الجنس والنوع تحت مقولة واحدة نعم تحت مقولة واحدة مثلا جنسية</w:t>
      </w:r>
    </w:p>
    <w:p>
      <w:r>
        <w:t>ولكن ليس ببركة ناطقية</w:t>
      </w:r>
    </w:p>
    <w:p>
      <w:r>
        <w:t>الفصلية البركة الجنسية ولا يجوز ان يكون في مقولتين كالبياض والثلج نعم لا يمكن</w:t>
      </w:r>
    </w:p>
    <w:p>
      <w:r>
        <w:t>وهل احدهما مضاف والاخر غير مضاف? وذلك ممتنع لا يمكن</w:t>
      </w:r>
    </w:p>
    <w:p>
      <w:r>
        <w:t>والا لدخل تحت مقولته</w:t>
      </w:r>
    </w:p>
    <w:p>
      <w:r>
        <w:t>وهل طب ترتفوا طبيعة النوع بارتفاعه? كارتفاع الانسان بارتفاع الحيوان وبارتفاع الناطق لا بارتفاع الماشي نعم الفصل لان البحث هنا عن الفصل وفي الفصل الفصل مكونة مكونات النوع اذا اختفت يختفي النوع</w:t>
      </w:r>
    </w:p>
    <w:p>
      <w:r>
        <w:t>واضحة جدا</w:t>
      </w:r>
    </w:p>
    <w:p>
      <w:r>
        <w:t>ولا يجوز ان يحمل الفصل على الجنس حملا كليا? نعم</w:t>
      </w:r>
    </w:p>
    <w:p>
      <w:r>
        <w:t>لا يمكن</w:t>
      </w:r>
    </w:p>
    <w:p>
      <w:r>
        <w:t>اذا حمل حمل كليا نقع في ارباك وجوده</w:t>
      </w:r>
    </w:p>
    <w:p>
      <w:r>
        <w:t>كيف? اذا كان الجن الفصل يحمل كليا على الحيوان</w:t>
      </w:r>
    </w:p>
    <w:p>
      <w:r>
        <w:t>نعم</w:t>
      </w:r>
    </w:p>
    <w:p>
      <w:r>
        <w:t>تقول كل حيوان فصل</w:t>
      </w:r>
    </w:p>
    <w:p>
      <w:r>
        <w:t>الأسد ما هو اه كله حيوان ناطق</w:t>
      </w:r>
    </w:p>
    <w:p>
      <w:r>
        <w:t>لا حيوان ام لا? فيكون الأسد ناطقا فالاسد انسان وليس بانسان هذا هو الارباك الوجودي هذا هو الارباك الوجودي النظم التحققي والنظم الوجودي لا يمكن ان تكون الحقيقة في داخلها لا يمكن ان يكون في فصلان متباينان</w:t>
      </w:r>
    </w:p>
    <w:p>
      <w:r>
        <w:t>تداخل الفصول لا</w:t>
      </w:r>
    </w:p>
    <w:p>
      <w:r>
        <w:t>تداخل الفصول</w:t>
      </w:r>
    </w:p>
    <w:p>
      <w:r>
        <w:t>اذا بنينا على التداخل الفصول العرضية</w:t>
      </w:r>
    </w:p>
    <w:p>
      <w:r>
        <w:t>نعم يعني انت عندك ماء ونار</w:t>
      </w:r>
    </w:p>
    <w:p>
      <w:r>
        <w:t>هذا الانسان امامك حيا انسان ما تعرف</w:t>
      </w:r>
    </w:p>
    <w:p>
      <w:r>
        <w:t>ما تعرف</w:t>
      </w:r>
    </w:p>
    <w:p>
      <w:r>
        <w:t>اذا هذه امور كلها مبنية على النظم الانطلوجي على النظم الوجودي</w:t>
      </w:r>
    </w:p>
    <w:p>
      <w:r>
        <w:t>ولا يجوز ان يحمى يحمل الفصل على الجنس حمل كليا</w:t>
      </w:r>
    </w:p>
    <w:p>
      <w:r>
        <w:t>تقول كل حيوان نطق ابدا</w:t>
      </w:r>
    </w:p>
    <w:p>
      <w:r>
        <w:t>بعض الحيوان الذي هو انسان ناطق</w:t>
      </w:r>
    </w:p>
    <w:p>
      <w:r>
        <w:t>والا لكان مساويا له</w:t>
      </w:r>
    </w:p>
    <w:p>
      <w:r>
        <w:t>نعم</w:t>
      </w:r>
    </w:p>
    <w:p>
      <w:r>
        <w:t>حيوان مساويا منطقيا</w:t>
      </w:r>
    </w:p>
    <w:p>
      <w:r>
        <w:t>فاينما يكون الحيوان في الفرس في الحمار في الاسد في الفيل تكون الناطقية</w:t>
      </w:r>
    </w:p>
    <w:p>
      <w:r>
        <w:t>فتتداخل الفصول</w:t>
      </w:r>
    </w:p>
    <w:p>
      <w:r>
        <w:t>الحمار عنده فصل الناهقية مثلا وعندن ناطقية</w:t>
      </w:r>
    </w:p>
    <w:p>
      <w:r>
        <w:t>فيأتي الحمار يجلس معك ويغوص</w:t>
      </w:r>
    </w:p>
    <w:p>
      <w:r>
        <w:t>تقول لهم انت ماذا تفعل هنا? يقول انا عندي الناطقين مثلك انت عندك الناطقين</w:t>
      </w:r>
    </w:p>
    <w:p>
      <w:r>
        <w:t>وعندي النهقية الزايدة</w:t>
      </w:r>
    </w:p>
    <w:p>
      <w:r>
        <w:t>ومنت ممكن عندك الناهقية كذلك</w:t>
      </w:r>
    </w:p>
    <w:p>
      <w:r>
        <w:t>بماذا تتميز عني ادرس? نعم</w:t>
      </w:r>
    </w:p>
    <w:p>
      <w:r>
        <w:t>يخرج الوجود يخرب ام لا? يخرب</w:t>
      </w:r>
    </w:p>
    <w:p>
      <w:r>
        <w:t>نعم</w:t>
      </w:r>
    </w:p>
    <w:p>
      <w:r>
        <w:t>والا لكان مساويا له</w:t>
      </w:r>
    </w:p>
    <w:p>
      <w:r>
        <w:t>مساويا نكتب مساويا في الصدق</w:t>
      </w:r>
    </w:p>
    <w:p>
      <w:r>
        <w:t>يعني اين من وجد الحيوان وين وجد الناطق? ان وجد الحيوان في الحمار</w:t>
      </w:r>
    </w:p>
    <w:p>
      <w:r>
        <w:t>الناطق يكون في الحمار</w:t>
      </w:r>
    </w:p>
    <w:p>
      <w:r>
        <w:t>فتجد الحمار يسوق سيارات وما شاء الله عليه ويبني حضارات ويبني عمارات نعم ويعمل الحروب وهكذا</w:t>
      </w:r>
    </w:p>
    <w:p>
      <w:r>
        <w:t>نعم</w:t>
      </w:r>
    </w:p>
    <w:p>
      <w:r>
        <w:t>فيكون الموسوي له وهو النوع مسوي للجنس هذا خلف يعني الانواع كلها تتداخل</w:t>
      </w:r>
    </w:p>
    <w:p>
      <w:r>
        <w:t>كلها اي نوع حيواني الحصان مثلا تجد فيه الحمارية الاسدية الانسانية كله</w:t>
      </w:r>
    </w:p>
    <w:p>
      <w:r>
        <w:t>وهذا خلاف المنطقي</w:t>
      </w:r>
    </w:p>
    <w:p>
      <w:r>
        <w:t>يعني ضرب للحكمة الالهية المطلقة</w:t>
      </w:r>
    </w:p>
    <w:p>
      <w:r>
        <w:t>ام ولا يجوز العكس وهو حمل الجنس على الالفاظ</w:t>
      </w:r>
    </w:p>
    <w:p>
      <w:r>
        <w:t>يعني تقول الناطق حيوان</w:t>
      </w:r>
    </w:p>
    <w:p>
      <w:r>
        <w:t>نعم اي نعم ولا يجوز العكس هو حمل الجنس على الفصل</w:t>
      </w:r>
    </w:p>
    <w:p>
      <w:r>
        <w:t>تقول آآ حمل الجنس على الفصل او ناطق تقول حيوان ناطق او الناطق حيوان اخر لكن حملا ذاتيا نعم لا يكون حملا ذاتيا</w:t>
      </w:r>
    </w:p>
    <w:p>
      <w:r>
        <w:t>يعني الفصل لا يدخل في صميم الحيوان</w:t>
      </w:r>
    </w:p>
    <w:p>
      <w:r>
        <w:t>اذا دخل في صميم الحيوان في هوية الحيوان حيث كان الحيوان كان الناطق معه كان سواء كان ناطقا او لاهقا فتتداخل الواقعية لا ندري هذا حمار ام يزن</w:t>
      </w:r>
    </w:p>
    <w:p>
      <w:r>
        <w:t>لجواز حمله عليه مطلقا يعني بنحو الكلية</w:t>
      </w:r>
    </w:p>
    <w:p>
      <w:r>
        <w:t>اما اما حملا ذاتيا فلا</w:t>
      </w:r>
    </w:p>
    <w:p>
      <w:r>
        <w:t>تقول شيخنا انت تقول اه الحم الحمل الاولي نعم انا اقول حيوانية انسانية هنا</w:t>
      </w:r>
    </w:p>
    <w:p>
      <w:r>
        <w:t>هذا هو الخلط</w:t>
      </w:r>
    </w:p>
    <w:p>
      <w:r>
        <w:t>هذا التفكيك بين الحيوان والناطق والانسان الذي حدث في المنطقي للفهم</w:t>
      </w:r>
    </w:p>
    <w:p>
      <w:r>
        <w:t>سرناه في النظم الخارجي</w:t>
      </w:r>
    </w:p>
    <w:p>
      <w:r>
        <w:t>فهمنا ان الحيوان في الانسان ذلك الحيوان العام</w:t>
      </w:r>
    </w:p>
    <w:p>
      <w:r>
        <w:t>لا ابدا حيوانية الانسان حيوانية انسانية</w:t>
      </w:r>
    </w:p>
    <w:p>
      <w:r>
        <w:t>حيوانية انسانية ما عندها علاقة بحيوانات</w:t>
      </w:r>
    </w:p>
    <w:p>
      <w:r>
        <w:t>الحمار وغير الحمار</w:t>
      </w:r>
    </w:p>
    <w:p>
      <w:r>
        <w:t>ولهذا اذا مات اداب الهية خاصة</w:t>
      </w:r>
    </w:p>
    <w:p>
      <w:r>
        <w:t>نعم</w:t>
      </w:r>
    </w:p>
    <w:p>
      <w:r>
        <w:t>يغسل ويكفن وو ويضعف في في التراب كيفية خاصة</w:t>
      </w:r>
    </w:p>
    <w:p>
      <w:r>
        <w:t>هناك الانسان لا الناطق راح</w:t>
      </w:r>
    </w:p>
    <w:p>
      <w:r>
        <w:t>انتقل الى نشأة برزقية</w:t>
      </w:r>
    </w:p>
    <w:p>
      <w:r>
        <w:t>بقي هذا البعد الحيواني فيه</w:t>
      </w:r>
    </w:p>
    <w:p>
      <w:r>
        <w:t>الحمار يغسل ويكفن لا</w:t>
      </w:r>
    </w:p>
    <w:p>
      <w:r>
        <w:t>يذوب في الارض وانتهى الامر</w:t>
      </w:r>
    </w:p>
    <w:p>
      <w:r>
        <w:t>نعم يقول ولا يجوز العكس وهو حمل الجنس على الفصل</w:t>
      </w:r>
    </w:p>
    <w:p>
      <w:r>
        <w:t>لكن حمل ذاتيا يعني لا يجوز الحمل الذاتي</w:t>
      </w:r>
    </w:p>
    <w:p>
      <w:r>
        <w:t>يعني الفصل لا يدخل في صميمه ايه الحيوان؟ لجواز حمله عليه مطلقا</w:t>
      </w:r>
    </w:p>
    <w:p>
      <w:r>
        <w:t>اما حملا ذاتيا فلا</w:t>
      </w:r>
    </w:p>
    <w:p>
      <w:r>
        <w:t>يعني الناطق يكون في صميم الحيوان</w:t>
      </w:r>
    </w:p>
    <w:p>
      <w:r>
        <w:t>من مكونات الحيوان</w:t>
      </w:r>
    </w:p>
    <w:p>
      <w:r>
        <w:t>لا الناطق كمال للحيوان</w:t>
      </w:r>
    </w:p>
    <w:p>
      <w:r>
        <w:t>والا لكان الجنس داخل في طبيعة الفصل</w:t>
      </w:r>
    </w:p>
    <w:p>
      <w:r>
        <w:t>والفصل داخل في طبيعتي الحيوان ويتسلل</w:t>
      </w:r>
    </w:p>
    <w:p>
      <w:r>
        <w:t>يتسلسل اكتبها</w:t>
      </w:r>
    </w:p>
    <w:p>
      <w:r>
        <w:t>تخيل انت الآن الفصل يعني الناطق في صميم الحيوان</w:t>
      </w:r>
    </w:p>
    <w:p>
      <w:r>
        <w:t>الحيوان جنس ام لا? الفصل يصدق عليه انه جنس</w:t>
      </w:r>
    </w:p>
    <w:p>
      <w:r>
        <w:t>يحتاج الى من يميزه</w:t>
      </w:r>
    </w:p>
    <w:p>
      <w:r>
        <w:t>بفصل الفصل داخل الحيوان يحتاج الى مميز هذا المميز الجديد للفصل داخل الحيوان يحتاج الى مميز ولا نقف في الفصل المميز</w:t>
      </w:r>
    </w:p>
    <w:p>
      <w:r>
        <w:t>ونقع في التسلسل واضحة جدا</w:t>
      </w:r>
    </w:p>
    <w:p>
      <w:r>
        <w:t>وهل يحمل النوع على الفصل بالوجهين? يعني الكل والجزئي فانه لا يجوز ان يحمل النوع على الفصل على انه ذاتي له</w:t>
      </w:r>
    </w:p>
    <w:p>
      <w:r>
        <w:t>نعم</w:t>
      </w:r>
    </w:p>
    <w:p>
      <w:r>
        <w:t>هل وهل يحمل النور على الفص بالوجهين? يعني بال والبعضية فانه لا يجوز ان يحمل النوع على الفصل على انه ذاتي له</w:t>
      </w:r>
    </w:p>
    <w:p>
      <w:r>
        <w:t>لان الفصل الذاتي للنوع لا النوع الذاتي للفصل</w:t>
      </w:r>
    </w:p>
    <w:p>
      <w:r>
        <w:t>نعم</w:t>
      </w:r>
    </w:p>
    <w:p>
      <w:r>
        <w:t>ماذا على مبنى القوم? نعم لانهم خلطوا بين التحليل في النظم المنطقي مع اه الحقيقة المثالية</w:t>
      </w:r>
    </w:p>
    <w:p>
      <w:r>
        <w:t>لا ابدا لا ابدا الناطقية هنا ناطقية انسانية</w:t>
      </w:r>
    </w:p>
    <w:p>
      <w:r>
        <w:t>ليس منطقية</w:t>
      </w:r>
    </w:p>
    <w:p>
      <w:r>
        <w:t>منطقية عامة</w:t>
      </w:r>
    </w:p>
    <w:p>
      <w:r>
        <w:t>اعيد التطبيق لانه دقيق</w:t>
      </w:r>
    </w:p>
    <w:p>
      <w:r>
        <w:t>وهل يحمل النور على الف تقول الناطق انسان</w:t>
      </w:r>
    </w:p>
    <w:p>
      <w:r>
        <w:t>بالوجهين يعني بنحو الكلية او البعضية</w:t>
      </w:r>
    </w:p>
    <w:p>
      <w:r>
        <w:t>فانه لا يجوز ان يحمل النوع على الفصل تكون الناطق آآ انسان على انه ذاتي له</w:t>
      </w:r>
    </w:p>
    <w:p>
      <w:r>
        <w:t>واول ماذا يقولون؟ يعني انت اذا قلت الناطق انسان</w:t>
      </w:r>
    </w:p>
    <w:p>
      <w:r>
        <w:t>هل الانسان من مكونات آآ آآ الناطق يعني الناطق له مكونات من مكوناته الناطق آآ الان يعني ذات مقوم لا لا يمكن</w:t>
      </w:r>
    </w:p>
    <w:p>
      <w:r>
        <w:t>الفصل الذاتي مقوم وليس اللغة</w:t>
      </w:r>
    </w:p>
    <w:p>
      <w:r>
        <w:t>النوع ليس ذاتيا مقوما للفصل</w:t>
      </w:r>
    </w:p>
    <w:p>
      <w:r>
        <w:t>الفصل بسيط</w:t>
      </w:r>
    </w:p>
    <w:p>
      <w:r>
        <w:t>اما الفصل مقاوم للنوع</w:t>
      </w:r>
    </w:p>
    <w:p>
      <w:r>
        <w:t>في داخل النوع</w:t>
      </w:r>
    </w:p>
    <w:p>
      <w:r>
        <w:t>يريد يبين هذه النكتة</w:t>
      </w:r>
    </w:p>
    <w:p>
      <w:r>
        <w:t>فانه لا جزء يحمل النوع على الفصل على انه ذاتي له</w:t>
      </w:r>
    </w:p>
    <w:p>
      <w:r>
        <w:t>طبعا الانسان ليس من مقومات الفصل</w:t>
      </w:r>
    </w:p>
    <w:p>
      <w:r>
        <w:t>الفصل من مقومات النوع</w:t>
      </w:r>
    </w:p>
    <w:p>
      <w:r>
        <w:t>فالانسان ليس من مقومات الناطق الناطق من مقومات الانسان</w:t>
      </w:r>
    </w:p>
    <w:p>
      <w:r>
        <w:t>لان الفصل الذاتي للنوع لا النوع الذاتي للفصل</w:t>
      </w:r>
    </w:p>
    <w:p>
      <w:r>
        <w:t>واضحة جدا ولا يجوز حمله عليه حملا كليا</w:t>
      </w:r>
    </w:p>
    <w:p>
      <w:r>
        <w:t>نعم</w:t>
      </w:r>
    </w:p>
    <w:p>
      <w:r>
        <w:t>تقول بعض الناطق انسان لأن الملائكة تدرك كما يدرك الإنسان</w:t>
      </w:r>
    </w:p>
    <w:p>
      <w:r>
        <w:t>يصدق عليها عنوان الناطق</w:t>
      </w:r>
    </w:p>
    <w:p>
      <w:r>
        <w:t>لأن الفصل اعم النوع الفصل ناطق يصدق حتى على الملائكة</w:t>
      </w:r>
    </w:p>
    <w:p>
      <w:r>
        <w:t>بمعنى الادراك اهم من النوع من حيث المفهوم</w:t>
      </w:r>
    </w:p>
    <w:p>
      <w:r>
        <w:t>من حيث المفهوم</w:t>
      </w:r>
    </w:p>
    <w:p>
      <w:r>
        <w:t>انظر يعني آآ علماؤنا يلتفتون هذا الخلط بين النظم المنطقي والنظمة لماذا تقول من حيث المفهوم؟ يعني يقول في النظم المنطقي</w:t>
      </w:r>
    </w:p>
    <w:p>
      <w:r>
        <w:t>اذا هو فاهم التفكيك رحمة الله الاعلام المحلي</w:t>
      </w:r>
    </w:p>
    <w:p>
      <w:r>
        <w:t>فاهم التفكيك الى انه غرق في الخلط</w:t>
      </w:r>
    </w:p>
    <w:p>
      <w:r>
        <w:t>نعم</w:t>
      </w:r>
    </w:p>
    <w:p>
      <w:r>
        <w:t>لان هذه الامور تبينت مع الزمن</w:t>
      </w:r>
    </w:p>
    <w:p>
      <w:r>
        <w:t>نعم</w:t>
      </w:r>
    </w:p>
    <w:p>
      <w:r>
        <w:t>من النوع من حيث المفهوم يعني في النظم المنطقي في غير النوم المنطقي في النظم المثالي او التحققي حقيقة واحدة حقيقة واحدة اولا الحمل الاولي والخاص لا يحمل على جميع افراد بالعام نعم خاص لا يحمل على جميع افراد العالم بل يحمل على دائرة من دوائر العام</w:t>
      </w:r>
    </w:p>
    <w:p>
      <w:r>
        <w:t>نعم</w:t>
      </w:r>
    </w:p>
    <w:p>
      <w:r>
        <w:t>مواضع الخاصة</w:t>
      </w:r>
    </w:p>
    <w:p>
      <w:r>
        <w:t>الخاصة هي التي تميز خارجيا</w:t>
      </w:r>
    </w:p>
    <w:p>
      <w:r>
        <w:t>ولازمة لمن للطبيعة</w:t>
      </w:r>
    </w:p>
    <w:p>
      <w:r>
        <w:t>قال ومن مواضيع الخاصة هل هي مساوية او اعم? او لاحقة مطلقة او بشرط? وهل اورد غيرها بدلها كالموظوع مثلا في حمل الانسان على الكاتب او الفصل آآ الفصلنا لو اعطى المثال لانك انت في آآ في سياق المثال في حلم الانسان على الكاتب او الناطق على الكاتب</w:t>
      </w:r>
    </w:p>
    <w:p>
      <w:r>
        <w:t>نعم هكذا يجب ان تكون العبارة</w:t>
      </w:r>
    </w:p>
    <w:p>
      <w:r>
        <w:t>مثلا انت في المثال شيخنا العزيز تقول في حمل الانسان على الكذب</w:t>
      </w:r>
    </w:p>
    <w:p>
      <w:r>
        <w:t>تقول الكاتب سان فصل تقول الكاتبون ينطقون</w:t>
      </w:r>
    </w:p>
    <w:p>
      <w:r>
        <w:t>وهل هي جيدة? اي بينة يمكن ان يعرف الموضوع بها</w:t>
      </w:r>
    </w:p>
    <w:p>
      <w:r>
        <w:t>جيدة هنا ليس بالمعنى الاخلاقي</w:t>
      </w:r>
    </w:p>
    <w:p>
      <w:r>
        <w:t>بالمعنى المعرفي</w:t>
      </w:r>
    </w:p>
    <w:p>
      <w:r>
        <w:t>وهل هي مميزة تميزا كليا او جزئيا? وهل هي مركبة ام بسيطة? نعم هي وجود ربي حتما بسيطة</w:t>
      </w:r>
    </w:p>
    <w:p>
      <w:r>
        <w:t>معنى التركيب اذا كان هناك تركيب تركيب صناعي</w:t>
      </w:r>
    </w:p>
    <w:p>
      <w:r>
        <w:t>تركيب تحليلي في النظم المنطقي</w:t>
      </w:r>
    </w:p>
    <w:p>
      <w:r>
        <w:t>وتركيبها من الخواص او من الاعراض العامة</w:t>
      </w:r>
    </w:p>
    <w:p>
      <w:r>
        <w:t>وهل هي للموضوع بحيث لا لو لم تكن للموضوع لك انت خاصة لغيره يعني عامة كما يقال للنار انها اخف العناصر وفي المشهور يجب ان تكون خاصة الاشد اشد وخاصة الظد ضد الخاصة هذيا الغاز يلقيها عليك من اه المحقق الطوسي رحمة الله عليه</w:t>
      </w:r>
    </w:p>
    <w:p>
      <w:r>
        <w:t>دقق ماذا يقول العلماء الحلي اه رحمة الله عليه</w:t>
      </w:r>
    </w:p>
    <w:p>
      <w:r>
        <w:t>اقول هذه مواضع الخاصة الخاصة</w:t>
      </w:r>
    </w:p>
    <w:p>
      <w:r>
        <w:t>فمها جيدا بعدما تنعقد الذات والهوية بالجنس والفصل تأتي نوبة خاصة خارج الذات</w:t>
      </w:r>
    </w:p>
    <w:p>
      <w:r>
        <w:t>مثل التعجب</w:t>
      </w:r>
    </w:p>
    <w:p>
      <w:r>
        <w:t>انعقد الانسان بالحيوان الناطق تمت هويته حينها يتعجب ويضحك</w:t>
      </w:r>
    </w:p>
    <w:p>
      <w:r>
        <w:t>اذا الخاصة للطبيعة لكن بعد انعقاد الهوية الطبيعية</w:t>
      </w:r>
    </w:p>
    <w:p>
      <w:r>
        <w:t>نعم</w:t>
      </w:r>
    </w:p>
    <w:p>
      <w:r>
        <w:t>اقول هذه مواضعي الخاصة يعني منطلقاتي الخاصة الذي ينطلق منها الجدلي</w:t>
      </w:r>
    </w:p>
    <w:p>
      <w:r>
        <w:t>بعضها مختص بها مختص بالخاصة وبعضها مشترك بين الخاصة وبين الحد</w:t>
      </w:r>
    </w:p>
    <w:p>
      <w:r>
        <w:t>نعم حد يعني التعريف</w:t>
      </w:r>
    </w:p>
    <w:p>
      <w:r>
        <w:t>والخاصة ينبغي ان تكون مساوية</w:t>
      </w:r>
    </w:p>
    <w:p>
      <w:r>
        <w:t>يجب ان تكون مساوية</w:t>
      </w:r>
    </w:p>
    <w:p>
      <w:r>
        <w:t>مساوية في الصدق</w:t>
      </w:r>
    </w:p>
    <w:p>
      <w:r>
        <w:t>والا انقلبت عرضيا عاما</w:t>
      </w:r>
    </w:p>
    <w:p>
      <w:r>
        <w:t>نعم</w:t>
      </w:r>
    </w:p>
    <w:p>
      <w:r>
        <w:t>ما معنى مساوية? يعني اينما كان الانسان في سريانه الصدقي كانت معه الخاصة</w:t>
      </w:r>
    </w:p>
    <w:p>
      <w:r>
        <w:t>سلفي طه فطه يتعجب</w:t>
      </w:r>
    </w:p>
    <w:p>
      <w:r>
        <w:t>سلا في ليلة تقول لي شيخنا لا لا يتعجب لا خطأ</w:t>
      </w:r>
    </w:p>
    <w:p>
      <w:r>
        <w:t>ليلة تتعجب كذلك</w:t>
      </w:r>
    </w:p>
    <w:p>
      <w:r>
        <w:t>ولهذا على هذا اغنية النكتة</w:t>
      </w:r>
    </w:p>
    <w:p>
      <w:r>
        <w:t>لماذا الانسان يتحدث بالنكتة</w:t>
      </w:r>
    </w:p>
    <w:p>
      <w:r>
        <w:t>حتى يضحك الاخرين</w:t>
      </w:r>
    </w:p>
    <w:p>
      <w:r>
        <w:t>فاذا سريان الانسان في هذه المصادق سريان الخاصة والتعجب</w:t>
      </w:r>
    </w:p>
    <w:p>
      <w:r>
        <w:t>وهذا الذي يصحح النكتة</w:t>
      </w:r>
    </w:p>
    <w:p>
      <w:r>
        <w:t>نعم</w:t>
      </w:r>
    </w:p>
    <w:p>
      <w:r>
        <w:t>فهذه النكتة التي تضحك او الطرفة كما يقولون مبنية على سريان هذه الخاصة التعجب في المصاديق</w:t>
      </w:r>
    </w:p>
    <w:p>
      <w:r>
        <w:t>انت اذا كان طه عنده تعجب ببركة انسانيته</w:t>
      </w:r>
    </w:p>
    <w:p>
      <w:r>
        <w:t>لان الخاصة للانسان سنا الانسان في طه سالت معه تعجب</w:t>
      </w:r>
    </w:p>
    <w:p>
      <w:r>
        <w:t>ثم سالا الانسان في ليلة والتعجب لم يسري</w:t>
      </w:r>
    </w:p>
    <w:p>
      <w:r>
        <w:t>ما يستطيع يحدثها بنكتة</w:t>
      </w:r>
    </w:p>
    <w:p>
      <w:r>
        <w:t>ويضحكها اذا كانت زوجته</w:t>
      </w:r>
    </w:p>
    <w:p>
      <w:r>
        <w:t>زوجته</w:t>
      </w:r>
    </w:p>
    <w:p>
      <w:r>
        <w:t>وهي لا يمكن</w:t>
      </w:r>
    </w:p>
    <w:p>
      <w:r>
        <w:t>لماذا? لان التعجب غير مشترك</w:t>
      </w:r>
    </w:p>
    <w:p>
      <w:r>
        <w:t>اذا هذه النكتة التي تراها في مبنية على هذا الأمر التكويني ان التعجب يسري في جميع مصاديق الإنسان</w:t>
      </w:r>
    </w:p>
    <w:p>
      <w:r>
        <w:t>لماذا? لأن التعجب خاصية للطبيعة وليس للشخص</w:t>
      </w:r>
    </w:p>
    <w:p>
      <w:r>
        <w:t>فأينما تكون الطبيعة يسري التعجب اينما تكون الطبيعة الإنسانية</w:t>
      </w:r>
    </w:p>
    <w:p>
      <w:r>
        <w:t>يصل التعجب هذا هو التساوي</w:t>
      </w:r>
    </w:p>
    <w:p>
      <w:r>
        <w:t>تس الصدق</w:t>
      </w:r>
    </w:p>
    <w:p>
      <w:r>
        <w:t>نعم</w:t>
      </w:r>
    </w:p>
    <w:p>
      <w:r>
        <w:t>والخاصة ينبغي ان تكون مساوية</w:t>
      </w:r>
    </w:p>
    <w:p>
      <w:r>
        <w:t>والا لم تكن خاصة حقيقية</w:t>
      </w:r>
    </w:p>
    <w:p>
      <w:r>
        <w:t>نعم</w:t>
      </w:r>
    </w:p>
    <w:p>
      <w:r>
        <w:t>هذه خاصة مجازية</w:t>
      </w:r>
    </w:p>
    <w:p>
      <w:r>
        <w:t>ولوجودها في غير ما هي خاصة له</w:t>
      </w:r>
    </w:p>
    <w:p>
      <w:r>
        <w:t>يعني اذا سالت الطبيعة الانسانية في طه واعطته التعجب وسارت في ليلة ونزعتها لها التعجب هذه ليست خاصة</w:t>
      </w:r>
    </w:p>
    <w:p>
      <w:r>
        <w:t>ليس الطبيعة الانسانية تخلفت وكل ما تخلف ليس بمخاصة</w:t>
      </w:r>
    </w:p>
    <w:p>
      <w:r>
        <w:t>على ظلم فك نعم</w:t>
      </w:r>
    </w:p>
    <w:p>
      <w:r>
        <w:t>فننظر انظر هل هي مساوية لما جعلت خاصة له او اعم? هي مساوية في الصدق وهل هي لاحقة له مطلقا او بشرط كالتعجب والضحك? نعم</w:t>
      </w:r>
    </w:p>
    <w:p>
      <w:r>
        <w:t>وهل ورد غيرها بدلها كما اريد الموضوع مثلا كمن يجعل الانسان خاصة كاتب</w:t>
      </w:r>
    </w:p>
    <w:p>
      <w:r>
        <w:t>والحق العكس الكاتب وليس الكاتب</w:t>
      </w:r>
    </w:p>
    <w:p>
      <w:r>
        <w:t>الصحيح هو الكتابة</w:t>
      </w:r>
    </w:p>
    <w:p>
      <w:r>
        <w:t>الكاتب هو ذات لها الكتابة</w:t>
      </w:r>
    </w:p>
    <w:p>
      <w:r>
        <w:t>صحح يصحح المسامحات انا اسميها المسامحة المسامحات المنتشرة</w:t>
      </w:r>
    </w:p>
    <w:p>
      <w:r>
        <w:t>ليس الكاتب</w:t>
      </w:r>
    </w:p>
    <w:p>
      <w:r>
        <w:t>الكاتب ذاته لها مبدأ الاشتقاق</w:t>
      </w:r>
    </w:p>
    <w:p>
      <w:r>
        <w:t>لا الكتابة</w:t>
      </w:r>
    </w:p>
    <w:p>
      <w:r>
        <w:t>نعم</w:t>
      </w:r>
    </w:p>
    <w:p>
      <w:r>
        <w:t>وهل اورد غيره بدلها كما يلغي الموضوع مثلا الانسان في بدل الكتابة</w:t>
      </w:r>
    </w:p>
    <w:p>
      <w:r>
        <w:t>كمن كمن يجعل الانسان خاصة للكاتب او للكتابة</w:t>
      </w:r>
    </w:p>
    <w:p>
      <w:r>
        <w:t>والحق العكس كتابة خاصة للانسان</w:t>
      </w:r>
    </w:p>
    <w:p>
      <w:r>
        <w:t>الحمار لا يكتب</w:t>
      </w:r>
    </w:p>
    <w:p>
      <w:r>
        <w:t>او ما يكون داخل في الماهية بدلها كالفصل</w:t>
      </w:r>
    </w:p>
    <w:p>
      <w:r>
        <w:t>يعني نأتي بالفصل بدلا من من الخاصة</w:t>
      </w:r>
    </w:p>
    <w:p>
      <w:r>
        <w:t>كمن جعل الناطق خاصة للانسان</w:t>
      </w:r>
    </w:p>
    <w:p>
      <w:r>
        <w:t>وبالتالي اه خاصة كذلك للتعجب</w:t>
      </w:r>
    </w:p>
    <w:p>
      <w:r>
        <w:t>وننظر هل هي خاصة جيدة? جيدة هنا الجودة المعرفية وليس الجودة العرفية اي بينة صالحة للتعريف وهذا مشترك بينها وبين الحاج</w:t>
      </w:r>
    </w:p>
    <w:p>
      <w:r>
        <w:t>وكذلك هي مميزة تمييزا كليا او جزئيا وهو مشترك ايضا</w:t>
      </w:r>
    </w:p>
    <w:p>
      <w:r>
        <w:t>نعم</w:t>
      </w:r>
    </w:p>
    <w:p>
      <w:r>
        <w:t>وهل هي بسيطة او مركبة? كل عرض بسيطة خذها قاعدة لانها تعينات</w:t>
      </w:r>
    </w:p>
    <w:p>
      <w:r>
        <w:t>اذا رأيت عرضيا عما خاصا مركبا فهذا التركيب تركيب في النظم المنطقي</w:t>
      </w:r>
    </w:p>
    <w:p>
      <w:r>
        <w:t>تركيب صناعي</w:t>
      </w:r>
    </w:p>
    <w:p>
      <w:r>
        <w:t>لان كل التعينات خارج الذات كلها وجودات ربطية نعم بسيطة لا هوية لها اصلا</w:t>
      </w:r>
    </w:p>
    <w:p>
      <w:r>
        <w:t>وهل هي بسيطة او مركبة وتركيبها هل هو من الخواص? بان تولد ما بان تولد بخاصتين معا على خاصة واحدة كمن يقول خاصة النار انها اخف الاجسام وان اه طرفها او من الاعراض العامة او العرضيات العامة الصحيحة</w:t>
      </w:r>
    </w:p>
    <w:p>
      <w:r>
        <w:t>تقول ان الخفاش هو الطائر الولود</w:t>
      </w:r>
    </w:p>
    <w:p>
      <w:r>
        <w:t>نعم</w:t>
      </w:r>
    </w:p>
    <w:p>
      <w:r>
        <w:t>فقط الخفاش الطائر الولود هذه عامة مرضي عام</w:t>
      </w:r>
    </w:p>
    <w:p>
      <w:r>
        <w:t>وهذه الخاصة للموضوع بحيث لو لم يكن الموضوع كانت خاصة لغيره</w:t>
      </w:r>
    </w:p>
    <w:p>
      <w:r>
        <w:t>كما يقال النار اخف العناصر فانها لو عدمت النار لصدقت الخاصة على الهواء</w:t>
      </w:r>
    </w:p>
    <w:p>
      <w:r>
        <w:t>نعم</w:t>
      </w:r>
    </w:p>
    <w:p>
      <w:r>
        <w:t>لان الهواء كذلك خفيف</w:t>
      </w:r>
    </w:p>
    <w:p>
      <w:r>
        <w:t>وفي مشهور يجب ان تكون خاصة الاشد اشد من خاصة الاضعاف</w:t>
      </w:r>
    </w:p>
    <w:p>
      <w:r>
        <w:t>تشكيكية</w:t>
      </w:r>
    </w:p>
    <w:p>
      <w:r>
        <w:t>سر هذا الاشدية لان العربية تكتبها هاديا لأن العربية وجودات ربطية يسري فيها التشكيك</w:t>
      </w:r>
    </w:p>
    <w:p>
      <w:r>
        <w:t>التشكيك يسري دائما في البعد العرضي</w:t>
      </w:r>
    </w:p>
    <w:p>
      <w:r>
        <w:t>هذه مسألة فلسفية ان ابينها كفائدة</w:t>
      </w:r>
    </w:p>
    <w:p>
      <w:r>
        <w:t>التشكيك يجري في العرب لا في الجوهر ولا في العراظ</w:t>
      </w:r>
    </w:p>
    <w:p>
      <w:r>
        <w:t>ولهذا يقولون وصف وصف للمحمول</w:t>
      </w:r>
    </w:p>
    <w:p>
      <w:r>
        <w:t>وبين لك هذه المسألة</w:t>
      </w:r>
    </w:p>
    <w:p>
      <w:r>
        <w:t>انت عندك انت الان واقعية خارجية</w:t>
      </w:r>
    </w:p>
    <w:p>
      <w:r>
        <w:t>بياضها شديد</w:t>
      </w:r>
    </w:p>
    <w:p>
      <w:r>
        <w:t>وواقعية اخرى بياضها ليس بشديد</w:t>
      </w:r>
    </w:p>
    <w:p>
      <w:r>
        <w:t>تفاوت ام لا? هنا التشكيك</w:t>
      </w:r>
    </w:p>
    <w:p>
      <w:r>
        <w:t>فتقول البياض مفهوم مشكك</w:t>
      </w:r>
    </w:p>
    <w:p>
      <w:r>
        <w:t>لا</w:t>
      </w:r>
    </w:p>
    <w:p>
      <w:r>
        <w:t>خطأ</w:t>
      </w:r>
    </w:p>
    <w:p>
      <w:r>
        <w:t>البياض ماهية</w:t>
      </w:r>
    </w:p>
    <w:p>
      <w:r>
        <w:t>ما هي لا ليست مشككة</w:t>
      </w:r>
    </w:p>
    <w:p>
      <w:r>
        <w:t>اذا اين الاشدية هنا? والغير اشدية? في البياض بما هو ناعس للجسم</w:t>
      </w:r>
    </w:p>
    <w:p>
      <w:r>
        <w:t>يعني بما هو عرضي</w:t>
      </w:r>
    </w:p>
    <w:p>
      <w:r>
        <w:t>فالابيضية</w:t>
      </w:r>
    </w:p>
    <w:p>
      <w:r>
        <w:t>البياض باعتبار نعطيه اسمه الابيض</w:t>
      </w:r>
    </w:p>
    <w:p>
      <w:r>
        <w:t>يعني الابيضية فالتشكيك لا في الجوهر ولا في العرب في العربية يعني في الابيضية</w:t>
      </w:r>
    </w:p>
    <w:p>
      <w:r>
        <w:t>نعم</w:t>
      </w:r>
    </w:p>
    <w:p>
      <w:r>
        <w:t>في الابيضية يعني في الوجود الناعك</w:t>
      </w:r>
    </w:p>
    <w:p>
      <w:r>
        <w:t>بقول المتأخرين وضع هذا المصطلح فعندنا بياض عرض وعندنا جسم مثلا كالقطن</w:t>
      </w:r>
    </w:p>
    <w:p>
      <w:r>
        <w:t>وعندنا صفة توصيف البياض للقطنة</w:t>
      </w:r>
    </w:p>
    <w:p>
      <w:r>
        <w:t>هذا هو الوجود الناعك</w:t>
      </w:r>
    </w:p>
    <w:p>
      <w:r>
        <w:t>وجود الناعث لا هوية له يسري فيه التشكيك</w:t>
      </w:r>
    </w:p>
    <w:p>
      <w:r>
        <w:t>شدة وضعه</w:t>
      </w:r>
    </w:p>
    <w:p>
      <w:r>
        <w:t>فالتشكيك ليس في البياض ولا في القطب</w:t>
      </w:r>
    </w:p>
    <w:p>
      <w:r>
        <w:t>في الاتصاف</w:t>
      </w:r>
    </w:p>
    <w:p>
      <w:r>
        <w:t>في الاتصاف</w:t>
      </w:r>
    </w:p>
    <w:p>
      <w:r>
        <w:t>من هناك يأتي الاشتقاق</w:t>
      </w:r>
    </w:p>
    <w:p>
      <w:r>
        <w:t>لا تقول القطن بياض</w:t>
      </w:r>
    </w:p>
    <w:p>
      <w:r>
        <w:t>لان القطن والبياظ عرظ تباين ذاتي</w:t>
      </w:r>
    </w:p>
    <w:p>
      <w:r>
        <w:t>النظمة التحققي</w:t>
      </w:r>
    </w:p>
    <w:p>
      <w:r>
        <w:t>الجوهر غير العرض</w:t>
      </w:r>
    </w:p>
    <w:p>
      <w:r>
        <w:t>ذاك ما هي قائمة بنفسه</w:t>
      </w:r>
    </w:p>
    <w:p>
      <w:r>
        <w:t>ذاك ما هي قائمة بغيره</w:t>
      </w:r>
    </w:p>
    <w:p>
      <w:r>
        <w:t>في تباين ذاتي</w:t>
      </w:r>
    </w:p>
    <w:p>
      <w:r>
        <w:t>اذا من حقق هذا الاتحاد? ذلك الاتصاف? الوجود الوجود الناعتي</w:t>
      </w:r>
    </w:p>
    <w:p>
      <w:r>
        <w:t>ولهذا تقول القطن بياض ام ابيض? ابيض الاشتقاق</w:t>
      </w:r>
    </w:p>
    <w:p>
      <w:r>
        <w:t>في الابيضية يكون القطن اشد اشد بياضا من السكر</w:t>
      </w:r>
    </w:p>
    <w:p>
      <w:r>
        <w:t>فالسكر اقل بياضا من القطن</w:t>
      </w:r>
    </w:p>
    <w:p>
      <w:r>
        <w:t>في الابيض يعني</w:t>
      </w:r>
    </w:p>
    <w:p>
      <w:r>
        <w:t>اكتبها فاذا تنفعك في الدراسات اللاحقة</w:t>
      </w:r>
    </w:p>
    <w:p>
      <w:r>
        <w:t>نعم</w:t>
      </w:r>
    </w:p>
    <w:p>
      <w:r>
        <w:t>وفي المشهور يجب ان تكون خاصة الاشد اشد من خاصة الاضعف وخاصة الضبط ضد الخاصة</w:t>
      </w:r>
    </w:p>
    <w:p>
      <w:r>
        <w:t>كالافضل والاخص للعدالة والجور</w:t>
      </w:r>
    </w:p>
    <w:p>
      <w:r>
        <w:t>ومن مواضع الخاصة ان ينظر هل اخذت من الجنس ام لا? خاصة اخذت من الجنس او اخذت من النوع</w:t>
      </w:r>
    </w:p>
    <w:p>
      <w:r>
        <w:t>التعجب لا يكون للحيوان</w:t>
      </w:r>
    </w:p>
    <w:p>
      <w:r>
        <w:t>يكون للانسان</w:t>
      </w:r>
    </w:p>
    <w:p>
      <w:r>
        <w:t>وممكن ممكن تكون خاصة للحيوان</w:t>
      </w:r>
    </w:p>
    <w:p>
      <w:r>
        <w:t>نعم</w:t>
      </w:r>
    </w:p>
    <w:p>
      <w:r>
        <w:t>خاصة اه الحيوان</w:t>
      </w:r>
    </w:p>
    <w:p>
      <w:r>
        <w:t>نعم</w:t>
      </w:r>
    </w:p>
    <w:p>
      <w:r>
        <w:t>مواضع الحد يأتي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