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w:t>
      </w:r>
    </w:p>
    <w:p>
      <w:r>
        <w:t>الله يا الله</w:t>
      </w:r>
    </w:p>
    <w:p>
      <w:r>
        <w:t>والحمد لله</w:t>
      </w:r>
    </w:p>
    <w:p>
      <w:r>
        <w:t>والله اكبر</w:t>
      </w:r>
    </w:p>
    <w:p>
      <w:r>
        <w:t>اعوذ بالله من الشيطان الرجيم</w:t>
      </w:r>
    </w:p>
    <w:p>
      <w:r>
        <w:t>بسم الله الرحمن الرحيم</w:t>
      </w:r>
    </w:p>
    <w:p>
      <w:r>
        <w:t>وبه تعالى ن والصلاة والسلام على محمد واله الطيبين الطاهرين</w:t>
      </w:r>
    </w:p>
    <w:p>
      <w:r>
        <w:t>اللهم صل على محمد وال محمد</w:t>
      </w:r>
    </w:p>
    <w:p>
      <w:r>
        <w:t>اللهم ارزقنا التوفيق والاخلاص</w:t>
      </w:r>
    </w:p>
    <w:p>
      <w:r>
        <w:t>وصلنا معكم الى هذا بعنوان مواضع الحد مواضع الحد يعني تعريف قال ومن مواضع من من مواضع الحد هل الالفاظ او هل الفاظه دالة سهولة ام لا? يعني توصل المعنى بسهولة ام لا فيها ابهام فيها غموض فيها اشتراك لفظي وما اشبه ذلك? وهل هي مطابقة لمعانيها? اللفظ يدل على المعنى بالمطابقة</w:t>
      </w:r>
    </w:p>
    <w:p>
      <w:r>
        <w:t>من غير اشتراك</w:t>
      </w:r>
    </w:p>
    <w:p>
      <w:r>
        <w:t>اشتراكنا اشتراك لفظي</w:t>
      </w:r>
    </w:p>
    <w:p>
      <w:r>
        <w:t>نعم</w:t>
      </w:r>
    </w:p>
    <w:p>
      <w:r>
        <w:t>لا تستخدموا في الحدود في المعاني لاشتراك اللفظي</w:t>
      </w:r>
    </w:p>
    <w:p>
      <w:r>
        <w:t>لاننا نقع في مغال الاشتراك اللفظي كما سيأتي</w:t>
      </w:r>
    </w:p>
    <w:p>
      <w:r>
        <w:t>او اشتباه او ابهام ام لا</w:t>
      </w:r>
    </w:p>
    <w:p>
      <w:r>
        <w:t>وهل فيها فضل على الكفاية? يعني الزائد على المعنى المحدد الذي يعين المهي المثالية</w:t>
      </w:r>
    </w:p>
    <w:p>
      <w:r>
        <w:t>تقول انسان حيوان ناطق ماشي له اه اظفار قدما هادي كلها امور زائدة</w:t>
      </w:r>
    </w:p>
    <w:p>
      <w:r>
        <w:t>على الهوية المثالية</w:t>
      </w:r>
    </w:p>
    <w:p>
      <w:r>
        <w:t>وهي الحيوان الناطق</w:t>
      </w:r>
    </w:p>
    <w:p>
      <w:r>
        <w:t>او نقصان عنها ككل انسان حيوان</w:t>
      </w:r>
    </w:p>
    <w:p>
      <w:r>
        <w:t>اين الناطق? ام لا? هذا هو الحد ففي الجدل يجب ان يلتفت الى هذه النقط</w:t>
      </w:r>
    </w:p>
    <w:p>
      <w:r>
        <w:t>اقول مواضع الحد يعني منطلقات الجدل في المعاني</w:t>
      </w:r>
    </w:p>
    <w:p>
      <w:r>
        <w:t>منها ما يتعلق بالالفاظ</w:t>
      </w:r>
    </w:p>
    <w:p>
      <w:r>
        <w:t>ومنها ما يتعلق بالمعنى</w:t>
      </w:r>
    </w:p>
    <w:p>
      <w:r>
        <w:t>فمن المواضع اللفظية ان ننظر هل الالفاظ دالة على معانيها بسهولة? تجتنب الغموض والابهام والاشتراك اللفظي</w:t>
      </w:r>
    </w:p>
    <w:p>
      <w:r>
        <w:t>ام لا? فانه يجب ان يعرف المجادل بالفاظ دالة على معانيها بسهولة عند من تعرف له المعية</w:t>
      </w:r>
    </w:p>
    <w:p>
      <w:r>
        <w:t>والا لاشتغل بالنظر في اللفظ عن مطلوبه</w:t>
      </w:r>
    </w:p>
    <w:p>
      <w:r>
        <w:t>نعم الكتب الناجحة الدراسات الناجحة هي الدراسات التي تركز جيدا على الاطار المفاهيمي</w:t>
      </w:r>
    </w:p>
    <w:p>
      <w:r>
        <w:t>بالاصطلاح الحديث في اطار المفاهيم يعني كل المعاني التي يستخدمها في بحثه وفي دراسته هذه المفاهيم والمعاني تكون منقحة</w:t>
      </w:r>
    </w:p>
    <w:p>
      <w:r>
        <w:t>واضحة جلية هذا يسمى الاطار المفاهيمي</w:t>
      </w:r>
    </w:p>
    <w:p>
      <w:r>
        <w:t>نعم</w:t>
      </w:r>
    </w:p>
    <w:p>
      <w:r>
        <w:t>باللسان القديم المبادئ التصورية</w:t>
      </w:r>
    </w:p>
    <w:p>
      <w:r>
        <w:t>نعم</w:t>
      </w:r>
    </w:p>
    <w:p>
      <w:r>
        <w:t>وان ينظر هل هي مطابقة لمعانيها? من غير اشتراك لفظ من الاشتراك اللف تقول رأيت عينا ماذا رأيت? منبع الماء العين الباصرة الجاسوس لا نعلم</w:t>
      </w:r>
    </w:p>
    <w:p>
      <w:r>
        <w:t>او اشتباه اشتباه اصلا في المعنى</w:t>
      </w:r>
    </w:p>
    <w:p>
      <w:r>
        <w:t>او ابهام عدم الوضوح ام لا? وذلك لان جميع هذه يعني الاشتراك اللفظي والاجتهاد والاشتباه والامام مخلة</w:t>
      </w:r>
    </w:p>
    <w:p>
      <w:r>
        <w:t>بالفهم</w:t>
      </w:r>
    </w:p>
    <w:p>
      <w:r>
        <w:t>عن التواصل المعرفي لا النقل والانتقال المعرفي</w:t>
      </w:r>
    </w:p>
    <w:p>
      <w:r>
        <w:t>آآ لا يتحقق وذلك ينافي التعريف</w:t>
      </w:r>
    </w:p>
    <w:p>
      <w:r>
        <w:t>اذا الحديث عن المبادئ التصورية عن الاطار المفاهيمي</w:t>
      </w:r>
    </w:p>
    <w:p>
      <w:r>
        <w:t>وينظر من المجادل هل فيها يعني في هذه التعريفات? زيادة وفاضل على المطلوب او نقصا</w:t>
      </w:r>
    </w:p>
    <w:p>
      <w:r>
        <w:t>اذا كانت هناك زيادة يحذفها اذا كان هناك نقصان يتمم المعنى بمفردات اخرى</w:t>
      </w:r>
    </w:p>
    <w:p>
      <w:r>
        <w:t>كمن يقول ان الطبيب هو الذي يحدث الصحة والمرض</w:t>
      </w:r>
    </w:p>
    <w:p>
      <w:r>
        <w:t>نعم</w:t>
      </w:r>
    </w:p>
    <w:p>
      <w:r>
        <w:t>فاحداث المرض زيادة</w:t>
      </w:r>
    </w:p>
    <w:p>
      <w:r>
        <w:t>لماذا من الطبيب? وظيفته هو دفع المرض</w:t>
      </w:r>
    </w:p>
    <w:p>
      <w:r>
        <w:t>العلاج</w:t>
      </w:r>
    </w:p>
    <w:p>
      <w:r>
        <w:t>كيف تعرفه? هو الذي الصحة والمرض المرض هذا زائد</w:t>
      </w:r>
    </w:p>
    <w:p>
      <w:r>
        <w:t>يربك المعنى</w:t>
      </w:r>
    </w:p>
    <w:p>
      <w:r>
        <w:t>اذا قلت الذي يحدث الصحة معقول</w:t>
      </w:r>
    </w:p>
    <w:p>
      <w:r>
        <w:t>اما المرض هذا زائد زائد ومربك</w:t>
      </w:r>
    </w:p>
    <w:p>
      <w:r>
        <w:t>نعم مربك مخل للمعنى</w:t>
      </w:r>
    </w:p>
    <w:p>
      <w:r>
        <w:t>فاحداث المرض زيادة لانه انما يحدثه بالعرض</w:t>
      </w:r>
    </w:p>
    <w:p>
      <w:r>
        <w:t>نعم</w:t>
      </w:r>
    </w:p>
    <w:p>
      <w:r>
        <w:t>يعني قد يعطيك دواء لعلاج مرض</w:t>
      </w:r>
    </w:p>
    <w:p>
      <w:r>
        <w:t>ما هذا الدواء له مفاعلات اخرى تؤدي الى مرض اخر بالعرق وليس بالذات</w:t>
      </w:r>
    </w:p>
    <w:p>
      <w:r>
        <w:t>وكقولنا الاسم جسم ناطق اين اين النمو? واين الحساس المتحرك بالارادة? فهذا تعريف مخي الناقص يجب ان تتم هذا التعريف تقول جسم ناعم حساس متحرك بالارادة ناطق</w:t>
      </w:r>
    </w:p>
    <w:p>
      <w:r>
        <w:t>فانه في هذا التعريف قد نقص من الحد</w:t>
      </w:r>
    </w:p>
    <w:p>
      <w:r>
        <w:t>من حد اه نقص من قولنا اه حساس</w:t>
      </w:r>
    </w:p>
    <w:p>
      <w:r>
        <w:t>نعم</w:t>
      </w:r>
    </w:p>
    <w:p>
      <w:r>
        <w:t>متحرك بالارادة</w:t>
      </w:r>
    </w:p>
    <w:p>
      <w:r>
        <w:t>وذلك لا يجوز</w:t>
      </w:r>
    </w:p>
    <w:p>
      <w:r>
        <w:t>هنا المفروض يعمل فاصل</w:t>
      </w:r>
    </w:p>
    <w:p>
      <w:r>
        <w:t>نعم فاصلة او نقطة وذلك يعني الزيادة في الحد غير اللائقة بالمعنى</w:t>
      </w:r>
    </w:p>
    <w:p>
      <w:r>
        <w:t>والنقصان المخل بالمعنى ذلك لا يجوز</w:t>
      </w:r>
    </w:p>
    <w:p>
      <w:r>
        <w:t>طبعا لا يجوز هنا لا يجوز الجواز القيمي والمعياري نعم قال وقال هل فيها تكرار غير ظروري ولا نافع كما في تعريف الاظافيات والاعراظ الذاتية</w:t>
      </w:r>
    </w:p>
    <w:p>
      <w:r>
        <w:t>اقول التكرار التكرار قد يكون بالفعل كقولنا النقطة شيء غير منقسم ولا جز لها</w:t>
      </w:r>
    </w:p>
    <w:p>
      <w:r>
        <w:t>من التكرار هذا ممكن يضيء المعنى اكثر</w:t>
      </w:r>
    </w:p>
    <w:p>
      <w:r>
        <w:t>في الادب عندك معنى</w:t>
      </w:r>
    </w:p>
    <w:p>
      <w:r>
        <w:t>تسيغ هذا المعنى بجملتين</w:t>
      </w:r>
    </w:p>
    <w:p>
      <w:r>
        <w:t>والمعنى يتعمق في الذهن</w:t>
      </w:r>
    </w:p>
    <w:p>
      <w:r>
        <w:t>هذا من جماليات الادب</w:t>
      </w:r>
    </w:p>
    <w:p>
      <w:r>
        <w:t>من جمالية الادب</w:t>
      </w:r>
    </w:p>
    <w:p>
      <w:r>
        <w:t>التكرار المخل بالمعنى هو السيء لا يجوز او تكرار آآ الذي يورث ركاكة في النص هذا لا يجوز</w:t>
      </w:r>
    </w:p>
    <w:p>
      <w:r>
        <w:t>التكرار قد يكون بالفعل ليس بالقوة كقولنا النقطة شيء غير منقسم</w:t>
      </w:r>
    </w:p>
    <w:p>
      <w:r>
        <w:t>ولا جزء لها واضح جدا</w:t>
      </w:r>
    </w:p>
    <w:p>
      <w:r>
        <w:t>نقطة هي نهاية حيثية تقليدية نفذية</w:t>
      </w:r>
    </w:p>
    <w:p>
      <w:r>
        <w:t>والعدم لا جزء له سلب بانتفاء الموضوع وكيف يقسم</w:t>
      </w:r>
    </w:p>
    <w:p>
      <w:r>
        <w:t>وكيف يكون له جزء</w:t>
      </w:r>
    </w:p>
    <w:p>
      <w:r>
        <w:t>وقد يكون بالقوة في مقابل بالفعل كقولنا الانسان حيوان جسماني ناطق نعم الجسمان هنا تكرار لان الحيوان ينطوي عليه الحيوان ما هو? ذات ممتدة يعني جسم نعم حساس فاذا قلت للإنسان حيوان جسماني ناطق جسماني هنا آآ تكرار مضر وآآ مخيل وقبيح وهو على قسمين منه ما هو ضروري نافع او في محل الحاجة ومنه ما ليس كذلك</w:t>
      </w:r>
    </w:p>
    <w:p>
      <w:r>
        <w:t>مخل بالمعنى مربك</w:t>
      </w:r>
    </w:p>
    <w:p>
      <w:r>
        <w:t>والثاني كالمثالين الذي مر عليه النقطة والانسان حيوان جسماني ناطق</w:t>
      </w:r>
    </w:p>
    <w:p>
      <w:r>
        <w:t>هذا الزيادة مربكة والأول قد يكون ضروريا كما في تحديد بعض المركبات من الشيء وعرضه الذاتي</w:t>
      </w:r>
    </w:p>
    <w:p>
      <w:r>
        <w:t>فيقع الشيء مرة في حده ومرة في حد اعراضه الذاتي كقولنا في تعريف الأنف الافطس انه آآ انفذ تقع تقعير الافطس الذي مم مقعر شوية فتعرف وانت تقول آآ انه انفذ التقاعد تأتي بالعرض بالعرضية الذاتي</w:t>
      </w:r>
    </w:p>
    <w:p>
      <w:r>
        <w:t>يعني من شؤونات الانف ان يكون اه مقعرن سيطلق عليه الافطس</w:t>
      </w:r>
    </w:p>
    <w:p>
      <w:r>
        <w:t>لان الفطوس لا تكون الا للانف</w:t>
      </w:r>
    </w:p>
    <w:p>
      <w:r>
        <w:t>وكما في تحديد الاضافيات كقولنا الاب حيوان يولد اخر من نوعه يعني الانسان من نوعه من نطفته من حيث وكذلك</w:t>
      </w:r>
    </w:p>
    <w:p>
      <w:r>
        <w:t>يعني من حيث هو آآ كذلك يعني من حيث هو يولد</w:t>
      </w:r>
    </w:p>
    <w:p>
      <w:r>
        <w:t>نعم</w:t>
      </w:r>
    </w:p>
    <w:p>
      <w:r>
        <w:t>ليس من حيث من حيث اخر</w:t>
      </w:r>
    </w:p>
    <w:p>
      <w:r>
        <w:t>من حيث اخر لا</w:t>
      </w:r>
    </w:p>
    <w:p>
      <w:r>
        <w:t>وقد سبق البحث فيه</w:t>
      </w:r>
    </w:p>
    <w:p>
      <w:r>
        <w:t>وقد يكون غير ظروري الا انه محتاج اليه</w:t>
      </w:r>
    </w:p>
    <w:p>
      <w:r>
        <w:t>كمن سئل عن الانسان بالحيوان مثلا فان المجيب يحتاج الى ارادي حديهما حد الانسان والحيوان</w:t>
      </w:r>
    </w:p>
    <w:p>
      <w:r>
        <w:t>وان اشتمل تكرار وهو قبيح لولا السؤال لولا السؤال لكان قبيحا السؤال يعني انت ترد بمقدار السؤال</w:t>
      </w:r>
    </w:p>
    <w:p>
      <w:r>
        <w:t>اذا عرفت هذا فالحد لا يجوز ان يقع فيه تكرار من غير حاجة ولا ضرورة</w:t>
      </w:r>
    </w:p>
    <w:p>
      <w:r>
        <w:t>والا يأتي الارباك بالمعنى</w:t>
      </w:r>
    </w:p>
    <w:p>
      <w:r>
        <w:t>قال وهل يقوم مقام الايس? وهل هو ابين من المحدود واقدم ام لا? يعني الحد</w:t>
      </w:r>
    </w:p>
    <w:p>
      <w:r>
        <w:t>فان المساوي والأخفى وما يعرف تعريفا دوريا ظاهرا</w:t>
      </w:r>
    </w:p>
    <w:p>
      <w:r>
        <w:t>وما يعرف تعريفا دوريا ظاهرا او خفيا لا يكون حدا</w:t>
      </w:r>
    </w:p>
    <w:p>
      <w:r>
        <w:t>نعم</w:t>
      </w:r>
    </w:p>
    <w:p>
      <w:r>
        <w:t>الاخفى واضح جدا</w:t>
      </w:r>
    </w:p>
    <w:p>
      <w:r>
        <w:t>انت لا تبين الشيء بالاخفاء</w:t>
      </w:r>
    </w:p>
    <w:p>
      <w:r>
        <w:t>الاخفى لا يفيدك شيئا</w:t>
      </w:r>
    </w:p>
    <w:p>
      <w:r>
        <w:t>وتعريف الدور يعني انت كنت عرفت المعنى فهذا التعريف الضروري لا يفيدك لا يفيدك شيئا</w:t>
      </w:r>
    </w:p>
    <w:p>
      <w:r>
        <w:t>نعم</w:t>
      </w:r>
    </w:p>
    <w:p>
      <w:r>
        <w:t>سواء كان الدور ظاهرا او خفيا</w:t>
      </w:r>
    </w:p>
    <w:p>
      <w:r>
        <w:t>نعم</w:t>
      </w:r>
    </w:p>
    <w:p>
      <w:r>
        <w:t>المساوي قد يفيد مساوي طبعا هنا اما في المعنى او في الصدق</w:t>
      </w:r>
    </w:p>
    <w:p>
      <w:r>
        <w:t>مساويه نظرا في المعنى</w:t>
      </w:r>
    </w:p>
    <w:p>
      <w:r>
        <w:t>اذا جئت بعام ثم الخاص المساوي نعم</w:t>
      </w:r>
    </w:p>
    <w:p>
      <w:r>
        <w:t>هناك تعريف يكون آآ جميلا</w:t>
      </w:r>
    </w:p>
    <w:p>
      <w:r>
        <w:t>تقول الانسان الناطق مساو للانسان على الاقل في الصدق</w:t>
      </w:r>
    </w:p>
    <w:p>
      <w:r>
        <w:t>اما اذا قلت حيوان ناطق يكون افضل</w:t>
      </w:r>
    </w:p>
    <w:p>
      <w:r>
        <w:t>يعني الانسان من جنس الحيوان وانفصل عن انواع الحيوان بالناطقية فصار نوعا مستقلا</w:t>
      </w:r>
    </w:p>
    <w:p>
      <w:r>
        <w:t>نعم</w:t>
      </w:r>
    </w:p>
    <w:p>
      <w:r>
        <w:t>اقول يجب ان الحد قائما مقام الإسم بأن يفيد فائدته ويدل على ما يدل على الإسم اجمالا الإنسان مثلا تقول حيوان مطلق ويجب ان يكون اب من المحدود من المعرض</w:t>
      </w:r>
    </w:p>
    <w:p>
      <w:r>
        <w:t>نعم الانسان حي عنه ناطق ابين</w:t>
      </w:r>
    </w:p>
    <w:p>
      <w:r>
        <w:t>يعني ينافيه تفصيلات جميلة جدا</w:t>
      </w:r>
    </w:p>
    <w:p>
      <w:r>
        <w:t>الانسان انسان ما عرفنا شيء</w:t>
      </w:r>
    </w:p>
    <w:p>
      <w:r>
        <w:t>مبدأ الهوية المحض</w:t>
      </w:r>
    </w:p>
    <w:p>
      <w:r>
        <w:t>اما اذا قلت حيوان ناطق</w:t>
      </w:r>
    </w:p>
    <w:p>
      <w:r>
        <w:t>عرفنا انه من جنس الحيوان</w:t>
      </w:r>
    </w:p>
    <w:p>
      <w:r>
        <w:t>وعنده كمان هو الناطقين</w:t>
      </w:r>
    </w:p>
    <w:p>
      <w:r>
        <w:t>واذا فصلت الحيوان ذات الممتدة يعني جسم</w:t>
      </w:r>
    </w:p>
    <w:p>
      <w:r>
        <w:t>نامي حساس متحرك بالارادة ناطق فيكون اجمل</w:t>
      </w:r>
    </w:p>
    <w:p>
      <w:r>
        <w:t>فالتجلى الاسم توضح الاسم</w:t>
      </w:r>
    </w:p>
    <w:p>
      <w:r>
        <w:t>ويجب ان يكون ابين من المحدود يعني المعرض واقدم نعم لان من المقدمات الى النتيجة التصورية</w:t>
      </w:r>
    </w:p>
    <w:p>
      <w:r>
        <w:t>هنا المقدمات يعني مفردات الكليات الخمس توظف توظفهم في التعريف</w:t>
      </w:r>
    </w:p>
    <w:p>
      <w:r>
        <w:t>فان التعريف بالمساوي لا يفيد كقولنا الاب هو الذي له ابن</w:t>
      </w:r>
    </w:p>
    <w:p>
      <w:r>
        <w:t>اه التعريف حتى هو تعريف دوري</w:t>
      </w:r>
    </w:p>
    <w:p>
      <w:r>
        <w:t>فان الاب الابن متسويا في التعريف</w:t>
      </w:r>
    </w:p>
    <w:p>
      <w:r>
        <w:t>الاب هو الذي له ابن والابن هو الذي له اب</w:t>
      </w:r>
    </w:p>
    <w:p>
      <w:r>
        <w:t>ولا التعريف بالاخفى كقولين في تعريف النار انها اس تقص</w:t>
      </w:r>
    </w:p>
    <w:p>
      <w:r>
        <w:t>شبيه بالنفس</w:t>
      </w:r>
    </w:p>
    <w:p>
      <w:r>
        <w:t>بعض النفس ما هي? والطقوس عنصر سلمنا</w:t>
      </w:r>
    </w:p>
    <w:p>
      <w:r>
        <w:t>شبيه بالنفس</w:t>
      </w:r>
    </w:p>
    <w:p>
      <w:r>
        <w:t>النفس ما هو? والنفس اخفى من الله</w:t>
      </w:r>
    </w:p>
    <w:p>
      <w:r>
        <w:t>ولا التعريف بما يتوقف عليه اه معرفة معرف يعني الدوري التعريف الدوري وهو التعريف الدوري وهو قد يكون ظاهرا بارزا ليس خفيا وهو الدور بمرتبة واحدة كقولنا يسمى كذلك الصريح كما كقولنا في تعريف الكيف انه ما به تقع المشابهة مشابهة وخلاف ما به تقع المشابهة وخلافها</w:t>
      </w:r>
    </w:p>
    <w:p>
      <w:r>
        <w:t>جيد المشابهة ما هي? وتعريف المشابهة بانها بالكيفية</w:t>
      </w:r>
    </w:p>
    <w:p>
      <w:r>
        <w:t>كأنك عرفت الكيف هكذا انه مبه تقع الاتفاق بالكيفية</w:t>
      </w:r>
    </w:p>
    <w:p>
      <w:r>
        <w:t>وخلافها لاحظت? عرفت الكيف بالكيف</w:t>
      </w:r>
    </w:p>
    <w:p>
      <w:r>
        <w:t>والتعريف الدوري</w:t>
      </w:r>
    </w:p>
    <w:p>
      <w:r>
        <w:t>وقد يكون خفيا مضمرا في مقابل الصريح</w:t>
      </w:r>
    </w:p>
    <w:p>
      <w:r>
        <w:t>وهو الدور بمراتب</w:t>
      </w:r>
    </w:p>
    <w:p>
      <w:r>
        <w:t>كقولنا الاثنان زوج اول</w:t>
      </w:r>
    </w:p>
    <w:p>
      <w:r>
        <w:t>نعم</w:t>
      </w:r>
    </w:p>
    <w:p>
      <w:r>
        <w:t>والزوج هو المنقسم بمتساويين</w:t>
      </w:r>
    </w:p>
    <w:p>
      <w:r>
        <w:t>والمتساويان شيئا لا يزيد احدهما على الاخر</w:t>
      </w:r>
    </w:p>
    <w:p>
      <w:r>
        <w:t>والشيئان اثنان يعني عرفت الاثنين في نهاية المطاف بنفس الاثنين</w:t>
      </w:r>
    </w:p>
    <w:p>
      <w:r>
        <w:t>اذا هذه كلها يجب ان تراعى في تعاطي الجدل وفي السجال المعرفي الجدلي بين اثنين</w:t>
      </w:r>
    </w:p>
    <w:p>
      <w:r>
        <w:t>امور سهلة ليست اه صعبة لان في السجل المعرفي آآ انت تدخل مثلا في التدليل على مسألة يقول وقف</w:t>
      </w:r>
    </w:p>
    <w:p>
      <w:r>
        <w:t>بعدما فهمت المفردات تقول النبي معصوم اصلا العصمة انا ليست واضحة بالنسبة اليه</w:t>
      </w:r>
    </w:p>
    <w:p>
      <w:r>
        <w:t>ثم تأتي بمفهوم عصمة تعرفه بما هو اخفى لا يقبل</w:t>
      </w:r>
    </w:p>
    <w:p>
      <w:r>
        <w:t>تعرفه باشتراك لفظي لا يقبل</w:t>
      </w:r>
    </w:p>
    <w:p>
      <w:r>
        <w:t>تعرفه آآ المبهم ولا يقبل</w:t>
      </w:r>
    </w:p>
    <w:p>
      <w:r>
        <w:t>تعرفه التعريف الدوري هو لا يقبل</w:t>
      </w:r>
    </w:p>
    <w:p>
      <w:r>
        <w:t>هذه كلها يجب ان تتجنبها في التعريف</w:t>
      </w:r>
    </w:p>
    <w:p>
      <w:r>
        <w:t>قالوا وهل هو مساوي للمحدود? مساوي للمحدود يعني يعطي المعنى التام لا زيادة ولا نقصان</w:t>
      </w:r>
    </w:p>
    <w:p>
      <w:r>
        <w:t>وهل هو تابع له في مقولاته? يعني يندرج تحت مقولتي هذه ليس بالضرورة</w:t>
      </w:r>
    </w:p>
    <w:p>
      <w:r>
        <w:t>اننا في اعم الاغلب نعرف الاشياء بلوازمها</w:t>
      </w:r>
    </w:p>
    <w:p>
      <w:r>
        <w:t>بلوازمها</w:t>
      </w:r>
    </w:p>
    <w:p>
      <w:r>
        <w:t>نعم</w:t>
      </w:r>
    </w:p>
    <w:p>
      <w:r>
        <w:t>الانسان ما هو? ذاته</w:t>
      </w:r>
    </w:p>
    <w:p>
      <w:r>
        <w:t>هذه الذات اه يعني والقائم قائم بنفسه</w:t>
      </w:r>
    </w:p>
    <w:p>
      <w:r>
        <w:t>جوهر ما نعرف</w:t>
      </w:r>
    </w:p>
    <w:p>
      <w:r>
        <w:t>هذا هو الوجود الماهية مبهمة في كنهها</w:t>
      </w:r>
    </w:p>
    <w:p>
      <w:r>
        <w:t>فنضطر نروح الى ماذا? لوازمها</w:t>
      </w:r>
    </w:p>
    <w:p>
      <w:r>
        <w:t>هذه الذات عندها لازم الوجود ما هو امتداد</w:t>
      </w:r>
    </w:p>
    <w:p>
      <w:r>
        <w:t>تنمو لازم حساس لازم انه الحساسية عبارة عن ادراك من مقولة العلم متحرك الحركة عبارة عن آآ لازم ليس هي الذات متحرك بالارادة</w:t>
      </w:r>
    </w:p>
    <w:p>
      <w:r>
        <w:t>الارادة كذلك حيثية</w:t>
      </w:r>
    </w:p>
    <w:p>
      <w:r>
        <w:t>من لوازمه</w:t>
      </w:r>
    </w:p>
    <w:p>
      <w:r>
        <w:t>ناطق مدرك كل لوازم</w:t>
      </w:r>
    </w:p>
    <w:p>
      <w:r>
        <w:t>لوازم قريبة</w:t>
      </w:r>
    </w:p>
    <w:p>
      <w:r>
        <w:t>اذا هل الانسان الذي هو مقولة جوهرية? يصير مقولة علمية لأن الإدراك ناطقية مقولة علمية الحساس معقولة علمية النمو معقولة حركية هل الإنسان حركة? لا لأننا نعرف باللوازم وهل هو تابع له في مقولته? لا ليس بالضرورة ان يكون الحد من مقولة محدود</w:t>
      </w:r>
    </w:p>
    <w:p>
      <w:r>
        <w:t>ابدا</w:t>
      </w:r>
    </w:p>
    <w:p>
      <w:r>
        <w:t>مثلا في كونه مضافا او قابل للاشد والاضعف او للاستحالة استحالة يعني التغير</w:t>
      </w:r>
    </w:p>
    <w:p>
      <w:r>
        <w:t>والتحول وهل هو حد الضد? ضد الحد? وهل حد الضد? ضد حد نعم يعني مقولة عجيبة وغريبة</w:t>
      </w:r>
    </w:p>
    <w:p>
      <w:r>
        <w:t>اقول الحد يجب ان يكون مسوي للمحدود</w:t>
      </w:r>
    </w:p>
    <w:p>
      <w:r>
        <w:t>هل هنا المساواة? انظر فيما مضى</w:t>
      </w:r>
    </w:p>
    <w:p>
      <w:r>
        <w:t>قال اه فان المساوي والاخفى وما يعرف تعريفا دوريا ظاهرا او خفيا لا يكون حدا</w:t>
      </w:r>
    </w:p>
    <w:p>
      <w:r>
        <w:t>المساوي هنا بالمعنى اه الذي يخصص فقط نعم يكون ناقصا</w:t>
      </w:r>
    </w:p>
    <w:p>
      <w:r>
        <w:t>هنا المساوي يعني لا المساوي هنا بمعنى يعطيك تمام المعنى</w:t>
      </w:r>
    </w:p>
    <w:p>
      <w:r>
        <w:t>اقول الحد يجب ان يكون مساويا للمحدود</w:t>
      </w:r>
    </w:p>
    <w:p>
      <w:r>
        <w:t>مساوين يعني هكذا مثل الكف مع الكف</w:t>
      </w:r>
    </w:p>
    <w:p>
      <w:r>
        <w:t>لا زيادة ولا نقصان</w:t>
      </w:r>
    </w:p>
    <w:p>
      <w:r>
        <w:t>لان الاخص اخفى</w:t>
      </w:r>
    </w:p>
    <w:p>
      <w:r>
        <w:t>تقول الانسان حيوان ناطق ناطق اخص</w:t>
      </w:r>
    </w:p>
    <w:p>
      <w:r>
        <w:t>فما يعطيك حقيقة الانسان</w:t>
      </w:r>
    </w:p>
    <w:p>
      <w:r>
        <w:t>انسان حيوان ناطق</w:t>
      </w:r>
    </w:p>
    <w:p>
      <w:r>
        <w:t>لان الانسان بدن الوضوء</w:t>
      </w:r>
    </w:p>
    <w:p>
      <w:r>
        <w:t>تقول الانسان روح ناقص انسانه بدل ناقصه</w:t>
      </w:r>
    </w:p>
    <w:p>
      <w:r>
        <w:t>انسان بدن وروح</w:t>
      </w:r>
    </w:p>
    <w:p>
      <w:r>
        <w:t>نعم</w:t>
      </w:r>
    </w:p>
    <w:p>
      <w:r>
        <w:t>سيكون حيوان ناطق</w:t>
      </w:r>
    </w:p>
    <w:p>
      <w:r>
        <w:t>وقد تقدم ان الاخفى لا يصلح للتعريف في شروط التعريف في اه غير اه في غير بيناها في الكليات الخمس باب التعريف وسباب البرهان والحد</w:t>
      </w:r>
    </w:p>
    <w:p>
      <w:r>
        <w:t>لأن الأخص اخفى وقد تقدم ان الأخفى لا يصلح للتعريف</w:t>
      </w:r>
    </w:p>
    <w:p>
      <w:r>
        <w:t>الأخفى هو غير واضح كيف يعرف غير الوضع والاعم لا دلالة له لا دلالة له على الخاص</w:t>
      </w:r>
    </w:p>
    <w:p>
      <w:r>
        <w:t>انسان حيوان لم تعطني شيئا</w:t>
      </w:r>
    </w:p>
    <w:p>
      <w:r>
        <w:t>لان حتى الحمار حيوان</w:t>
      </w:r>
    </w:p>
    <w:p>
      <w:r>
        <w:t>الاسد حيوان</w:t>
      </w:r>
    </w:p>
    <w:p>
      <w:r>
        <w:t>بما يتميز الانسان عن الحمار</w:t>
      </w:r>
    </w:p>
    <w:p>
      <w:r>
        <w:t>لم تأتي به حيوان</w:t>
      </w:r>
    </w:p>
    <w:p>
      <w:r>
        <w:t>الإنسان يمشي حتى الدابة تمشي</w:t>
      </w:r>
    </w:p>
    <w:p>
      <w:r>
        <w:t>والأعم لا دلالة له على الخاص فلا يفيد التمييز</w:t>
      </w:r>
    </w:p>
    <w:p>
      <w:r>
        <w:t>انظر حيوان يحتاج الى مميز اما داخلي كالناطق او خارجي كالتعجب</w:t>
      </w:r>
    </w:p>
    <w:p>
      <w:r>
        <w:t>الذي هو اعلى مرات بالتالي تمييز عام ومميز</w:t>
      </w:r>
    </w:p>
    <w:p>
      <w:r>
        <w:t>هذه اعلى درجات التعريف يعني الحب التام</w:t>
      </w:r>
    </w:p>
    <w:p>
      <w:r>
        <w:t>فيجب ان ينظر الجدل هل الحد هل الحد مساوي للمحدود ام لا? وهل هو تابع للمحد في مقولته قلت لكم هذه لا تتأتى ابدا</w:t>
      </w:r>
    </w:p>
    <w:p>
      <w:r>
        <w:t>لان التعريفات مطلقا خذها من عندي قاعدة ذهبية</w:t>
      </w:r>
    </w:p>
    <w:p>
      <w:r>
        <w:t>كل التعريفات من خلال اللوازم</w:t>
      </w:r>
    </w:p>
    <w:p>
      <w:r>
        <w:t>سر هذه القاعدة الذهبية كل ها الاشياء لا تأتي الى اذهاننا</w:t>
      </w:r>
    </w:p>
    <w:p>
      <w:r>
        <w:t>كون ها الاشياء في الحقيقة هي وجودات</w:t>
      </w:r>
    </w:p>
    <w:p>
      <w:r>
        <w:t>فمن يظهر لنا تعريفات كلها ظاهراتية</w:t>
      </w:r>
    </w:p>
    <w:p>
      <w:r>
        <w:t>ما يظهر من تعينات ونجد ان هذه التعينات متكررة</w:t>
      </w:r>
    </w:p>
    <w:p>
      <w:r>
        <w:t>يعني عدم الانفكاك لا تختفي</w:t>
      </w:r>
    </w:p>
    <w:p>
      <w:r>
        <w:t>تأتي وتختفي</w:t>
      </w:r>
    </w:p>
    <w:p>
      <w:r>
        <w:t>كالعربيات المنفكة</w:t>
      </w:r>
    </w:p>
    <w:p>
      <w:r>
        <w:t>لا</w:t>
      </w:r>
    </w:p>
    <w:p>
      <w:r>
        <w:t>ثابتة يعني لازمة</w:t>
      </w:r>
    </w:p>
    <w:p>
      <w:r>
        <w:t>فتكفي لتمييز هذه الذات عن غيرها ونبني صرح المعرفة الحصولية لانها معرفة ضعيفة</w:t>
      </w:r>
    </w:p>
    <w:p>
      <w:r>
        <w:t>معرفة ضعيفة تصور الله تعالى يعرف الاشياء هكذا</w:t>
      </w:r>
    </w:p>
    <w:p>
      <w:r>
        <w:t>الملائكة يعرفون الاشياء هكذا المعصوم يعرفوا الاشياء هكذا لا ابدا</w:t>
      </w:r>
    </w:p>
    <w:p>
      <w:r>
        <w:t>تلك معرفة الهية راقية</w:t>
      </w:r>
    </w:p>
    <w:p>
      <w:r>
        <w:t>اما نحن في هذه النشأة نشأة التكامل شاءت الحكمة الالهية وشاءت العناية الالهية ان نتعاطى مع الاشياء بهذه الطريقة</w:t>
      </w:r>
    </w:p>
    <w:p>
      <w:r>
        <w:t>حتى نتكامل</w:t>
      </w:r>
    </w:p>
    <w:p>
      <w:r>
        <w:t>نعم</w:t>
      </w:r>
    </w:p>
    <w:p>
      <w:r>
        <w:t>وهل هو تابع للمحدود فيما قلت لكم هذه ابدا لا</w:t>
      </w:r>
    </w:p>
    <w:p>
      <w:r>
        <w:t>لوجوب وقوعها تحت مقولة واحدة على ما بين</w:t>
      </w:r>
    </w:p>
    <w:p>
      <w:r>
        <w:t>فان كان المحدود مضافا كان الحد كذلك مضافا</w:t>
      </w:r>
    </w:p>
    <w:p>
      <w:r>
        <w:t>وبالعكس اذا كان الحد مضافا كان المعدود مضافا</w:t>
      </w:r>
    </w:p>
    <w:p>
      <w:r>
        <w:t>هذه قاعدة مثالية اذا وصلنا اليها بها ونعمل</w:t>
      </w:r>
    </w:p>
    <w:p>
      <w:r>
        <w:t>اما هل نصل صعب? فلا يجوز ان يقال في حد النار انها اخف الاجسام</w:t>
      </w:r>
    </w:p>
    <w:p>
      <w:r>
        <w:t>وكذلك ان كان المحدود قابل للشدة كذلك وبالعكس فإن كان احدهما في الزائد والآخر والآخر في الناقص بطل الحد</w:t>
      </w:r>
    </w:p>
    <w:p>
      <w:r>
        <w:t>وكذا ان كان احد هو قابل للاستحالة كان الاخر كذلك</w:t>
      </w:r>
    </w:p>
    <w:p>
      <w:r>
        <w:t>وينظر ينظر الجدلي</w:t>
      </w:r>
    </w:p>
    <w:p>
      <w:r>
        <w:t>هل حد احد ضدين ضد الحد ضد الاخر</w:t>
      </w:r>
    </w:p>
    <w:p>
      <w:r>
        <w:t>نعم</w:t>
      </w:r>
    </w:p>
    <w:p>
      <w:r>
        <w:t>هذه اه في حدود المقبول</w:t>
      </w:r>
    </w:p>
    <w:p>
      <w:r>
        <w:t>في حدود القوة</w:t>
      </w:r>
    </w:p>
    <w:p>
      <w:r>
        <w:t>القوة الايه? الثانية</w:t>
      </w:r>
    </w:p>
    <w:p>
      <w:r>
        <w:t>لان الانسان سد الله تعالى معرفة كل هالاشياء</w:t>
      </w:r>
    </w:p>
    <w:p>
      <w:r>
        <w:t>في هذه النشأة لا</w:t>
      </w:r>
    </w:p>
    <w:p>
      <w:r>
        <w:t>هناك بصرك حديد</w:t>
      </w:r>
    </w:p>
    <w:p>
      <w:r>
        <w:t>هنا لا</w:t>
      </w:r>
    </w:p>
    <w:p>
      <w:r>
        <w:t>هنا في الاعم الاغلب تتعامل مع الواقعات من خلال واسطة</w:t>
      </w:r>
    </w:p>
    <w:p>
      <w:r>
        <w:t>هذه الواسطة نحن نسميها نحن نسميها النزم المنطقي</w:t>
      </w:r>
    </w:p>
    <w:p>
      <w:r>
        <w:t>النظم المنطق انظروا الان هذه تجربة فكرية صغيرة</w:t>
      </w:r>
    </w:p>
    <w:p>
      <w:r>
        <w:t>انا اعاين هذا الجسم جسم لانه جوهر ممتد</w:t>
      </w:r>
    </w:p>
    <w:p>
      <w:r>
        <w:t>الروح الى عالم الاعتبار</w:t>
      </w:r>
    </w:p>
    <w:p>
      <w:r>
        <w:t>سمه قلما</w:t>
      </w:r>
    </w:p>
    <w:p>
      <w:r>
        <w:t>عدم الاعتبار</w:t>
      </w:r>
    </w:p>
    <w:p>
      <w:r>
        <w:t>قلما لانه يلبي رغبة عقلاء عندي وهي الكتابة</w:t>
      </w:r>
    </w:p>
    <w:p>
      <w:r>
        <w:t>نعطيه اسما يسانخ ويناسب تلك الرغبة العقلائية وهي الكتابة</w:t>
      </w:r>
    </w:p>
    <w:p>
      <w:r>
        <w:t>قال من? جيد الان اختفى هذا الجسم التكويني من افق بصرك</w:t>
      </w:r>
    </w:p>
    <w:p>
      <w:r>
        <w:t>لا تراها الان</w:t>
      </w:r>
    </w:p>
    <w:p>
      <w:r>
        <w:t>وانا اقول لك اتني بقلم انت تعرف</w:t>
      </w:r>
    </w:p>
    <w:p>
      <w:r>
        <w:t>تعرف هذا المعنى وتنطق الاحد</w:t>
      </w:r>
    </w:p>
    <w:p>
      <w:r>
        <w:t>تعاملنا مع الاشياء من خلال ماذا? ان نضمن منطقي</w:t>
      </w:r>
    </w:p>
    <w:p>
      <w:r>
        <w:t>من خلال المعاني</w:t>
      </w:r>
    </w:p>
    <w:p>
      <w:r>
        <w:t>المعاني</w:t>
      </w:r>
    </w:p>
    <w:p>
      <w:r>
        <w:t>نعم</w:t>
      </w:r>
    </w:p>
    <w:p>
      <w:r>
        <w:t>فاذا انت طلبت مني ائتيني بقلم نعم</w:t>
      </w:r>
    </w:p>
    <w:p>
      <w:r>
        <w:t>عندك قلم ازرق واحمر واخضر وانت تحتاج هذه الاقباط</w:t>
      </w:r>
    </w:p>
    <w:p>
      <w:r>
        <w:t>قل اي لون تقول اللون الاحمر</w:t>
      </w:r>
    </w:p>
    <w:p>
      <w:r>
        <w:t>شخصت القلم باللون الاحمر</w:t>
      </w:r>
    </w:p>
    <w:p>
      <w:r>
        <w:t>فاتك بقلم احمر</w:t>
      </w:r>
    </w:p>
    <w:p>
      <w:r>
        <w:t>من خلال المعاني التي في ذهني</w:t>
      </w:r>
    </w:p>
    <w:p>
      <w:r>
        <w:t>ولا اعين المصادق لا اعاير المصادق فالانسان يضطر ان يتحرك في دائرة المعاني</w:t>
      </w:r>
    </w:p>
    <w:p>
      <w:r>
        <w:t>هل هذه الشروط التي ذكرها الماتن والشارح نصل اليها مائة بالمائة? لا</w:t>
      </w:r>
    </w:p>
    <w:p>
      <w:r>
        <w:t>لا تساوي الحد مع المحدود هذه مثالية</w:t>
      </w:r>
    </w:p>
    <w:p>
      <w:r>
        <w:t>غاية الأمر ان نأتي بلوازم المحدود في الحد</w:t>
      </w:r>
    </w:p>
    <w:p>
      <w:r>
        <w:t>هذا يكفي</w:t>
      </w:r>
    </w:p>
    <w:p>
      <w:r>
        <w:t>وهذا مبنى شيخ الرئيس جميع العلماء حتى شيخ الاشراق يذهب اكثر من ذلك يقول حتى العرضيات المنفكة</w:t>
      </w:r>
    </w:p>
    <w:p>
      <w:r>
        <w:t>الذي قد تأتي وتذهب اذا ميزت الشيئات تصلح للتعريف</w:t>
      </w:r>
    </w:p>
    <w:p>
      <w:r>
        <w:t>اذا عنده ملاك وما يميز مطلقا</w:t>
      </w:r>
    </w:p>
    <w:p>
      <w:r>
        <w:t>كان من المكونات الذاتية جنس فصل</w:t>
      </w:r>
    </w:p>
    <w:p>
      <w:r>
        <w:t>كان من العرضيات اللازمة</w:t>
      </w:r>
    </w:p>
    <w:p>
      <w:r>
        <w:t>كان من عرضيات المهم ان الذات تتميز في ذهنه وفي ذهنك فيتم النقل الانتقال آآ المعرفيين</w:t>
      </w:r>
    </w:p>
    <w:p>
      <w:r>
        <w:t>قال ويجب ان يكون حد الكل آآ نفس الاجزاء ياتي ان شاء الله واللهم صلي على محمد وال محمد</w:t>
      </w:r>
    </w:p>
    <w:p>
      <w:r>
        <w:t>اللهم صلي على محمد وال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