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قال ويجب الا يكون حد الكل نفس الاجزاء</w:t>
      </w:r>
    </w:p>
    <w:p>
      <w:r>
        <w:t>يعني حد آآ المكون هو حد المكون</w:t>
      </w:r>
    </w:p>
    <w:p>
      <w:r>
        <w:t>لا يصير</w:t>
      </w:r>
    </w:p>
    <w:p>
      <w:r>
        <w:t>لا يمكن</w:t>
      </w:r>
    </w:p>
    <w:p>
      <w:r>
        <w:t>فانت عندك الكل متشكل من الف وباء</w:t>
      </w:r>
    </w:p>
    <w:p>
      <w:r>
        <w:t>جيم</w:t>
      </w:r>
    </w:p>
    <w:p>
      <w:r>
        <w:t>تشكل من الف وباء</w:t>
      </w:r>
    </w:p>
    <w:p>
      <w:r>
        <w:t>لا يمكن ان يكون حد جيم هو حد الف</w:t>
      </w:r>
    </w:p>
    <w:p>
      <w:r>
        <w:t>اما ان يبقى في العموم</w:t>
      </w:r>
    </w:p>
    <w:p>
      <w:r>
        <w:t>واذا عرفت الفصل باء كفصل مثلا يبقى في التمييز فقط ما ميز من عرف? تقول انسان حيوان ابهام حتى الحيوان حتى الحمار حيوان تقول انسان ناطق ناطق لمن? يبقى نا نقص حيوان اذا لا يمكن ان يكون حد الكل هو حد المكونات</w:t>
      </w:r>
    </w:p>
    <w:p>
      <w:r>
        <w:t>نعم</w:t>
      </w:r>
    </w:p>
    <w:p>
      <w:r>
        <w:t>مكونات يعني الاجزاء التي تكون المكون</w:t>
      </w:r>
    </w:p>
    <w:p>
      <w:r>
        <w:t>بل حدودها حدود الاجزاء</w:t>
      </w:r>
    </w:p>
    <w:p>
      <w:r>
        <w:t>نعم</w:t>
      </w:r>
    </w:p>
    <w:p>
      <w:r>
        <w:t>ويجب الا يكون حد الكل نفس الاجزاء بل آآ حدو بل هنا نعم</w:t>
      </w:r>
    </w:p>
    <w:p>
      <w:r>
        <w:t>ويجب الا يكون حد الكون نفس الاجزاء غير معقول</w:t>
      </w:r>
    </w:p>
    <w:p>
      <w:r>
        <w:t>اننا بعدما خرجنا من حد الأجزاء</w:t>
      </w:r>
    </w:p>
    <w:p>
      <w:r>
        <w:t>وبالتالي ما عرفنا الكل</w:t>
      </w:r>
    </w:p>
    <w:p>
      <w:r>
        <w:t>الى نقول بل هو بل هو كحد هو حدودها</w:t>
      </w:r>
    </w:p>
    <w:p>
      <w:r>
        <w:t>يعني تأتي تعرف الألف وتعريف الباء</w:t>
      </w:r>
    </w:p>
    <w:p>
      <w:r>
        <w:t>نعم</w:t>
      </w:r>
    </w:p>
    <w:p>
      <w:r>
        <w:t>جسمنا حساس متحرك بالارادة هذا الحيوان</w:t>
      </w:r>
    </w:p>
    <w:p>
      <w:r>
        <w:t>والناطق ما هو الناطق? ما يدركه كليا</w:t>
      </w:r>
    </w:p>
    <w:p>
      <w:r>
        <w:t>المجموع يعطيك حد الكون</w:t>
      </w:r>
    </w:p>
    <w:p>
      <w:r>
        <w:t>والا يكون بحيث لو اسقط جزء اخل بالباقي</w:t>
      </w:r>
    </w:p>
    <w:p>
      <w:r>
        <w:t>وان لا لو اسقط جزء اخل بالباقي</w:t>
      </w:r>
    </w:p>
    <w:p>
      <w:r>
        <w:t>نعم</w:t>
      </w:r>
    </w:p>
    <w:p>
      <w:r>
        <w:t>والا يجتمع مع اجزاء لا تجتمع</w:t>
      </w:r>
    </w:p>
    <w:p>
      <w:r>
        <w:t>نعم</w:t>
      </w:r>
    </w:p>
    <w:p>
      <w:r>
        <w:t>يعني انت تأتي طبيعة جنسية عامة وكاتبي فصل</w:t>
      </w:r>
    </w:p>
    <w:p>
      <w:r>
        <w:t>ما في مسانخة بين هذه الطبيعة الجنسية والفصل</w:t>
      </w:r>
    </w:p>
    <w:p>
      <w:r>
        <w:t>لا يتشكل التعريف</w:t>
      </w:r>
    </w:p>
    <w:p>
      <w:r>
        <w:t>وان لا يجتمع ما اجزاء الا تجتمع</w:t>
      </w:r>
    </w:p>
    <w:p>
      <w:r>
        <w:t>كما يقال الموجود اما هو فاعل او منفعل اه في الفلسفة عندنا قضايا من نوع جديد في باب القضايا وهذه بيناها</w:t>
      </w:r>
    </w:p>
    <w:p>
      <w:r>
        <w:t>القضية الحملية المترددة المحمول ذكرناها</w:t>
      </w:r>
    </w:p>
    <w:p>
      <w:r>
        <w:t>تقول الموجود اما واجب الامم ممكن</w:t>
      </w:r>
    </w:p>
    <w:p>
      <w:r>
        <w:t>الموجود اما علة او معلوم</w:t>
      </w:r>
    </w:p>
    <w:p>
      <w:r>
        <w:t>الموجود ايضا متقدم او متأخر</w:t>
      </w:r>
    </w:p>
    <w:p>
      <w:r>
        <w:t>الموجود بالقوة بالفعل</w:t>
      </w:r>
    </w:p>
    <w:p>
      <w:r>
        <w:t>الموجود بالدين والخان</w:t>
      </w:r>
    </w:p>
    <w:p>
      <w:r>
        <w:t>ذهني وخارجي</w:t>
      </w:r>
    </w:p>
    <w:p>
      <w:r>
        <w:t>تسمى قضايا محمو حملية مترددة المحمول</w:t>
      </w:r>
    </w:p>
    <w:p>
      <w:r>
        <w:t>نعم وميزناها عن القضية الشرطية المنفصلة</w:t>
      </w:r>
    </w:p>
    <w:p>
      <w:r>
        <w:t>تقول هنا الموجود اما فاعل اما هو فاعل او منفعل</w:t>
      </w:r>
    </w:p>
    <w:p>
      <w:r>
        <w:t>ما تعرف انت هنا</w:t>
      </w:r>
    </w:p>
    <w:p>
      <w:r>
        <w:t>هذه قضية ليس بتعريف</w:t>
      </w:r>
    </w:p>
    <w:p>
      <w:r>
        <w:t>آآ هو من فعل او من فعل</w:t>
      </w:r>
    </w:p>
    <w:p>
      <w:r>
        <w:t>لا يمكن</w:t>
      </w:r>
    </w:p>
    <w:p>
      <w:r>
        <w:t>وان لا يصير البسيط بسبب الحد بالحد مركبا</w:t>
      </w:r>
    </w:p>
    <w:p>
      <w:r>
        <w:t>البسيط بسيط</w:t>
      </w:r>
    </w:p>
    <w:p>
      <w:r>
        <w:t>حتى لو تركبا تركب بمكونات صناعية</w:t>
      </w:r>
    </w:p>
    <w:p>
      <w:r>
        <w:t>مكونات صناعية</w:t>
      </w:r>
    </w:p>
    <w:p>
      <w:r>
        <w:t>كالوجود الوجود البسيط اذا عرفت الوجود تعرف بالمكونات صناعية</w:t>
      </w:r>
    </w:p>
    <w:p>
      <w:r>
        <w:t>نعم</w:t>
      </w:r>
    </w:p>
    <w:p>
      <w:r>
        <w:t>ليست حقيقية لانه لو كانت حقيقية خلاف كونه بسيطا</w:t>
      </w:r>
    </w:p>
    <w:p>
      <w:r>
        <w:t>اقول التركيب على اقسام ثلاثة احدهما اجتماع شيئين من غير ان يحصل لهما شيء آآ غير اجتماعي الاجزاء كتركيب العشرة من احادها عشرة تكمل خمسة خمسة من واحد متكرر عشر مرات ستة اربعة ثلاثة واثنين ثمانية هكذا</w:t>
      </w:r>
    </w:p>
    <w:p>
      <w:r>
        <w:t>ثاني ان يحصل المجموع هيئة زائدة على اجتماع الاجزاء</w:t>
      </w:r>
    </w:p>
    <w:p>
      <w:r>
        <w:t>وكذلك كالبيت</w:t>
      </w:r>
    </w:p>
    <w:p>
      <w:r>
        <w:t>الثالث ان يحصل شيء المغاير للاجتماع والهيئة كالقوة الدافعة للصفراء في السن كان جبين بعد يأتيك تعريفات تنتمي الى حقول معرفية اخرى خطيرة جدا مبهمة</w:t>
      </w:r>
    </w:p>
    <w:p>
      <w:r>
        <w:t>الحاصل من اجتماع مفردته</w:t>
      </w:r>
    </w:p>
    <w:p>
      <w:r>
        <w:t>يعني هذه انوا التركيبات</w:t>
      </w:r>
    </w:p>
    <w:p>
      <w:r>
        <w:t>اذا عرفت هذا فنقول الحد في المؤلف</w:t>
      </w:r>
    </w:p>
    <w:p>
      <w:r>
        <w:t>يعني في المركب الذي له اجزاء</w:t>
      </w:r>
    </w:p>
    <w:p>
      <w:r>
        <w:t>مؤلف الاول يعني في الذي له هو اجتماع شيء من غير ان يحصل له شيء غير اجتماع الأجزاء</w:t>
      </w:r>
    </w:p>
    <w:p>
      <w:r>
        <w:t>نعم</w:t>
      </w:r>
    </w:p>
    <w:p>
      <w:r>
        <w:t>يعني اجزاء ولا تنشأ من الاجتماع هيئة جديدة</w:t>
      </w:r>
    </w:p>
    <w:p>
      <w:r>
        <w:t>نعم</w:t>
      </w:r>
    </w:p>
    <w:p>
      <w:r>
        <w:t>هذا هو المؤلف يحصل من من جميع اجزائه كمن يقول عشرة عدد يحدث من واحد واحد الى عشرة</w:t>
      </w:r>
    </w:p>
    <w:p>
      <w:r>
        <w:t>واما في الباقين معاني الذي له هيئة فلا يجوز الاكتتاب ذكر الاجزاء فانه لا يجوز ان ان العدالة هي الشجاعة والعفة</w:t>
      </w:r>
    </w:p>
    <w:p>
      <w:r>
        <w:t>لانه يقتضي ان يكون كل واحد منها هي العدالة</w:t>
      </w:r>
    </w:p>
    <w:p>
      <w:r>
        <w:t>وان اريد المجموع فربما لا يكون صحيحا من العدالة ليست هي الشجاعة والعفة</w:t>
      </w:r>
    </w:p>
    <w:p>
      <w:r>
        <w:t>نعم</w:t>
      </w:r>
    </w:p>
    <w:p>
      <w:r>
        <w:t>لانه ربما لا يكون هيئة معتبرنا فالواجب في تحديد امثال هذه اه ذكر حدود اجزائها</w:t>
      </w:r>
    </w:p>
    <w:p>
      <w:r>
        <w:t>يعني يجب ان تأتي بتعريف الاجزاء</w:t>
      </w:r>
    </w:p>
    <w:p>
      <w:r>
        <w:t>نعم</w:t>
      </w:r>
    </w:p>
    <w:p>
      <w:r>
        <w:t>حتى يتم</w:t>
      </w:r>
    </w:p>
    <w:p>
      <w:r>
        <w:t>ومن مواضيع التركيب الحدي ان ينظر هل للشيء زيادة معنا التركيب على الاجزاء وقد اخل بتلك الزيادة كمن يقول ان البيت خشب وحجر وطين</w:t>
      </w:r>
    </w:p>
    <w:p>
      <w:r>
        <w:t>جيد اذا يمكن للانسان ان يكون له بيت صوري يأتي بالخشب والطين وماذا كذلك? يقول هنا خشب وحجر وطين يضعها يضعهم على اليابسة وتشكلت الدار لا في هيئة جديدة</w:t>
      </w:r>
    </w:p>
    <w:p>
      <w:r>
        <w:t>هيئة صناعية طبعا</w:t>
      </w:r>
    </w:p>
    <w:p>
      <w:r>
        <w:t>مثل السيارة</w:t>
      </w:r>
    </w:p>
    <w:p>
      <w:r>
        <w:t>السيارة عندها وعندها زجاج وعندها محرك</w:t>
      </w:r>
    </w:p>
    <w:p>
      <w:r>
        <w:t>فهل اكتسبت هيئة? طبعا هذه هيئة صناعية</w:t>
      </w:r>
    </w:p>
    <w:p>
      <w:r>
        <w:t>الهيئة الصناعية الاعتبارية اثارها اثار الاجزاء</w:t>
      </w:r>
    </w:p>
    <w:p>
      <w:r>
        <w:t>اكتب هذه المعلومة للجامعيين</w:t>
      </w:r>
    </w:p>
    <w:p>
      <w:r>
        <w:t>معلومة فلسفية</w:t>
      </w:r>
    </w:p>
    <w:p>
      <w:r>
        <w:t>الم التي تكتسب هيئة جديدة</w:t>
      </w:r>
    </w:p>
    <w:p>
      <w:r>
        <w:t>العشرة واحد واحد</w:t>
      </w:r>
    </w:p>
    <w:p>
      <w:r>
        <w:t>ما عندنا هيئة جديدة</w:t>
      </w:r>
    </w:p>
    <w:p>
      <w:r>
        <w:t>انما هي جديدة العشرة</w:t>
      </w:r>
    </w:p>
    <w:p>
      <w:r>
        <w:t>ولها اثار جديدة</w:t>
      </w:r>
    </w:p>
    <w:p>
      <w:r>
        <w:t>اما هيئة لها</w:t>
      </w:r>
    </w:p>
    <w:p>
      <w:r>
        <w:t>هي الواحد الواحد</w:t>
      </w:r>
    </w:p>
    <w:p>
      <w:r>
        <w:t>عشر تفاحات</w:t>
      </w:r>
    </w:p>
    <w:p>
      <w:r>
        <w:t>تفاحة تفاحة تفاحة اما لا فيه مركبات تكتسب هيئة جديدة</w:t>
      </w:r>
    </w:p>
    <w:p>
      <w:r>
        <w:t>مثلا السيارة البيت</w:t>
      </w:r>
    </w:p>
    <w:p>
      <w:r>
        <w:t>المركبات على قسمين المركبات التي تأتي بعد التركيب هيئة جديدة</w:t>
      </w:r>
    </w:p>
    <w:p>
      <w:r>
        <w:t>مركبات صناعية اعتبارية ومركبات تكوينية</w:t>
      </w:r>
    </w:p>
    <w:p>
      <w:r>
        <w:t>نعم المركب الإعتباري اثاره المترتبة عليه بعد التركيب هي اثار الأجزاء</w:t>
      </w:r>
    </w:p>
    <w:p>
      <w:r>
        <w:t>مثلا السيارة عجلات وعند الزجاج عندها سقف</w:t>
      </w:r>
    </w:p>
    <w:p>
      <w:r>
        <w:t>عندها آآ محرك</w:t>
      </w:r>
    </w:p>
    <w:p>
      <w:r>
        <w:t>تقول تحركت السيارة</w:t>
      </w:r>
    </w:p>
    <w:p>
      <w:r>
        <w:t>هي تحركت العجلات</w:t>
      </w:r>
    </w:p>
    <w:p>
      <w:r>
        <w:t>عجلات</w:t>
      </w:r>
    </w:p>
    <w:p>
      <w:r>
        <w:t>اذا اثار المركب الاعتباري هي اثار الاجزاء</w:t>
      </w:r>
    </w:p>
    <w:p>
      <w:r>
        <w:t>الاعتبار لا يكتسب اثارا جديدة</w:t>
      </w:r>
    </w:p>
    <w:p>
      <w:r>
        <w:t>هي اثار الاجزاء</w:t>
      </w:r>
    </w:p>
    <w:p>
      <w:r>
        <w:t>نعم</w:t>
      </w:r>
    </w:p>
    <w:p>
      <w:r>
        <w:t>تقول انام في السيارة لما تمنع تمنع عني الشمس</w:t>
      </w:r>
    </w:p>
    <w:p>
      <w:r>
        <w:t>ليست السيارة سقف السيارة هو الذي منع الشمس لان السيارة عجلات ومحرك</w:t>
      </w:r>
    </w:p>
    <w:p>
      <w:r>
        <w:t>ما دخل المحرك بالشمس والعجلات بالشمس</w:t>
      </w:r>
    </w:p>
    <w:p>
      <w:r>
        <w:t>سخ فقط</w:t>
      </w:r>
    </w:p>
    <w:p>
      <w:r>
        <w:t>اذا المركب الاعتباري اثاره هي اثار الاجزاء</w:t>
      </w:r>
    </w:p>
    <w:p>
      <w:r>
        <w:t>هذه هي الظابطة</w:t>
      </w:r>
    </w:p>
    <w:p>
      <w:r>
        <w:t>اكتبها عندك</w:t>
      </w:r>
    </w:p>
    <w:p>
      <w:r>
        <w:t>البيت السكن كذلك مركب اعتباري</w:t>
      </w:r>
    </w:p>
    <w:p>
      <w:r>
        <w:t>من يرد عليك البرد? تقول الحيطان</w:t>
      </w:r>
    </w:p>
    <w:p>
      <w:r>
        <w:t>وليس البيت</w:t>
      </w:r>
    </w:p>
    <w:p>
      <w:r>
        <w:t>تقول البيت يرد البرد والحيطة</w:t>
      </w:r>
    </w:p>
    <w:p>
      <w:r>
        <w:t>نعم</w:t>
      </w:r>
    </w:p>
    <w:p>
      <w:r>
        <w:t>اثر المركب الصناعي والاعتباري اثاروا اجزائه</w:t>
      </w:r>
    </w:p>
    <w:p>
      <w:r>
        <w:t>المركب الحقيقي لا المركب الحقيقي اثاره ليس اثار في الاجزاء</w:t>
      </w:r>
    </w:p>
    <w:p>
      <w:r>
        <w:t>اثار جديدة تخصه هو نعام تخصه هو</w:t>
      </w:r>
    </w:p>
    <w:p>
      <w:r>
        <w:t>نعم</w:t>
      </w:r>
    </w:p>
    <w:p>
      <w:r>
        <w:t>الانسان مترك من روحه وبدى اثره جديدة خاصة به</w:t>
      </w:r>
    </w:p>
    <w:p>
      <w:r>
        <w:t>نعم خاصة به</w:t>
      </w:r>
    </w:p>
    <w:p>
      <w:r>
        <w:t>نعم</w:t>
      </w:r>
    </w:p>
    <w:p>
      <w:r>
        <w:t>والمركبات الحقيقية الاخرى بالماء مثلا شفاف يراف عن الحطب</w:t>
      </w:r>
    </w:p>
    <w:p>
      <w:r>
        <w:t>المادة لوحدها المادة المائية لا ترفع العطش</w:t>
      </w:r>
    </w:p>
    <w:p>
      <w:r>
        <w:t>الصورة المائية لا ترفع العطش</w:t>
      </w:r>
    </w:p>
    <w:p>
      <w:r>
        <w:t>هذا المركب الحقيقي والتكويني شكل هوية جديدة هي الماء اثار رفع العطش والسيلان والشفافية للماء</w:t>
      </w:r>
    </w:p>
    <w:p>
      <w:r>
        <w:t>اذن ها هي المركب الحقيقي اثاره غير اثار اثاره اثاره له</w:t>
      </w:r>
    </w:p>
    <w:p>
      <w:r>
        <w:t>نعم</w:t>
      </w:r>
    </w:p>
    <w:p>
      <w:r>
        <w:t>نعم</w:t>
      </w:r>
    </w:p>
    <w:p>
      <w:r>
        <w:t>يقول ومن مواضع التركيب ان ينظر هل للشيء زيادة? هل للشيء آآ زيادة معنى بالتركيب على الاجزاء? وقد اخل بتلك الزيادة كمن يقول ان البيت خشب وحجر وطيء</w:t>
      </w:r>
    </w:p>
    <w:p>
      <w:r>
        <w:t>لا هنا بدون هيئة فهذا ليس ببيت</w:t>
      </w:r>
    </w:p>
    <w:p>
      <w:r>
        <w:t>فان هذه مواد البيت والبيت شيء يحدث عن هذه يعني هيئة جديدة الا انها هيئة صناعية</w:t>
      </w:r>
    </w:p>
    <w:p>
      <w:r>
        <w:t>هيئة صناعية اعتبارية اثارها اثار الاجزاء</w:t>
      </w:r>
    </w:p>
    <w:p>
      <w:r>
        <w:t>ومن مواضيع التركيب الا يكون بحيث لو اسقط جزء اخل بالباقي</w:t>
      </w:r>
    </w:p>
    <w:p>
      <w:r>
        <w:t>الفرض عدد ذو وسط</w:t>
      </w:r>
    </w:p>
    <w:p>
      <w:r>
        <w:t>ولو اسقط العدد بقي حد انه ذو وسط</w:t>
      </w:r>
    </w:p>
    <w:p>
      <w:r>
        <w:t>ويدخل في حينئذ الخط والسطح</w:t>
      </w:r>
    </w:p>
    <w:p>
      <w:r>
        <w:t>والجسم لانها كذلك</w:t>
      </w:r>
    </w:p>
    <w:p>
      <w:r>
        <w:t>وان لا يشتمل من اجزاء لم تجتمع كمن يعرف الموجود بانه اما فاعل او من فعل</w:t>
      </w:r>
    </w:p>
    <w:p>
      <w:r>
        <w:t>بعد المخاطب التي الذي تجادله يقول لك فهمنا فاعل او منفعل</w:t>
      </w:r>
    </w:p>
    <w:p>
      <w:r>
        <w:t>الاثنان لا يمكن احد اذا لا يمكن ان تجمع بين مكونتين لا يمكن الاجتماع بينهما</w:t>
      </w:r>
    </w:p>
    <w:p>
      <w:r>
        <w:t>نعم</w:t>
      </w:r>
    </w:p>
    <w:p>
      <w:r>
        <w:t>ومن مواضع التركيب الا يصير البسيط بسبب الحد مركبا كقولنا الخطيب هو الذي تكون له ملكة الاقناع</w:t>
      </w:r>
    </w:p>
    <w:p>
      <w:r>
        <w:t>في جميع اشياء لان هذا حد للخطيب الحاذق</w:t>
      </w:r>
    </w:p>
    <w:p>
      <w:r>
        <w:t>ليس مطلقا الخطيب</w:t>
      </w:r>
    </w:p>
    <w:p>
      <w:r>
        <w:t>نعم</w:t>
      </w:r>
    </w:p>
    <w:p>
      <w:r>
        <w:t>ومنه ان يكون التركيب بالعرض كمن يقول الطب اقدام</w:t>
      </w:r>
    </w:p>
    <w:p>
      <w:r>
        <w:t>ورأي صحيح في العلاج</w:t>
      </w:r>
    </w:p>
    <w:p>
      <w:r>
        <w:t>وليس الطب الشج وانما قد يكون الطبيب شجاعا صحيح الرأي فيكون افضل</w:t>
      </w:r>
    </w:p>
    <w:p>
      <w:r>
        <w:t>نعم</w:t>
      </w:r>
    </w:p>
    <w:p>
      <w:r>
        <w:t>يعني تعرف الطبيب بما هو عرضي</w:t>
      </w:r>
    </w:p>
    <w:p>
      <w:r>
        <w:t>ما دخل انت الشجاعة بالطبيب</w:t>
      </w:r>
    </w:p>
    <w:p>
      <w:r>
        <w:t>قد يكون جبانا الى انه ماهر في في الطبابة</w:t>
      </w:r>
    </w:p>
    <w:p>
      <w:r>
        <w:t>حسان بن ثابت ما يعرف الشعب</w:t>
      </w:r>
    </w:p>
    <w:p>
      <w:r>
        <w:t>نعم ولكن ليس بشجاع</w:t>
      </w:r>
    </w:p>
    <w:p>
      <w:r>
        <w:t>مواضع هو هو</w:t>
      </w:r>
    </w:p>
    <w:p>
      <w:r>
        <w:t>قال ومن مواضع الهوه يعني هذا هذا</w:t>
      </w:r>
    </w:p>
    <w:p>
      <w:r>
        <w:t>هل هما واحد بالمعنى اسم في اللغات والحد واللوازم والملزومات والمعاندات ام لا? هنا انت في الهوية اشتراك في كل شيء</w:t>
      </w:r>
    </w:p>
    <w:p>
      <w:r>
        <w:t>وهل هو متحد باحدهما يتحد بالاخر? يعني اذا كان الف مساوي لباء في جميع هذه الامور وبا مساوي الرجيم هل المساواة تسري الى الف? يعني الف يا سرجي وهل ما هو متحد باحدهما يتحد بالاخر? وكل مع كل مع احدهما الاتفاق ومع الآخر ام لا? يعني اذا آآ كانت لباس صفة بالاتفاق وليس وفقا للعلم والمعالي</w:t>
      </w:r>
    </w:p>
    <w:p>
      <w:r>
        <w:t>هل هذا الاتفاق يسري الى الى اليف? هذه كلها مسائلات</w:t>
      </w:r>
    </w:p>
    <w:p>
      <w:r>
        <w:t>نعم وكل ما هو مع احدهما بالاتفاق فهو مع الاخر ام لا? وهل اذا اضيف اليهما او اه نقص منهما شيء صار المجموعان واحدا? عندك الف والناقص واحد هل بان هو ناقص واحد? او الف زائد واحد هل باء زائد واحد? هذه الامور كلها يجب ان يحيط بها الجدل</w:t>
      </w:r>
    </w:p>
    <w:p>
      <w:r>
        <w:t>وينتفع في كل واحد من المواضيع الخاصة بالمواضيع العامة</w:t>
      </w:r>
    </w:p>
    <w:p>
      <w:r>
        <w:t>جدلي يفعلها</w:t>
      </w:r>
    </w:p>
    <w:p>
      <w:r>
        <w:t>يعني انت الان في دائرة خاصة ويأتي بالعموميات</w:t>
      </w:r>
    </w:p>
    <w:p>
      <w:r>
        <w:t>نعم</w:t>
      </w:r>
    </w:p>
    <w:p>
      <w:r>
        <w:t>فهذه امثلة المواضيع</w:t>
      </w:r>
    </w:p>
    <w:p>
      <w:r>
        <w:t>ولعظم نفعها في الجدل يسمى كتاب الجدل بكتاب المواضع</w:t>
      </w:r>
    </w:p>
    <w:p>
      <w:r>
        <w:t>المواضع المنطلقات</w:t>
      </w:r>
    </w:p>
    <w:p>
      <w:r>
        <w:t>اما منطلقات تصورية او منطلقات تصديقية يعني عقائد</w:t>
      </w:r>
    </w:p>
    <w:p>
      <w:r>
        <w:t>نعم</w:t>
      </w:r>
    </w:p>
    <w:p>
      <w:r>
        <w:t>عقيدة في المعنى وعقيدة في القضايا</w:t>
      </w:r>
    </w:p>
    <w:p>
      <w:r>
        <w:t>اقول يشبه مواضع الحد مواضع الهو</w:t>
      </w:r>
    </w:p>
    <w:p>
      <w:r>
        <w:t>نعم هو هذا هذا الف وباء</w:t>
      </w:r>
    </w:p>
    <w:p>
      <w:r>
        <w:t>فلهذا ذكرها عقيبة مواضع الحد</w:t>
      </w:r>
    </w:p>
    <w:p>
      <w:r>
        <w:t>فمن مواضع هو هو الحل المتحدان</w:t>
      </w:r>
    </w:p>
    <w:p>
      <w:r>
        <w:t>آآ واحد المعنى وواحد بالمعنى والانس والحد واللوازم والمنزومات</w:t>
      </w:r>
    </w:p>
    <w:p>
      <w:r>
        <w:t>والمعاندات ام لا? يعني اذا ركز على الف له كثير من الخصوصيات</w:t>
      </w:r>
    </w:p>
    <w:p>
      <w:r>
        <w:t>هل هذه الخصوصيات كذلك في باء باعتباره مساو له في المعنى? نعم</w:t>
      </w:r>
    </w:p>
    <w:p>
      <w:r>
        <w:t>ومن يعاند الف يعاند باء وذلك لان المتحدين تعليله تعليل لهذا هذا الوضع وذلك لان المتحدين يعني الف متحد مع باء يجب اتحادهما فيما ذكر</w:t>
      </w:r>
    </w:p>
    <w:p>
      <w:r>
        <w:t>نعم في الاسم والحد واللزوم والملازمات والمعانانات</w:t>
      </w:r>
    </w:p>
    <w:p>
      <w:r>
        <w:t>والحاصل ان كل حكم يتعلق باحدهما حكم اذا كنت في التعريف قل توصيف احسن</w:t>
      </w:r>
    </w:p>
    <w:p>
      <w:r>
        <w:t>اذا كنت في القضايا تقول حكم</w:t>
      </w:r>
    </w:p>
    <w:p>
      <w:r>
        <w:t>والحاصل ان كل حكم يتعلق باحدهما يعني بالف</w:t>
      </w:r>
    </w:p>
    <w:p>
      <w:r>
        <w:t>فانه يتعلق بالاخر يعني باء</w:t>
      </w:r>
    </w:p>
    <w:p>
      <w:r>
        <w:t>والا لم يكن هو هو يعني هذه الوحدة في الهوية لا</w:t>
      </w:r>
    </w:p>
    <w:p>
      <w:r>
        <w:t>وكذلك اذا كان احدهما متحدا مع ثالث</w:t>
      </w:r>
    </w:p>
    <w:p>
      <w:r>
        <w:t>باب متحد مع جيم فالجيم يجب ان يتحد مع الف</w:t>
      </w:r>
    </w:p>
    <w:p>
      <w:r>
        <w:t>نعم</w:t>
      </w:r>
    </w:p>
    <w:p>
      <w:r>
        <w:t>كان الاخر متحدا مع ذلك الثالث كقولنا الانسان هو حيوان</w:t>
      </w:r>
    </w:p>
    <w:p>
      <w:r>
        <w:t>نعم هنا عندك هوهوية في هوهوية في جهة</w:t>
      </w:r>
    </w:p>
    <w:p>
      <w:r>
        <w:t>الجهة الجنسية</w:t>
      </w:r>
    </w:p>
    <w:p>
      <w:r>
        <w:t>الانسان حيوان في بعده الجنسي</w:t>
      </w:r>
    </w:p>
    <w:p>
      <w:r>
        <w:t>اذا فيه هنا هو هو من حيث الجنس ليس من حيث الناطقية</w:t>
      </w:r>
    </w:p>
    <w:p>
      <w:r>
        <w:t>كل حيوان هو جسم والجسمية عندها هوية مع الحيوان في الإمتداد</w:t>
      </w:r>
    </w:p>
    <w:p>
      <w:r>
        <w:t>فالإنسان هو جسم عندو عندو هذه الخاصية الإمتداد</w:t>
      </w:r>
    </w:p>
    <w:p>
      <w:r>
        <w:t>وكل ما هو مع احدهما على سبيل الإتفاق فهو الاخر سبب الاتفاق يعني ليس في نظام التكوين</w:t>
      </w:r>
    </w:p>
    <w:p>
      <w:r>
        <w:t>تكوين العلي والمعنوي يعني قد يأتي وقد يختفي</w:t>
      </w:r>
    </w:p>
    <w:p>
      <w:r>
        <w:t>نعم</w:t>
      </w:r>
    </w:p>
    <w:p>
      <w:r>
        <w:t>مثلا الف يساوي باء يجلس الف يدوس</w:t>
      </w:r>
    </w:p>
    <w:p>
      <w:r>
        <w:t>معنى الجلوس ليس ضروري وهل اذا اضيف اليها اليهما شيء تقول باء اضيف اليه زائد واحد اه الف يكون كذلك زائد واحد او ناقص ناقص واحد فالف كذلك ناقص واحد وهل اذا اضيف اليهما يعني الى الف وباء عندهم وحدة في الهوية او نقص منهما من الف وباء شيء لنفرض مثلا جيم بعينه كان المجموعان الحاصلان بعد الزيادة والنقصان واحدا ام لا? هذه كلها يجب ان يعلمها</w:t>
      </w:r>
    </w:p>
    <w:p>
      <w:r>
        <w:t>يعني اذا ما نقص نقص منه ناقص واحد</w:t>
      </w:r>
    </w:p>
    <w:p>
      <w:r>
        <w:t>نقول باء ناقص واحد</w:t>
      </w:r>
    </w:p>
    <w:p>
      <w:r>
        <w:t>والف تكون ناقص واحد</w:t>
      </w:r>
    </w:p>
    <w:p>
      <w:r>
        <w:t>هل الماء النتيجة تحافظ على وحدة الهوية ام لا? هذا مهم</w:t>
      </w:r>
    </w:p>
    <w:p>
      <w:r>
        <w:t>واعلم انه ينتفع في كل موضع من المواضيع الخاصة بالمواضيع العامة</w:t>
      </w:r>
    </w:p>
    <w:p>
      <w:r>
        <w:t>كقولنا في باب هو هو</w:t>
      </w:r>
    </w:p>
    <w:p>
      <w:r>
        <w:t>ان كانت العدالة شجاعة وهي ليس العدالة شجاعة الشجاعة هي عدالة معليش وان كانت العدالة شجاعة يعني العدالة عامة الشجاعة خاصة فالعدل شجاع يعني فالعادل شجاع فقد دفع في موضع وهو وهو خاص بالمواضع المتعلقة بالاشتقاقات والتصاريف العامة</w:t>
      </w:r>
    </w:p>
    <w:p>
      <w:r>
        <w:t>نعم</w:t>
      </w:r>
    </w:p>
    <w:p>
      <w:r>
        <w:t>هذه امثلة</w:t>
      </w:r>
    </w:p>
    <w:p>
      <w:r>
        <w:t>امثلة اكثر المواضع</w:t>
      </w:r>
    </w:p>
    <w:p>
      <w:r>
        <w:t>وهي كثيرة النفع جدا</w:t>
      </w:r>
    </w:p>
    <w:p>
      <w:r>
        <w:t>ويحصل بسبب بها استعداد تام وتنبه لادراك المشاركات والمباينات وارتفاعات في البراهين الكثيرة</w:t>
      </w:r>
    </w:p>
    <w:p>
      <w:r>
        <w:t>ولعظام فائدتها سمي كتاب الجدل بكتاب المواضع</w:t>
      </w:r>
    </w:p>
    <w:p>
      <w:r>
        <w:t>يعني المنطلقات</w:t>
      </w:r>
    </w:p>
    <w:p>
      <w:r>
        <w:t>وان اشتمل على اجزاء اخر غير هذه المواضعات</w:t>
      </w:r>
    </w:p>
    <w:p>
      <w:r>
        <w:t>لكن سمي باعظم اجزاءه يعني هذه المنطلقات نفعا</w:t>
      </w:r>
    </w:p>
    <w:p>
      <w:r>
        <w:t>انا لاحظت في القنوات الفضائية في السجل المذهبي</w:t>
      </w:r>
    </w:p>
    <w:p>
      <w:r>
        <w:t>السجل المذهبي والطائفي</w:t>
      </w:r>
    </w:p>
    <w:p>
      <w:r>
        <w:t>وانا لا احبذ نحبذ هذا السجال</w:t>
      </w:r>
    </w:p>
    <w:p>
      <w:r>
        <w:t>لا فائدة من ورائه</w:t>
      </w:r>
    </w:p>
    <w:p>
      <w:r>
        <w:t>لان الهداية التابعة للفطرة النقية</w:t>
      </w:r>
    </w:p>
    <w:p>
      <w:r>
        <w:t>الفطرة النقية</w:t>
      </w:r>
    </w:p>
    <w:p>
      <w:r>
        <w:t>من كانت فطرتهم مدنسة الولادة</w:t>
      </w:r>
    </w:p>
    <w:p>
      <w:r>
        <w:t>وصار المذهب هوى له صار فطرة ثانية له</w:t>
      </w:r>
    </w:p>
    <w:p>
      <w:r>
        <w:t>وابتلي بالحسد التعصب الشديد لا ينفع معه حتى الملائكة</w:t>
      </w:r>
    </w:p>
    <w:p>
      <w:r>
        <w:t>مم جبرائيل ويقولوا هذه الحقيقة ما يتصدق بها</w:t>
      </w:r>
    </w:p>
    <w:p>
      <w:r>
        <w:t>قريش ما رأت المعجزات رأت المعجزات</w:t>
      </w:r>
    </w:p>
    <w:p>
      <w:r>
        <w:t>قم صالح ما رأوا هذه الناقة تخرج من الحجر</w:t>
      </w:r>
    </w:p>
    <w:p>
      <w:r>
        <w:t>نعم وهكذا لم يؤمنوا</w:t>
      </w:r>
    </w:p>
    <w:p>
      <w:r>
        <w:t>لتمكن الجاهلية والحسد والعصبية في ذواتهم وكذلك تفشي الزنا واه هذا المرض في المجتمع</w:t>
      </w:r>
    </w:p>
    <w:p>
      <w:r>
        <w:t>انتهى الامر خلاص</w:t>
      </w:r>
    </w:p>
    <w:p>
      <w:r>
        <w:t>فطرة دست تماما</w:t>
      </w:r>
    </w:p>
    <w:p>
      <w:r>
        <w:t>تشكلت طبيعة ثانية لا تنسجم مع النور ابدا</w:t>
      </w:r>
    </w:p>
    <w:p>
      <w:r>
        <w:t>اما من كانت فطرته نقية وولده نقيا</w:t>
      </w:r>
    </w:p>
    <w:p>
      <w:r>
        <w:t>لا يتعصب يريد الحقيقة مهما كانت</w:t>
      </w:r>
    </w:p>
    <w:p>
      <w:r>
        <w:t>يقول اقسم بالله لو كانت المسيح حق لكنت مسيحيا</w:t>
      </w:r>
    </w:p>
    <w:p>
      <w:r>
        <w:t>لو كانت البوذية بهذا الشرط على حق اكون بذيا</w:t>
      </w:r>
    </w:p>
    <w:p>
      <w:r>
        <w:t>يقبل الحقيقة اينما كانت فهذا يهتدي</w:t>
      </w:r>
    </w:p>
    <w:p>
      <w:r>
        <w:t>هذا يهتدي</w:t>
      </w:r>
    </w:p>
    <w:p>
      <w:r>
        <w:t>اذا هذا السجل الغرائزي انا لا احبه المهم ما لاحظته في الاشخاص التي تدخل في هذه السجلات وهي جدلية الاعمال اغلب ليست برانية</w:t>
      </w:r>
    </w:p>
    <w:p>
      <w:r>
        <w:t>اجهل الخلق بالحقل المنطقي</w:t>
      </w:r>
    </w:p>
    <w:p>
      <w:r>
        <w:t>اجهل الخلق بعلم مع الاسف الشديد نعم وصايا للسائل هنا لم يأتي مطالب علمية وانما هي وصايا عملية نعم وصية عملية مفيدة ونافعة</w:t>
      </w:r>
    </w:p>
    <w:p>
      <w:r>
        <w:t>نعم في الشفاء باب الجدل للشيخ الرئيس تجد هذا آآ آآ تجد هذا البحث في صفحة الجدل شفاء تلتمية وواحد الى تلتمية يعني عشرين صفحة تقريبا في هذا الباب</w:t>
      </w:r>
    </w:p>
    <w:p>
      <w:r>
        <w:t>اساس الاقتباس للمحقق التونسي صفحة خمسمية وربعة</w:t>
      </w:r>
    </w:p>
    <w:p>
      <w:r>
        <w:t>قال وقد اوصي من? انا المحقق التوصي اسطول في الحقل المنطقي انصافا</w:t>
      </w:r>
    </w:p>
    <w:p>
      <w:r>
        <w:t>مجتهد من الطراز الأول في الحقل المنطقي</w:t>
      </w:r>
    </w:p>
    <w:p>
      <w:r>
        <w:t>من الطراز الأول</w:t>
      </w:r>
    </w:p>
    <w:p>
      <w:r>
        <w:t>نعم</w:t>
      </w:r>
    </w:p>
    <w:p>
      <w:r>
        <w:t>وكتبه خير شاهد على هذا الأمر خصوصا خصوصا شرح الإشارات</w:t>
      </w:r>
    </w:p>
    <w:p>
      <w:r>
        <w:t>آآ الجزء في المنطق قوته المنطقية هناك بارزة واروع من شرح الاشارات جزء المنطق اساس الاقتباس</w:t>
      </w:r>
    </w:p>
    <w:p>
      <w:r>
        <w:t>نعم</w:t>
      </w:r>
    </w:p>
    <w:p>
      <w:r>
        <w:t>وقد اوصي السائل بان السائل يعني في الجدل</w:t>
      </w:r>
    </w:p>
    <w:p>
      <w:r>
        <w:t>لان يعد المواضع ويقدر في نفسه كيفية التوسل الى تسليم المقدمات من المجيب قبل السؤال</w:t>
      </w:r>
    </w:p>
    <w:p>
      <w:r>
        <w:t>قبل السؤال قبل ما هو يسأل فانت الحالة النفسانية دارسها جيدا وانت مستعد من حيث المنطلقات</w:t>
      </w:r>
    </w:p>
    <w:p>
      <w:r>
        <w:t>نعم</w:t>
      </w:r>
    </w:p>
    <w:p>
      <w:r>
        <w:t>ثم يصرف يصرح بالمطلوب بعد ذلك</w:t>
      </w:r>
    </w:p>
    <w:p>
      <w:r>
        <w:t>والا يبادر الى تسليم الاهم</w:t>
      </w:r>
    </w:p>
    <w:p>
      <w:r>
        <w:t>بل يتلطف وليعلم ان تسليمه ممن ممن يدعي الاقتدار في المبادئ وممن يعتاد اللجاد فهو في اواخرها انجح</w:t>
      </w:r>
    </w:p>
    <w:p>
      <w:r>
        <w:t>يعني دائما تخلي الامور الى الاخر</w:t>
      </w:r>
    </w:p>
    <w:p>
      <w:r>
        <w:t>نعم</w:t>
      </w:r>
    </w:p>
    <w:p>
      <w:r>
        <w:t>هذه هذه نصيحة</w:t>
      </w:r>
    </w:p>
    <w:p>
      <w:r>
        <w:t>والا يمنع الاستقراء الا باراد النقض</w:t>
      </w:r>
    </w:p>
    <w:p>
      <w:r>
        <w:t>والاستقراء خليه مقبول الا اذا جاء نقض ينسف هذا الاستقرار</w:t>
      </w:r>
    </w:p>
    <w:p>
      <w:r>
        <w:t>يعني لا ترفض الاستقراء هكذا بدون ميلاك</w:t>
      </w:r>
    </w:p>
    <w:p>
      <w:r>
        <w:t>اذا كان عندك ناقض هذا كذلك نصيحة</w:t>
      </w:r>
    </w:p>
    <w:p>
      <w:r>
        <w:t>والا يعلم ان المستقيم انفع من خلف</w:t>
      </w:r>
    </w:p>
    <w:p>
      <w:r>
        <w:t>هو ان يعلم وان يعلم ان المستقيم انفع من الخلف</w:t>
      </w:r>
    </w:p>
    <w:p>
      <w:r>
        <w:t>يعني كله دراية على ان القياس المستقيم احسن من قياس الخلف</w:t>
      </w:r>
    </w:p>
    <w:p>
      <w:r>
        <w:t>قياس الخلف يركز على نقيض النتيجة</w:t>
      </w:r>
    </w:p>
    <w:p>
      <w:r>
        <w:t>نعم</w:t>
      </w:r>
    </w:p>
    <w:p>
      <w:r>
        <w:t>وان كان قياس الخلف جدا جميل في الجدال</w:t>
      </w:r>
    </w:p>
    <w:p>
      <w:r>
        <w:t>فان انكار شناعة ما يقابل المطلوب يضيع السعي في الخلف</w:t>
      </w:r>
    </w:p>
    <w:p>
      <w:r>
        <w:t>نعم</w:t>
      </w:r>
    </w:p>
    <w:p>
      <w:r>
        <w:t>لانك انت تبني على النقيض</w:t>
      </w:r>
    </w:p>
    <w:p>
      <w:r>
        <w:t>حتى تبطل المدع مسألة تحتاج الى قياس استثنائي وو ممكن الطرف المقابل آآ يضيع</w:t>
      </w:r>
    </w:p>
    <w:p>
      <w:r>
        <w:t>اما قياس المستقيم لا صغرى كبرى نتيجة اذا هو سلم الحد الأوسط انتهى الأمر</w:t>
      </w:r>
    </w:p>
    <w:p>
      <w:r>
        <w:t>وما اريده السائل وما يورده السائل حشو قياسه يعني داخل قياسي يكون اما للاستظهار في الحجة او لاخفاء النتيجة</w:t>
      </w:r>
    </w:p>
    <w:p>
      <w:r>
        <w:t>انظر ما يريده السائل حشو قياسي</w:t>
      </w:r>
    </w:p>
    <w:p>
      <w:r>
        <w:t>يعني لا يظهر بعض الأمور في قياسه يخفيها</w:t>
      </w:r>
    </w:p>
    <w:p>
      <w:r>
        <w:t>يكون اما للاستظهار في الحجة</w:t>
      </w:r>
    </w:p>
    <w:p>
      <w:r>
        <w:t>بالغلبة في الحجة</w:t>
      </w:r>
    </w:p>
    <w:p>
      <w:r>
        <w:t>او لإخفاء النتيجة</w:t>
      </w:r>
    </w:p>
    <w:p>
      <w:r>
        <w:t>او لتفخيم او للتكلف الايضاح والايضاح يكون بتبديل العبارات وايراد الامثلة والاحتجاج بالشواهد والاستعمالات</w:t>
      </w:r>
    </w:p>
    <w:p>
      <w:r>
        <w:t>نعم</w:t>
      </w:r>
    </w:p>
    <w:p>
      <w:r>
        <w:t>والسائل الجيد من يكون سؤاله عما لا محيص عنه محيص عن تسلم مع يعني انت اذا سألت الطرف المقابل لافحامه يجب ان تتيقن انه هذا يؤدي الى الافهام</w:t>
      </w:r>
    </w:p>
    <w:p>
      <w:r>
        <w:t>ويسلم به ويكون وآآ ويكون قادرا على البيان</w:t>
      </w:r>
    </w:p>
    <w:p>
      <w:r>
        <w:t>نعم</w:t>
      </w:r>
    </w:p>
    <w:p>
      <w:r>
        <w:t>يكون الكلب يعني اذا استدعى الدليل يأتي بالدليل اذا استدعى البيان يأتي بالبيان اهل لذلك يلزم بغير المشهور ما يلزم غيره فيه بالمشهور نعم القوة يعني يستطيع ان يقنع الغير بغير المشهور ما يلزم عند غيره بالمشهور</w:t>
      </w:r>
    </w:p>
    <w:p>
      <w:r>
        <w:t>والمجيب الجيد من لا ينكر المشهور</w:t>
      </w:r>
    </w:p>
    <w:p>
      <w:r>
        <w:t>ولا يأتيه الالزام مغافصا</w:t>
      </w:r>
    </w:p>
    <w:p>
      <w:r>
        <w:t>يعني مغافصة يعني معارضة</w:t>
      </w:r>
    </w:p>
    <w:p>
      <w:r>
        <w:t>اقول هذه يقول وصايا فقط ليست مطالب علمية</w:t>
      </w:r>
    </w:p>
    <w:p>
      <w:r>
        <w:t>اقول السائل هو الذي يتوصل بكلامه وما يرتبه من قياسه الى اثبات مقابل الى اثبات مقابل وضع صاحبه الذي يجادله</w:t>
      </w:r>
    </w:p>
    <w:p>
      <w:r>
        <w:t>نعم</w:t>
      </w:r>
    </w:p>
    <w:p>
      <w:r>
        <w:t>ما الى اثبات مقابل وضع صاحبه الذي يجرر فهذا الشخص يدعي الف فانت تسعى لابطال الف او انت تدعي الف تريد بطل الف الذي هو يتبناه</w:t>
      </w:r>
    </w:p>
    <w:p>
      <w:r>
        <w:t>نعم</w:t>
      </w:r>
    </w:p>
    <w:p>
      <w:r>
        <w:t>الساء اقول السائل هو الذي يتوصل بكلامه وما يرتبه من قياسه</w:t>
      </w:r>
    </w:p>
    <w:p>
      <w:r>
        <w:t>يعني بهذا النشاط المعرفي الذي يريد ان يوصله الى طرف الى يتوصلوا الى اثبات مقابل وضع صاحبه الذي يجادله</w:t>
      </w:r>
    </w:p>
    <w:p>
      <w:r>
        <w:t>وانطلق من الف انت تريد تبطل الف</w:t>
      </w:r>
    </w:p>
    <w:p>
      <w:r>
        <w:t>فتبين له الف</w:t>
      </w:r>
    </w:p>
    <w:p>
      <w:r>
        <w:t>حتى يرد يرد عليه من حيث ان المتقابلين لا يصدقان معا</w:t>
      </w:r>
    </w:p>
    <w:p>
      <w:r>
        <w:t>اما الف واما لها الف بمقدمات يتسلمها منه في سؤاله له</w:t>
      </w:r>
    </w:p>
    <w:p>
      <w:r>
        <w:t>اذا انت تأتي ببطلان الف الذي يدعي بمقدمات توصلك الى الف</w:t>
      </w:r>
    </w:p>
    <w:p>
      <w:r>
        <w:t>هذه المقدمات ضروري انه يسلم بها والى لا معنى للقياس</w:t>
      </w:r>
    </w:p>
    <w:p>
      <w:r>
        <w:t>واضحة جدا هذه الامور</w:t>
      </w:r>
    </w:p>
    <w:p>
      <w:r>
        <w:t>نعم</w:t>
      </w:r>
    </w:p>
    <w:p>
      <w:r>
        <w:t>بمقدمات يتسلمها منه في سؤاله له</w:t>
      </w:r>
    </w:p>
    <w:p>
      <w:r>
        <w:t>وقد اه وقد ذكر له في كتاب الجدل وصايا مختصة به ينتفع بها في المناظرة</w:t>
      </w:r>
    </w:p>
    <w:p>
      <w:r>
        <w:t>اوصي المجيب ايضا بوصايا وبينها وصايا مشتركة</w:t>
      </w:r>
    </w:p>
    <w:p>
      <w:r>
        <w:t>نعم</w:t>
      </w:r>
    </w:p>
    <w:p>
      <w:r>
        <w:t>ولما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